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Your First Useful Handoff</w:t>
      </w:r>
    </w:p>
    <w:p>
      <w:r>
        <w:t>Family Emergency &amp; Legacy Binder — Print &amp; File companion | First-use guide working edition 0.13 | November 2, 2026 | David Tom Publishing.</w:t>
      </w:r>
    </w:p>
    <w:p>
      <w:r>
        <w:t>This guide pairs with the complete and minimum-handoff Binder PDFs, edition 0.12. The Binder files and record codes remain unchanged. The new page finder covers all 46 worksheet records and 18 pocket covers, with separate Letter and A4 locations.</w:t>
      </w:r>
    </w:p>
    <w:p>
      <w:r>
        <w:t>Start with one ordinary question that an agreed helper can answer: find a first-call contact, locate a bill record, or identify who holds an original document. You do not need to complete every section first. Finding information and having authority to act are separate questions.</w:t>
      </w:r>
    </w:p>
    <w:p>
      <w:r>
        <w:t>Use pages 3-6 for fictional routes, pages 7-8 for two print-and-write review sheets, pages 9-12 for the record finder, and page 13 for practice questions. The examples describe invented people, records and observations; no real helper test or transaction took place.</w:t>
      </w:r>
    </w:p>
    <w:p>
      <w:r>
        <w:t>The complete Binder is 109 Letter or 104 A4 pages. The minimum pack is 18 Letter or 17 A4 pages. This guide is a separate 14-page companion. Select the PDF for your paper size. Use stable record codes in notes because page numbers change across formats and later editions.</w:t>
      </w:r>
    </w:p>
    <w:p>
      <w:r>
        <w:t>Keep completed notes private. Follow the Binder’s existing use and emergency notices. This companion adds navigation and planned handoff practice; it does not establish emergency readiness, legal authority, account access or professional approval.</w:t>
      </w:r>
    </w:p>
    <w:p>
      <w:r>
        <w:br w:type="page"/>
      </w:r>
    </w:p>
    <w:p>
      <w:pPr>
        <w:pStyle w:val="Heading1"/>
      </w:pPr>
      <w:r>
        <w:t>Choose a pack and keep a whole record</w:t>
      </w:r>
    </w:p>
    <w:p>
      <w:r>
        <w:t>The minimum pack contains seven starting records: 01-A, 02-A, 04-A, 07-A, 08-A, 09-A and 11-A. It also includes welcome/setup/index records 00-A through 00-C, continuation X-A and sources X-B. Pocket covers and detailed follow-up records are in the complete Binder.</w:t>
      </w:r>
    </w:p>
    <w:p>
      <w:r>
        <w:t>The page finder uses printed PDF footer numbers for edition 0.12. It is not a page map for the editable Word file or a physical binder after you insert papers. A range such as 12-13 means keep both pages of that record. Use the complete range in the column matching your file and paper size.</w:t>
      </w:r>
    </w:p>
    <w:p>
      <w:r>
        <w:t>“Not in pack” means the record is absent from the minimum PDF; it does not mean your household has no such information. Find the record in the complete edition if relevant. A blank response likewise does not establish that a record or responsibility does not exist.</w:t>
      </w:r>
    </w:p>
    <w:p>
      <w:r>
        <w:t>Print a small section single-sided at actual size before a large run. Check writing room, page order and hole-punch clearance with your printer and binder. A PDF margin check does not prove physical fit. These Binder and guide PDFs are not fillable; use paper or editable Word for responses.</w:t>
      </w:r>
    </w:p>
    <w:p>
      <w:r>
        <w:t>Pocket covers are filing indexes, not supplied pocket hardware. A cover may point to a separately secured original through a location slip. Keep original, certified copy, ordinary reference copy and locator distinct, following the relevant holder’s or institution’s requirements.</w:t>
      </w:r>
    </w:p>
    <w:p>
      <w:r>
        <w:t>For a longer answer, use X-A and label the parent record code, item reference, field/question and date. The two review sheets in this guide also point back to the Binder master so they do not become competing versions.</w:t>
      </w:r>
    </w:p>
    <w:p>
      <w:r>
        <w:br w:type="page"/>
      </w:r>
    </w:p>
    <w:p>
      <w:pPr>
        <w:pStyle w:val="Heading1"/>
      </w:pPr>
      <w:r>
        <w:t>Route 1: locate the agreed first-call contact</w:t>
      </w:r>
    </w:p>
    <w:p>
      <w:r>
        <w:t>Fictional task: Morgan asks Avery to find the agreed first-call contact for an ordinary household-information handoff. Avery has agreed to locate the information; no call or emergency action is performed by this exercise.</w:t>
      </w:r>
    </w:p>
    <w:p>
      <w:r>
        <w:t>Begin with 01-A, then follow its reference to 04-A. Record which person’s role is being described, how the contact detail was checked, and what the helper should do if that route is unavailable. Do not silently replace an unknown contact with a guess.</w:t>
      </w:r>
    </w:p>
    <w:p>
      <w:r>
        <w:t>Fictional observation: the first-call name agrees across both records, but one contact detail is marked old. The task pauses at that discrepancy. Morgan checks the appropriate source and updates the master contact record. Avery’s original observation stays in the review note; a repeat lookup is still untested until it occurs.</w:t>
      </w:r>
    </w:p>
    <w:p>
      <w:r>
        <w:t>The stopping point is a clearly identified contact route and its currentness evidence. It does not demonstrate that the person will answer, has accepted a new task, or holds decision authority. If a role is only proposed, label it proposed.</w:t>
      </w:r>
    </w:p>
    <w:p>
      <w:r>
        <w:t>01-A — Start here (complete: Letter p.5; A4 p.5; minimum: Letter p.5; A4 p.5)</w:t>
      </w:r>
    </w:p>
    <w:p>
      <w:r>
        <w:t>04-A — Primary contacts (complete: Letter p.11; A4 p.11; minimum: Letter p.8; A4 p.8)</w:t>
      </w:r>
    </w:p>
    <w:p>
      <w:r>
        <w:t>Use the route sheet on page 7 to record the start, the reference followed and the first point requiring a guess. If you later record the test in 21-A, carry the same observation and source reference forward.</w:t>
      </w:r>
    </w:p>
    <w:p>
      <w:r>
        <w:br w:type="page"/>
      </w:r>
    </w:p>
    <w:p>
      <w:pPr>
        <w:pStyle w:val="Heading1"/>
      </w:pPr>
      <w:r>
        <w:t>Route 2: locate the next bill record</w:t>
      </w:r>
    </w:p>
    <w:p>
      <w:r>
        <w:t>Fictional task: Rowan asks Lee to find where the current household service bill is kept. The task is information lookup, not making a payment, changing an account or using Rowan’s sign-in.</w:t>
      </w:r>
    </w:p>
    <w:p>
      <w:r>
        <w:t>Begin with 09-A for the essential service and current bill locator. Use 09-B in the complete Binder if detailed service information is needed. If a financial record is relevant, 08-A points to the appropriate account reference; 11-A points to an approved access route without credentials.</w:t>
      </w:r>
    </w:p>
    <w:p>
      <w:r>
        <w:t>Fictional observation: a convenience note says “paid,” but the current bill’s status has not been checked. Lee records the difference without marking the bill paid or unpaid. The responsible person must resolve it against the appropriate current record. A dated note about an earlier cycle does not establish the current cycle’s status.</w:t>
      </w:r>
    </w:p>
    <w:p>
      <w:r>
        <w:t>The completion check is that the right service record and a current source can be identified. Keep the amount, date and status tied to that source if you record them. This guide supplies no due date, payment approval or automatic reminder.</w:t>
      </w:r>
    </w:p>
    <w:p>
      <w:r>
        <w:t>09-A — Household bills &amp; essential services (complete: Letter p.32-33; A4 p.31-32; minimum: Letter p.14-15; A4 p.13-14)</w:t>
      </w:r>
    </w:p>
    <w:p>
      <w:r>
        <w:t>09-B — Household service record (complete: Letter p.34; A4 p.33; not in minimum pack)</w:t>
      </w:r>
    </w:p>
    <w:p>
      <w:r>
        <w:t>08-A — Financial account map (complete: Letter p.25-27; A4 p.25-26; minimum: Letter p.11-13; A4 p.11-12)</w:t>
      </w:r>
    </w:p>
    <w:p>
      <w:r>
        <w:t>11-A — Digital emergency access plan (complete: Letter p.40; A4 p.39; minimum: Letter p.16; A4 p.15)</w:t>
      </w:r>
    </w:p>
    <w:p>
      <w:r>
        <w:br w:type="page"/>
      </w:r>
    </w:p>
    <w:p>
      <w:pPr>
        <w:pStyle w:val="Heading1"/>
      </w:pPr>
      <w:r>
        <w:t>Route 3: locate an original without replacing it</w:t>
      </w:r>
    </w:p>
    <w:p>
      <w:r>
        <w:t>Fictional task: Jordan asks Casey to identify the holder and location reference for a signed document. The task stops at locating the record and the responsible contact. This guide does not authorize retrieval, amendment or use of the document.</w:t>
      </w:r>
    </w:p>
    <w:p>
      <w:r>
        <w:t>Use 07-A to identify the document, holder and locator. Use 18-A in the complete Binder to connect an inserted reference copy or location slip to that entry. Pocket cover 07-LEGAL can describe the filing location; it is not the original document.</w:t>
      </w:r>
    </w:p>
    <w:p>
      <w:r>
        <w:t>Fictional observation: a pocket contains a photocopy with no date or copy-type label. Casey records “unlabeled reference to check,” not “certified copy” or “current original.” Jordan checks with the holder and updates the index. Do not mark up, discard or replace a signed original to make the organizer look tidier.</w:t>
      </w:r>
    </w:p>
    <w:p>
      <w:r>
        <w:t>A useful completion note states what was actually located and what remains unknown. Knowing where a reference copy sits does not establish that the original can be obtained or that the receiving institution will accept the copy.</w:t>
      </w:r>
    </w:p>
    <w:p>
      <w:r>
        <w:t>07-A — Legal document locator (complete: Letter p.21-22; A4 p.21-22; minimum: Letter p.9-10; A4 p.9-10)</w:t>
      </w:r>
    </w:p>
    <w:p>
      <w:r>
        <w:t>18-A — Document &amp; pocket index (complete: Letter p.52-54; A4 p.51-53; not in minimum pack)</w:t>
      </w:r>
    </w:p>
    <w:p>
      <w:r>
        <w:t>07-LEGAL — Legal documents | copies (complete: Letter p.78-79; A4 p.73-74; not in minimum pack)</w:t>
      </w:r>
    </w:p>
    <w:p>
      <w:r>
        <w:t>For review findings and follow-up, use 21-A and 21-B in the complete edition or this guide’s review sheet with a link to the master record.</w:t>
      </w:r>
    </w:p>
    <w:p>
      <w:r>
        <w:br w:type="page"/>
      </w:r>
    </w:p>
    <w:p>
      <w:pPr>
        <w:pStyle w:val="Heading1"/>
      </w:pPr>
      <w:r>
        <w:t>When two copies both say current</w:t>
      </w:r>
    </w:p>
    <w:p>
      <w:r>
        <w:t>Fictional insurance example: Robin keeps a record called HOME-INS-01. Lee agrees to locate its official contact route. In 08-C, the policy-location field points to a private household record location. The contact instruction says to confirm through the actual policy and provider’s official route; no invented phone number is presented as a working contact.</w:t>
      </w:r>
    </w:p>
    <w:p>
      <w:r>
        <w:t>Lee finds two files both labeled current. Neither label alone resolves which applies. Robin checks the record dates and appropriate source, identifies the current reference in the master index, and marks the other convenience copy as superseded without destroying an original. If the source does not resolve the conflict, record that uncertainty.</w:t>
      </w:r>
    </w:p>
    <w:p>
      <w:r>
        <w:t>Use 18-A to identify any included reference copy or location slip, such as 08-INS-01 behind 08-INS. A locator does not grant claim authority, and the exercise establishes no coverage, eligibility, deadline or payment outcome.</w:t>
      </w:r>
    </w:p>
    <w:p>
      <w:r>
        <w:t>Prepare a limited copy for the agreed task. Record its contents, edition/date, intended recipient and unresolved questions. Someone locating a service contact need not receive unrelated finances, health details or personal letters. Review the actual attachments, not only the cover label.</w:t>
      </w:r>
    </w:p>
    <w:p>
      <w:r>
        <w:t>If you send an updated copy, distinguish prepared, sent and receipt acknowledged. Do not mark an earlier copy withdrawn merely because a replacement was prepared. Record what the recipient actually confirms and keep unanswered follow-up visible.</w:t>
      </w:r>
    </w:p>
    <w:p>
      <w:r>
        <w:t>08-C — Insurance &amp; benefit claim record (complete: Letter p.29; A4 p.28; not in minimum pack)</w:t>
      </w:r>
    </w:p>
    <w:p>
      <w:r>
        <w:t>08-INS — Insurance &amp; survivor benefits | copies (complete: Letter p.84-85; A4 p.79-80; not in minimum pack)</w:t>
      </w:r>
    </w:p>
    <w:p>
      <w:r>
        <w:t>21-A — Handoff test &amp; review (complete: Letter p.66; A4 p.62; not in minimum pack)</w:t>
      </w:r>
    </w:p>
    <w:p>
      <w:r>
        <w:t>21-B — Updates &amp; open items (complete: Letter p.67-69; A4 p.63-64; not in minimum pack)</w:t>
      </w:r>
    </w:p>
    <w:p>
      <w:r>
        <w:br w:type="page"/>
      </w:r>
    </w:p>
    <w:p>
      <w:pPr>
        <w:pStyle w:val="Heading1"/>
      </w:pPr>
      <w:r>
        <w:t>Route sheet: one question, one observed path</w:t>
      </w:r>
    </w:p>
    <w:p>
      <w:r>
        <w:t>Use fictional references for practice or private aliases for your own planned handoff. This sheet does not send messages, grant access or perform a transaction.</w:t>
      </w:r>
    </w:p>
    <w:p>
      <w:pPr>
        <w:pStyle w:val="Heading2"/>
      </w:pPr>
      <w:r>
        <w:t>Agreed question, helper, task boundary and date; or proposed only</w:t>
      </w:r>
    </w:p>
    <w:p>
      <w:r>
        <w:t>Response: __________________________________________________</w:t>
        <w:br/>
        <w:br/>
      </w:r>
    </w:p>
    <w:p>
      <w:pPr>
        <w:pStyle w:val="Heading2"/>
      </w:pPr>
      <w:r>
        <w:t>Exact Binder edition/file/paper size and starting record code</w:t>
      </w:r>
    </w:p>
    <w:p>
      <w:r>
        <w:t>Response: __________________________________________________</w:t>
        <w:br/>
        <w:br/>
      </w:r>
    </w:p>
    <w:p>
      <w:pPr>
        <w:pStyle w:val="Heading2"/>
      </w:pPr>
      <w:r>
        <w:t>Record codes and full page ranges selected; include all continuation pages</w:t>
      </w:r>
    </w:p>
    <w:p>
      <w:r>
        <w:t>Response: __________________________________________________</w:t>
        <w:br/>
        <w:br/>
      </w:r>
    </w:p>
    <w:p>
      <w:pPr>
        <w:pStyle w:val="Heading2"/>
      </w:pPr>
      <w:r>
        <w:t>What the helper actually found; source/currentness evidence or unknown</w:t>
      </w:r>
    </w:p>
    <w:p>
      <w:r>
        <w:t>Response: __________________________________________________</w:t>
        <w:br/>
        <w:br/>
      </w:r>
    </w:p>
    <w:p>
      <w:pPr>
        <w:pStyle w:val="Heading2"/>
      </w:pPr>
      <w:r>
        <w:t>First point requiring a guess; stop condition or unresolved authority</w:t>
      </w:r>
    </w:p>
    <w:p>
      <w:r>
        <w:t>Response: __________________________________________________</w:t>
        <w:br/>
        <w:br/>
      </w:r>
    </w:p>
    <w:p>
      <w:pPr>
        <w:pStyle w:val="Heading2"/>
      </w:pPr>
      <w:r>
        <w:t>Completion within the agreed scope; next question and master-record locator</w:t>
      </w:r>
    </w:p>
    <w:p>
      <w:r>
        <w:t>Response: __________________________________________________</w:t>
        <w:br/>
        <w:br/>
      </w:r>
    </w:p>
    <w:p>
      <w:r>
        <w:br w:type="page"/>
      </w:r>
    </w:p>
    <w:p>
      <w:pPr>
        <w:pStyle w:val="Heading1"/>
      </w:pPr>
      <w:r>
        <w:t>Review sheet: correction and limited-copy follow-up</w:t>
      </w:r>
    </w:p>
    <w:p>
      <w:r>
        <w:t>Keep this sheet with the private master. Transfer the resulting observation to 21-A/21-B if those are your review records.</w:t>
      </w:r>
    </w:p>
    <w:p>
      <w:pPr>
        <w:pStyle w:val="Heading2"/>
      </w:pPr>
      <w:r>
        <w:t>Observation, affected record code/item reference and date</w:t>
      </w:r>
    </w:p>
    <w:p>
      <w:r>
        <w:t>Response: __________________________________________________</w:t>
        <w:br/>
        <w:br/>
      </w:r>
    </w:p>
    <w:p>
      <w:pPr>
        <w:pStyle w:val="Heading2"/>
      </w:pPr>
      <w:r>
        <w:t>Correction proposed versus actually made; supporting source or unresolved question</w:t>
      </w:r>
    </w:p>
    <w:p>
      <w:r>
        <w:t>Response: __________________________________________________</w:t>
        <w:br/>
        <w:br/>
      </w:r>
    </w:p>
    <w:p>
      <w:pPr>
        <w:pStyle w:val="Heading2"/>
      </w:pPr>
      <w:r>
        <w:t>Current master version/locator; earlier copy status without assuming disposal</w:t>
      </w:r>
    </w:p>
    <w:p>
      <w:r>
        <w:t>Response: __________________________________________________</w:t>
        <w:br/>
        <w:br/>
      </w:r>
    </w:p>
    <w:p>
      <w:pPr>
        <w:pStyle w:val="Heading2"/>
      </w:pPr>
      <w:r>
        <w:t>Limited-copy contents, recipient and actual agreed purpose</w:t>
      </w:r>
    </w:p>
    <w:p>
      <w:r>
        <w:t>Response: __________________________________________________</w:t>
        <w:br/>
        <w:br/>
      </w:r>
    </w:p>
    <w:p>
      <w:pPr>
        <w:pStyle w:val="Heading2"/>
      </w:pPr>
      <w:r>
        <w:t>Prepared, sent or receipt acknowledged; actual evidence/date or unconfirmed</w:t>
      </w:r>
    </w:p>
    <w:p>
      <w:r>
        <w:t>Response: __________________________________________________</w:t>
        <w:br/>
        <w:br/>
      </w:r>
    </w:p>
    <w:p>
      <w:pPr>
        <w:pStyle w:val="Heading2"/>
      </w:pPr>
      <w:r>
        <w:t>Repeat lookup result or not yet tried; next responsible action</w:t>
      </w:r>
    </w:p>
    <w:p>
      <w:r>
        <w:t>Response: __________________________________________________</w:t>
        <w:br/>
        <w:br/>
      </w:r>
    </w:p>
    <w:p>
      <w:r>
        <w:br w:type="page"/>
      </w:r>
    </w:p>
    <w:p>
      <w:pPr>
        <w:pStyle w:val="Heading1"/>
      </w:pPr>
      <w:r>
        <w:t>Worksheet record finder 1/3</w:t>
      </w:r>
    </w:p>
    <w:p>
      <w:r>
        <w:t>Binder PDF edition 0.12 only. Use the column for the file and paper size you downloaded. Page ranges include every page of the record. “Not in pack” refers to the minimum pack.</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Record</w:t>
            </w:r>
          </w:p>
        </w:tc>
        <w:tc>
          <w:tcPr>
            <w:tcW w:type="dxa" w:w="1440"/>
          </w:tcPr>
          <w:p>
            <w:r>
              <w:t>Title</w:t>
            </w:r>
          </w:p>
        </w:tc>
        <w:tc>
          <w:tcPr>
            <w:tcW w:type="dxa" w:w="1440"/>
          </w:tcPr>
          <w:p>
            <w:r>
              <w:t>Full Ltr</w:t>
            </w:r>
          </w:p>
        </w:tc>
        <w:tc>
          <w:tcPr>
            <w:tcW w:type="dxa" w:w="1440"/>
          </w:tcPr>
          <w:p>
            <w:r>
              <w:t>Full A4</w:t>
            </w:r>
          </w:p>
        </w:tc>
        <w:tc>
          <w:tcPr>
            <w:tcW w:type="dxa" w:w="1440"/>
          </w:tcPr>
          <w:p>
            <w:r>
              <w:t>Min Ltr</w:t>
            </w:r>
          </w:p>
        </w:tc>
        <w:tc>
          <w:tcPr>
            <w:tcW w:type="dxa" w:w="1440"/>
          </w:tcPr>
          <w:p>
            <w:r>
              <w:t>Min A4</w:t>
            </w:r>
          </w:p>
        </w:tc>
      </w:tr>
      <w:tr>
        <w:tc>
          <w:tcPr>
            <w:tcW w:type="dxa" w:w="1440"/>
          </w:tcPr>
          <w:p>
            <w:r>
              <w:t>00-A</w:t>
            </w:r>
          </w:p>
        </w:tc>
        <w:tc>
          <w:tcPr>
            <w:tcW w:type="dxa" w:w="1440"/>
          </w:tcPr>
          <w:p>
            <w:r>
              <w:t>Family Emergency &amp; Legacy Binder</w:t>
            </w:r>
          </w:p>
        </w:tc>
        <w:tc>
          <w:tcPr>
            <w:tcW w:type="dxa" w:w="1440"/>
          </w:tcPr>
          <w:p>
            <w:r>
              <w:t>2</w:t>
            </w:r>
          </w:p>
        </w:tc>
        <w:tc>
          <w:tcPr>
            <w:tcW w:type="dxa" w:w="1440"/>
          </w:tcPr>
          <w:p>
            <w:r>
              <w:t>2</w:t>
            </w:r>
          </w:p>
        </w:tc>
        <w:tc>
          <w:tcPr>
            <w:tcW w:type="dxa" w:w="1440"/>
          </w:tcPr>
          <w:p>
            <w:r>
              <w:t>2</w:t>
            </w:r>
          </w:p>
        </w:tc>
        <w:tc>
          <w:tcPr>
            <w:tcW w:type="dxa" w:w="1440"/>
          </w:tcPr>
          <w:p>
            <w:r>
              <w:t>2</w:t>
            </w:r>
          </w:p>
        </w:tc>
      </w:tr>
      <w:tr>
        <w:tc>
          <w:tcPr>
            <w:tcW w:type="dxa" w:w="1440"/>
          </w:tcPr>
          <w:p>
            <w:r>
              <w:t>00-B</w:t>
            </w:r>
          </w:p>
        </w:tc>
        <w:tc>
          <w:tcPr>
            <w:tcW w:type="dxa" w:w="1440"/>
          </w:tcPr>
          <w:p>
            <w:r>
              <w:t>Set up your binder</w:t>
            </w:r>
          </w:p>
        </w:tc>
        <w:tc>
          <w:tcPr>
            <w:tcW w:type="dxa" w:w="1440"/>
          </w:tcPr>
          <w:p>
            <w:r>
              <w:t>3</w:t>
            </w:r>
          </w:p>
        </w:tc>
        <w:tc>
          <w:tcPr>
            <w:tcW w:type="dxa" w:w="1440"/>
          </w:tcPr>
          <w:p>
            <w:r>
              <w:t>3</w:t>
            </w:r>
          </w:p>
        </w:tc>
        <w:tc>
          <w:tcPr>
            <w:tcW w:type="dxa" w:w="1440"/>
          </w:tcPr>
          <w:p>
            <w:r>
              <w:t>3</w:t>
            </w:r>
          </w:p>
        </w:tc>
        <w:tc>
          <w:tcPr>
            <w:tcW w:type="dxa" w:w="1440"/>
          </w:tcPr>
          <w:p>
            <w:r>
              <w:t>3</w:t>
            </w:r>
          </w:p>
        </w:tc>
      </w:tr>
      <w:tr>
        <w:tc>
          <w:tcPr>
            <w:tcW w:type="dxa" w:w="1440"/>
          </w:tcPr>
          <w:p>
            <w:r>
              <w:t>00-C</w:t>
            </w:r>
          </w:p>
        </w:tc>
        <w:tc>
          <w:tcPr>
            <w:tcW w:type="dxa" w:w="1440"/>
          </w:tcPr>
          <w:p>
            <w:r>
              <w:t>Find the right section</w:t>
            </w:r>
          </w:p>
        </w:tc>
        <w:tc>
          <w:tcPr>
            <w:tcW w:type="dxa" w:w="1440"/>
          </w:tcPr>
          <w:p>
            <w:r>
              <w:t>4</w:t>
            </w:r>
          </w:p>
        </w:tc>
        <w:tc>
          <w:tcPr>
            <w:tcW w:type="dxa" w:w="1440"/>
          </w:tcPr>
          <w:p>
            <w:r>
              <w:t>4</w:t>
            </w:r>
          </w:p>
        </w:tc>
        <w:tc>
          <w:tcPr>
            <w:tcW w:type="dxa" w:w="1440"/>
          </w:tcPr>
          <w:p>
            <w:r>
              <w:t>4</w:t>
            </w:r>
          </w:p>
        </w:tc>
        <w:tc>
          <w:tcPr>
            <w:tcW w:type="dxa" w:w="1440"/>
          </w:tcPr>
          <w:p>
            <w:r>
              <w:t>4</w:t>
            </w:r>
          </w:p>
        </w:tc>
      </w:tr>
      <w:tr>
        <w:tc>
          <w:tcPr>
            <w:tcW w:type="dxa" w:w="1440"/>
          </w:tcPr>
          <w:p>
            <w:r>
              <w:t>01-A</w:t>
            </w:r>
          </w:p>
        </w:tc>
        <w:tc>
          <w:tcPr>
            <w:tcW w:type="dxa" w:w="1440"/>
          </w:tcPr>
          <w:p>
            <w:r>
              <w:t>Start here</w:t>
            </w:r>
          </w:p>
        </w:tc>
        <w:tc>
          <w:tcPr>
            <w:tcW w:type="dxa" w:w="1440"/>
          </w:tcPr>
          <w:p>
            <w:r>
              <w:t>5</w:t>
            </w:r>
          </w:p>
        </w:tc>
        <w:tc>
          <w:tcPr>
            <w:tcW w:type="dxa" w:w="1440"/>
          </w:tcPr>
          <w:p>
            <w:r>
              <w:t>5</w:t>
            </w:r>
          </w:p>
        </w:tc>
        <w:tc>
          <w:tcPr>
            <w:tcW w:type="dxa" w:w="1440"/>
          </w:tcPr>
          <w:p>
            <w:r>
              <w:t>5</w:t>
            </w:r>
          </w:p>
        </w:tc>
        <w:tc>
          <w:tcPr>
            <w:tcW w:type="dxa" w:w="1440"/>
          </w:tcPr>
          <w:p>
            <w:r>
              <w:t>5</w:t>
            </w:r>
          </w:p>
        </w:tc>
      </w:tr>
      <w:tr>
        <w:tc>
          <w:tcPr>
            <w:tcW w:type="dxa" w:w="1440"/>
          </w:tcPr>
          <w:p>
            <w:r>
              <w:t>01-B</w:t>
            </w:r>
          </w:p>
        </w:tc>
        <w:tc>
          <w:tcPr>
            <w:tcW w:type="dxa" w:w="1440"/>
          </w:tcPr>
          <w:p>
            <w:r>
              <w:t>Who is allowed to do what?</w:t>
            </w:r>
          </w:p>
        </w:tc>
        <w:tc>
          <w:tcPr>
            <w:tcW w:type="dxa" w:w="1440"/>
          </w:tcPr>
          <w:p>
            <w:r>
              <w:t>6-7</w:t>
            </w:r>
          </w:p>
        </w:tc>
        <w:tc>
          <w:tcPr>
            <w:tcW w:type="dxa" w:w="1440"/>
          </w:tcPr>
          <w:p>
            <w:r>
              <w:t>6-7</w:t>
            </w:r>
          </w:p>
        </w:tc>
        <w:tc>
          <w:tcPr>
            <w:tcW w:type="dxa" w:w="1440"/>
          </w:tcPr>
          <w:p>
            <w:r>
              <w:t>Not in pack</w:t>
            </w:r>
          </w:p>
        </w:tc>
        <w:tc>
          <w:tcPr>
            <w:tcW w:type="dxa" w:w="1440"/>
          </w:tcPr>
          <w:p>
            <w:r>
              <w:t>Not in pack</w:t>
            </w:r>
          </w:p>
        </w:tc>
      </w:tr>
      <w:tr>
        <w:tc>
          <w:tcPr>
            <w:tcW w:type="dxa" w:w="1440"/>
          </w:tcPr>
          <w:p>
            <w:r>
              <w:t>02-A</w:t>
            </w:r>
          </w:p>
        </w:tc>
        <w:tc>
          <w:tcPr>
            <w:tcW w:type="dxa" w:w="1440"/>
          </w:tcPr>
          <w:p>
            <w:r>
              <w:t>Emergency reference sheet</w:t>
            </w:r>
          </w:p>
        </w:tc>
        <w:tc>
          <w:tcPr>
            <w:tcW w:type="dxa" w:w="1440"/>
          </w:tcPr>
          <w:p>
            <w:r>
              <w:t>8-9</w:t>
            </w:r>
          </w:p>
        </w:tc>
        <w:tc>
          <w:tcPr>
            <w:tcW w:type="dxa" w:w="1440"/>
          </w:tcPr>
          <w:p>
            <w:r>
              <w:t>8-9</w:t>
            </w:r>
          </w:p>
        </w:tc>
        <w:tc>
          <w:tcPr>
            <w:tcW w:type="dxa" w:w="1440"/>
          </w:tcPr>
          <w:p>
            <w:r>
              <w:t>6-7</w:t>
            </w:r>
          </w:p>
        </w:tc>
        <w:tc>
          <w:tcPr>
            <w:tcW w:type="dxa" w:w="1440"/>
          </w:tcPr>
          <w:p>
            <w:r>
              <w:t>6-7</w:t>
            </w:r>
          </w:p>
        </w:tc>
      </w:tr>
      <w:tr>
        <w:tc>
          <w:tcPr>
            <w:tcW w:type="dxa" w:w="1440"/>
          </w:tcPr>
          <w:p>
            <w:r>
              <w:t>03-A</w:t>
            </w:r>
          </w:p>
        </w:tc>
        <w:tc>
          <w:tcPr>
            <w:tcW w:type="dxa" w:w="1440"/>
          </w:tcPr>
          <w:p>
            <w:r>
              <w:t>Home &amp; utility locations</w:t>
            </w:r>
          </w:p>
        </w:tc>
        <w:tc>
          <w:tcPr>
            <w:tcW w:type="dxa" w:w="1440"/>
          </w:tcPr>
          <w:p>
            <w:r>
              <w:t>10</w:t>
            </w:r>
          </w:p>
        </w:tc>
        <w:tc>
          <w:tcPr>
            <w:tcW w:type="dxa" w:w="1440"/>
          </w:tcPr>
          <w:p>
            <w:r>
              <w:t>10</w:t>
            </w:r>
          </w:p>
        </w:tc>
        <w:tc>
          <w:tcPr>
            <w:tcW w:type="dxa" w:w="1440"/>
          </w:tcPr>
          <w:p>
            <w:r>
              <w:t>Not in pack</w:t>
            </w:r>
          </w:p>
        </w:tc>
        <w:tc>
          <w:tcPr>
            <w:tcW w:type="dxa" w:w="1440"/>
          </w:tcPr>
          <w:p>
            <w:r>
              <w:t>Not in pack</w:t>
            </w:r>
          </w:p>
        </w:tc>
      </w:tr>
      <w:tr>
        <w:tc>
          <w:tcPr>
            <w:tcW w:type="dxa" w:w="1440"/>
          </w:tcPr>
          <w:p>
            <w:r>
              <w:t>04-A</w:t>
            </w:r>
          </w:p>
        </w:tc>
        <w:tc>
          <w:tcPr>
            <w:tcW w:type="dxa" w:w="1440"/>
          </w:tcPr>
          <w:p>
            <w:r>
              <w:t>Primary contacts</w:t>
            </w:r>
          </w:p>
        </w:tc>
        <w:tc>
          <w:tcPr>
            <w:tcW w:type="dxa" w:w="1440"/>
          </w:tcPr>
          <w:p>
            <w:r>
              <w:t>11</w:t>
            </w:r>
          </w:p>
        </w:tc>
        <w:tc>
          <w:tcPr>
            <w:tcW w:type="dxa" w:w="1440"/>
          </w:tcPr>
          <w:p>
            <w:r>
              <w:t>11</w:t>
            </w:r>
          </w:p>
        </w:tc>
        <w:tc>
          <w:tcPr>
            <w:tcW w:type="dxa" w:w="1440"/>
          </w:tcPr>
          <w:p>
            <w:r>
              <w:t>8</w:t>
            </w:r>
          </w:p>
        </w:tc>
        <w:tc>
          <w:tcPr>
            <w:tcW w:type="dxa" w:w="1440"/>
          </w:tcPr>
          <w:p>
            <w:r>
              <w:t>8</w:t>
            </w:r>
          </w:p>
        </w:tc>
      </w:tr>
      <w:tr>
        <w:tc>
          <w:tcPr>
            <w:tcW w:type="dxa" w:w="1440"/>
          </w:tcPr>
          <w:p>
            <w:r>
              <w:t>05-A</w:t>
            </w:r>
          </w:p>
        </w:tc>
        <w:tc>
          <w:tcPr>
            <w:tcW w:type="dxa" w:w="1440"/>
          </w:tcPr>
          <w:p>
            <w:r>
              <w:t>Additional contacts</w:t>
            </w:r>
          </w:p>
        </w:tc>
        <w:tc>
          <w:tcPr>
            <w:tcW w:type="dxa" w:w="1440"/>
          </w:tcPr>
          <w:p>
            <w:r>
              <w:t>12-15</w:t>
            </w:r>
          </w:p>
        </w:tc>
        <w:tc>
          <w:tcPr>
            <w:tcW w:type="dxa" w:w="1440"/>
          </w:tcPr>
          <w:p>
            <w:r>
              <w:t>12-15</w:t>
            </w:r>
          </w:p>
        </w:tc>
        <w:tc>
          <w:tcPr>
            <w:tcW w:type="dxa" w:w="1440"/>
          </w:tcPr>
          <w:p>
            <w:r>
              <w:t>Not in pack</w:t>
            </w:r>
          </w:p>
        </w:tc>
        <w:tc>
          <w:tcPr>
            <w:tcW w:type="dxa" w:w="1440"/>
          </w:tcPr>
          <w:p>
            <w:r>
              <w:t>Not in pack</w:t>
            </w:r>
          </w:p>
        </w:tc>
      </w:tr>
      <w:tr>
        <w:tc>
          <w:tcPr>
            <w:tcW w:type="dxa" w:w="1440"/>
          </w:tcPr>
          <w:p>
            <w:r>
              <w:t>06-A</w:t>
            </w:r>
          </w:p>
        </w:tc>
        <w:tc>
          <w:tcPr>
            <w:tcW w:type="dxa" w:w="1440"/>
          </w:tcPr>
          <w:p>
            <w:r>
              <w:t>Health &amp; care summary</w:t>
            </w:r>
          </w:p>
        </w:tc>
        <w:tc>
          <w:tcPr>
            <w:tcW w:type="dxa" w:w="1440"/>
          </w:tcPr>
          <w:p>
            <w:r>
              <w:t>16</w:t>
            </w:r>
          </w:p>
        </w:tc>
        <w:tc>
          <w:tcPr>
            <w:tcW w:type="dxa" w:w="1440"/>
          </w:tcPr>
          <w:p>
            <w:r>
              <w:t>16</w:t>
            </w:r>
          </w:p>
        </w:tc>
        <w:tc>
          <w:tcPr>
            <w:tcW w:type="dxa" w:w="1440"/>
          </w:tcPr>
          <w:p>
            <w:r>
              <w:t>Not in pack</w:t>
            </w:r>
          </w:p>
        </w:tc>
        <w:tc>
          <w:tcPr>
            <w:tcW w:type="dxa" w:w="1440"/>
          </w:tcPr>
          <w:p>
            <w:r>
              <w:t>Not in pack</w:t>
            </w:r>
          </w:p>
        </w:tc>
      </w:tr>
      <w:tr>
        <w:tc>
          <w:tcPr>
            <w:tcW w:type="dxa" w:w="1440"/>
          </w:tcPr>
          <w:p>
            <w:r>
              <w:t>06-B</w:t>
            </w:r>
          </w:p>
        </w:tc>
        <w:tc>
          <w:tcPr>
            <w:tcW w:type="dxa" w:w="1440"/>
          </w:tcPr>
          <w:p>
            <w:r>
              <w:t>Medication list</w:t>
            </w:r>
          </w:p>
        </w:tc>
        <w:tc>
          <w:tcPr>
            <w:tcW w:type="dxa" w:w="1440"/>
          </w:tcPr>
          <w:p>
            <w:r>
              <w:t>17-18</w:t>
            </w:r>
          </w:p>
        </w:tc>
        <w:tc>
          <w:tcPr>
            <w:tcW w:type="dxa" w:w="1440"/>
          </w:tcPr>
          <w:p>
            <w:r>
              <w:t>17-18</w:t>
            </w:r>
          </w:p>
        </w:tc>
        <w:tc>
          <w:tcPr>
            <w:tcW w:type="dxa" w:w="1440"/>
          </w:tcPr>
          <w:p>
            <w:r>
              <w:t>Not in pack</w:t>
            </w:r>
          </w:p>
        </w:tc>
        <w:tc>
          <w:tcPr>
            <w:tcW w:type="dxa" w:w="1440"/>
          </w:tcPr>
          <w:p>
            <w:r>
              <w:t>Not in pack</w:t>
            </w:r>
          </w:p>
        </w:tc>
      </w:tr>
      <w:tr>
        <w:tc>
          <w:tcPr>
            <w:tcW w:type="dxa" w:w="1440"/>
          </w:tcPr>
          <w:p>
            <w:r>
              <w:t>06-C</w:t>
            </w:r>
          </w:p>
        </w:tc>
        <w:tc>
          <w:tcPr>
            <w:tcW w:type="dxa" w:w="1440"/>
          </w:tcPr>
          <w:p>
            <w:r>
              <w:t>Care providers &amp; plan locations</w:t>
            </w:r>
          </w:p>
        </w:tc>
        <w:tc>
          <w:tcPr>
            <w:tcW w:type="dxa" w:w="1440"/>
          </w:tcPr>
          <w:p>
            <w:r>
              <w:t>19-20</w:t>
            </w:r>
          </w:p>
        </w:tc>
        <w:tc>
          <w:tcPr>
            <w:tcW w:type="dxa" w:w="1440"/>
          </w:tcPr>
          <w:p>
            <w:r>
              <w:t>19-20</w:t>
            </w:r>
          </w:p>
        </w:tc>
        <w:tc>
          <w:tcPr>
            <w:tcW w:type="dxa" w:w="1440"/>
          </w:tcPr>
          <w:p>
            <w:r>
              <w:t>Not in pack</w:t>
            </w:r>
          </w:p>
        </w:tc>
        <w:tc>
          <w:tcPr>
            <w:tcW w:type="dxa" w:w="1440"/>
          </w:tcPr>
          <w:p>
            <w:r>
              <w:t>Not in pack</w:t>
            </w:r>
          </w:p>
        </w:tc>
      </w:tr>
      <w:tr>
        <w:tc>
          <w:tcPr>
            <w:tcW w:type="dxa" w:w="1440"/>
          </w:tcPr>
          <w:p>
            <w:r>
              <w:t>07-A</w:t>
            </w:r>
          </w:p>
        </w:tc>
        <w:tc>
          <w:tcPr>
            <w:tcW w:type="dxa" w:w="1440"/>
          </w:tcPr>
          <w:p>
            <w:r>
              <w:t>Legal document locator</w:t>
            </w:r>
          </w:p>
        </w:tc>
        <w:tc>
          <w:tcPr>
            <w:tcW w:type="dxa" w:w="1440"/>
          </w:tcPr>
          <w:p>
            <w:r>
              <w:t>21-22</w:t>
            </w:r>
          </w:p>
        </w:tc>
        <w:tc>
          <w:tcPr>
            <w:tcW w:type="dxa" w:w="1440"/>
          </w:tcPr>
          <w:p>
            <w:r>
              <w:t>21-22</w:t>
            </w:r>
          </w:p>
        </w:tc>
        <w:tc>
          <w:tcPr>
            <w:tcW w:type="dxa" w:w="1440"/>
          </w:tcPr>
          <w:p>
            <w:r>
              <w:t>9-10</w:t>
            </w:r>
          </w:p>
        </w:tc>
        <w:tc>
          <w:tcPr>
            <w:tcW w:type="dxa" w:w="1440"/>
          </w:tcPr>
          <w:p>
            <w:r>
              <w:t>9-10</w:t>
            </w:r>
          </w:p>
        </w:tc>
      </w:tr>
      <w:tr>
        <w:tc>
          <w:tcPr>
            <w:tcW w:type="dxa" w:w="1440"/>
          </w:tcPr>
          <w:p>
            <w:r>
              <w:t>07-B</w:t>
            </w:r>
          </w:p>
        </w:tc>
        <w:tc>
          <w:tcPr>
            <w:tcW w:type="dxa" w:w="1440"/>
          </w:tcPr>
          <w:p>
            <w:r>
              <w:t>Identity &amp; vital record locator</w:t>
            </w:r>
          </w:p>
        </w:tc>
        <w:tc>
          <w:tcPr>
            <w:tcW w:type="dxa" w:w="1440"/>
          </w:tcPr>
          <w:p>
            <w:r>
              <w:t>23-24</w:t>
            </w:r>
          </w:p>
        </w:tc>
        <w:tc>
          <w:tcPr>
            <w:tcW w:type="dxa" w:w="1440"/>
          </w:tcPr>
          <w:p>
            <w:r>
              <w:t>23-24</w:t>
            </w:r>
          </w:p>
        </w:tc>
        <w:tc>
          <w:tcPr>
            <w:tcW w:type="dxa" w:w="1440"/>
          </w:tcPr>
          <w:p>
            <w:r>
              <w:t>Not in pack</w:t>
            </w:r>
          </w:p>
        </w:tc>
        <w:tc>
          <w:tcPr>
            <w:tcW w:type="dxa" w:w="1440"/>
          </w:tcPr>
          <w:p>
            <w:r>
              <w:t>Not in pack</w:t>
            </w:r>
          </w:p>
        </w:tc>
      </w:tr>
      <w:tr>
        <w:tc>
          <w:tcPr>
            <w:tcW w:type="dxa" w:w="1440"/>
          </w:tcPr>
          <w:p>
            <w:r>
              <w:t>08-A</w:t>
            </w:r>
          </w:p>
        </w:tc>
        <w:tc>
          <w:tcPr>
            <w:tcW w:type="dxa" w:w="1440"/>
          </w:tcPr>
          <w:p>
            <w:r>
              <w:t>Financial account map</w:t>
            </w:r>
          </w:p>
        </w:tc>
        <w:tc>
          <w:tcPr>
            <w:tcW w:type="dxa" w:w="1440"/>
          </w:tcPr>
          <w:p>
            <w:r>
              <w:t>25-27</w:t>
            </w:r>
          </w:p>
        </w:tc>
        <w:tc>
          <w:tcPr>
            <w:tcW w:type="dxa" w:w="1440"/>
          </w:tcPr>
          <w:p>
            <w:r>
              <w:t>25-26</w:t>
            </w:r>
          </w:p>
        </w:tc>
        <w:tc>
          <w:tcPr>
            <w:tcW w:type="dxa" w:w="1440"/>
          </w:tcPr>
          <w:p>
            <w:r>
              <w:t>11-13</w:t>
            </w:r>
          </w:p>
        </w:tc>
        <w:tc>
          <w:tcPr>
            <w:tcW w:type="dxa" w:w="1440"/>
          </w:tcPr>
          <w:p>
            <w:r>
              <w:t>11-12</w:t>
            </w:r>
          </w:p>
        </w:tc>
      </w:tr>
      <w:tr>
        <w:tc>
          <w:tcPr>
            <w:tcW w:type="dxa" w:w="1440"/>
          </w:tcPr>
          <w:p>
            <w:r>
              <w:t>08-B</w:t>
            </w:r>
          </w:p>
        </w:tc>
        <w:tc>
          <w:tcPr>
            <w:tcW w:type="dxa" w:w="1440"/>
          </w:tcPr>
          <w:p>
            <w:r>
              <w:t>Financial account record</w:t>
            </w:r>
          </w:p>
        </w:tc>
        <w:tc>
          <w:tcPr>
            <w:tcW w:type="dxa" w:w="1440"/>
          </w:tcPr>
          <w:p>
            <w:r>
              <w:t>28</w:t>
            </w:r>
          </w:p>
        </w:tc>
        <w:tc>
          <w:tcPr>
            <w:tcW w:type="dxa" w:w="1440"/>
          </w:tcPr>
          <w:p>
            <w:r>
              <w:t>27</w:t>
            </w:r>
          </w:p>
        </w:tc>
        <w:tc>
          <w:tcPr>
            <w:tcW w:type="dxa" w:w="1440"/>
          </w:tcPr>
          <w:p>
            <w:r>
              <w:t>Not in pack</w:t>
            </w:r>
          </w:p>
        </w:tc>
        <w:tc>
          <w:tcPr>
            <w:tcW w:type="dxa" w:w="1440"/>
          </w:tcPr>
          <w:p>
            <w:r>
              <w:t>Not in pack</w:t>
            </w:r>
          </w:p>
        </w:tc>
      </w:tr>
    </w:tbl>
    <w:p>
      <w:r>
        <w:br w:type="page"/>
      </w:r>
    </w:p>
    <w:p>
      <w:pPr>
        <w:pStyle w:val="Heading1"/>
      </w:pPr>
      <w:r>
        <w:t>Worksheet record finder 2/3</w:t>
      </w:r>
    </w:p>
    <w:p>
      <w:r>
        <w:t>Binder PDF edition 0.12 only. Use the column for the file and paper size you downloaded. Page ranges include every page of the record. “Not in pack” refers to the minimum pack.</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Record</w:t>
            </w:r>
          </w:p>
        </w:tc>
        <w:tc>
          <w:tcPr>
            <w:tcW w:type="dxa" w:w="1440"/>
          </w:tcPr>
          <w:p>
            <w:r>
              <w:t>Title</w:t>
            </w:r>
          </w:p>
        </w:tc>
        <w:tc>
          <w:tcPr>
            <w:tcW w:type="dxa" w:w="1440"/>
          </w:tcPr>
          <w:p>
            <w:r>
              <w:t>Full Ltr</w:t>
            </w:r>
          </w:p>
        </w:tc>
        <w:tc>
          <w:tcPr>
            <w:tcW w:type="dxa" w:w="1440"/>
          </w:tcPr>
          <w:p>
            <w:r>
              <w:t>Full A4</w:t>
            </w:r>
          </w:p>
        </w:tc>
        <w:tc>
          <w:tcPr>
            <w:tcW w:type="dxa" w:w="1440"/>
          </w:tcPr>
          <w:p>
            <w:r>
              <w:t>Min Ltr</w:t>
            </w:r>
          </w:p>
        </w:tc>
        <w:tc>
          <w:tcPr>
            <w:tcW w:type="dxa" w:w="1440"/>
          </w:tcPr>
          <w:p>
            <w:r>
              <w:t>Min A4</w:t>
            </w:r>
          </w:p>
        </w:tc>
      </w:tr>
      <w:tr>
        <w:tc>
          <w:tcPr>
            <w:tcW w:type="dxa" w:w="1440"/>
          </w:tcPr>
          <w:p>
            <w:r>
              <w:t>08-C</w:t>
            </w:r>
          </w:p>
        </w:tc>
        <w:tc>
          <w:tcPr>
            <w:tcW w:type="dxa" w:w="1440"/>
          </w:tcPr>
          <w:p>
            <w:r>
              <w:t>Insurance &amp; benefit claim record</w:t>
            </w:r>
          </w:p>
        </w:tc>
        <w:tc>
          <w:tcPr>
            <w:tcW w:type="dxa" w:w="1440"/>
          </w:tcPr>
          <w:p>
            <w:r>
              <w:t>29</w:t>
            </w:r>
          </w:p>
        </w:tc>
        <w:tc>
          <w:tcPr>
            <w:tcW w:type="dxa" w:w="1440"/>
          </w:tcPr>
          <w:p>
            <w:r>
              <w:t>28</w:t>
            </w:r>
          </w:p>
        </w:tc>
        <w:tc>
          <w:tcPr>
            <w:tcW w:type="dxa" w:w="1440"/>
          </w:tcPr>
          <w:p>
            <w:r>
              <w:t>Not in pack</w:t>
            </w:r>
          </w:p>
        </w:tc>
        <w:tc>
          <w:tcPr>
            <w:tcW w:type="dxa" w:w="1440"/>
          </w:tcPr>
          <w:p>
            <w:r>
              <w:t>Not in pack</w:t>
            </w:r>
          </w:p>
        </w:tc>
      </w:tr>
      <w:tr>
        <w:tc>
          <w:tcPr>
            <w:tcW w:type="dxa" w:w="1440"/>
          </w:tcPr>
          <w:p>
            <w:r>
              <w:t>08-D</w:t>
            </w:r>
          </w:p>
        </w:tc>
        <w:tc>
          <w:tcPr>
            <w:tcW w:type="dxa" w:w="1440"/>
          </w:tcPr>
          <w:p>
            <w:r>
              <w:t>Debts, taxes &amp; other obligations</w:t>
            </w:r>
          </w:p>
        </w:tc>
        <w:tc>
          <w:tcPr>
            <w:tcW w:type="dxa" w:w="1440"/>
          </w:tcPr>
          <w:p>
            <w:r>
              <w:t>30-31</w:t>
            </w:r>
          </w:p>
        </w:tc>
        <w:tc>
          <w:tcPr>
            <w:tcW w:type="dxa" w:w="1440"/>
          </w:tcPr>
          <w:p>
            <w:r>
              <w:t>29-30</w:t>
            </w:r>
          </w:p>
        </w:tc>
        <w:tc>
          <w:tcPr>
            <w:tcW w:type="dxa" w:w="1440"/>
          </w:tcPr>
          <w:p>
            <w:r>
              <w:t>Not in pack</w:t>
            </w:r>
          </w:p>
        </w:tc>
        <w:tc>
          <w:tcPr>
            <w:tcW w:type="dxa" w:w="1440"/>
          </w:tcPr>
          <w:p>
            <w:r>
              <w:t>Not in pack</w:t>
            </w:r>
          </w:p>
        </w:tc>
      </w:tr>
      <w:tr>
        <w:tc>
          <w:tcPr>
            <w:tcW w:type="dxa" w:w="1440"/>
          </w:tcPr>
          <w:p>
            <w:r>
              <w:t>09-A</w:t>
            </w:r>
          </w:p>
        </w:tc>
        <w:tc>
          <w:tcPr>
            <w:tcW w:type="dxa" w:w="1440"/>
          </w:tcPr>
          <w:p>
            <w:r>
              <w:t>Household bills &amp; essential services</w:t>
            </w:r>
          </w:p>
        </w:tc>
        <w:tc>
          <w:tcPr>
            <w:tcW w:type="dxa" w:w="1440"/>
          </w:tcPr>
          <w:p>
            <w:r>
              <w:t>32-33</w:t>
            </w:r>
          </w:p>
        </w:tc>
        <w:tc>
          <w:tcPr>
            <w:tcW w:type="dxa" w:w="1440"/>
          </w:tcPr>
          <w:p>
            <w:r>
              <w:t>31-32</w:t>
            </w:r>
          </w:p>
        </w:tc>
        <w:tc>
          <w:tcPr>
            <w:tcW w:type="dxa" w:w="1440"/>
          </w:tcPr>
          <w:p>
            <w:r>
              <w:t>14-15</w:t>
            </w:r>
          </w:p>
        </w:tc>
        <w:tc>
          <w:tcPr>
            <w:tcW w:type="dxa" w:w="1440"/>
          </w:tcPr>
          <w:p>
            <w:r>
              <w:t>13-14</w:t>
            </w:r>
          </w:p>
        </w:tc>
      </w:tr>
      <w:tr>
        <w:tc>
          <w:tcPr>
            <w:tcW w:type="dxa" w:w="1440"/>
          </w:tcPr>
          <w:p>
            <w:r>
              <w:t>09-B</w:t>
            </w:r>
          </w:p>
        </w:tc>
        <w:tc>
          <w:tcPr>
            <w:tcW w:type="dxa" w:w="1440"/>
          </w:tcPr>
          <w:p>
            <w:r>
              <w:t>Household service record</w:t>
            </w:r>
          </w:p>
        </w:tc>
        <w:tc>
          <w:tcPr>
            <w:tcW w:type="dxa" w:w="1440"/>
          </w:tcPr>
          <w:p>
            <w:r>
              <w:t>34</w:t>
            </w:r>
          </w:p>
        </w:tc>
        <w:tc>
          <w:tcPr>
            <w:tcW w:type="dxa" w:w="1440"/>
          </w:tcPr>
          <w:p>
            <w:r>
              <w:t>33</w:t>
            </w:r>
          </w:p>
        </w:tc>
        <w:tc>
          <w:tcPr>
            <w:tcW w:type="dxa" w:w="1440"/>
          </w:tcPr>
          <w:p>
            <w:r>
              <w:t>Not in pack</w:t>
            </w:r>
          </w:p>
        </w:tc>
        <w:tc>
          <w:tcPr>
            <w:tcW w:type="dxa" w:w="1440"/>
          </w:tcPr>
          <w:p>
            <w:r>
              <w:t>Not in pack</w:t>
            </w:r>
          </w:p>
        </w:tc>
      </w:tr>
      <w:tr>
        <w:tc>
          <w:tcPr>
            <w:tcW w:type="dxa" w:w="1440"/>
          </w:tcPr>
          <w:p>
            <w:r>
              <w:t>10-A</w:t>
            </w:r>
          </w:p>
        </w:tc>
        <w:tc>
          <w:tcPr>
            <w:tcW w:type="dxa" w:w="1440"/>
          </w:tcPr>
          <w:p>
            <w:r>
              <w:t>Digital subscription register</w:t>
            </w:r>
          </w:p>
        </w:tc>
        <w:tc>
          <w:tcPr>
            <w:tcW w:type="dxa" w:w="1440"/>
          </w:tcPr>
          <w:p>
            <w:r>
              <w:t>35-37</w:t>
            </w:r>
          </w:p>
        </w:tc>
        <w:tc>
          <w:tcPr>
            <w:tcW w:type="dxa" w:w="1440"/>
          </w:tcPr>
          <w:p>
            <w:r>
              <w:t>34-36</w:t>
            </w:r>
          </w:p>
        </w:tc>
        <w:tc>
          <w:tcPr>
            <w:tcW w:type="dxa" w:w="1440"/>
          </w:tcPr>
          <w:p>
            <w:r>
              <w:t>Not in pack</w:t>
            </w:r>
          </w:p>
        </w:tc>
        <w:tc>
          <w:tcPr>
            <w:tcW w:type="dxa" w:w="1440"/>
          </w:tcPr>
          <w:p>
            <w:r>
              <w:t>Not in pack</w:t>
            </w:r>
          </w:p>
        </w:tc>
      </w:tr>
      <w:tr>
        <w:tc>
          <w:tcPr>
            <w:tcW w:type="dxa" w:w="1440"/>
          </w:tcPr>
          <w:p>
            <w:r>
              <w:t>10-B</w:t>
            </w:r>
          </w:p>
        </w:tc>
        <w:tc>
          <w:tcPr>
            <w:tcW w:type="dxa" w:w="1440"/>
          </w:tcPr>
          <w:p>
            <w:r>
              <w:t>Digital subscription record</w:t>
            </w:r>
          </w:p>
        </w:tc>
        <w:tc>
          <w:tcPr>
            <w:tcW w:type="dxa" w:w="1440"/>
          </w:tcPr>
          <w:p>
            <w:r>
              <w:t>38</w:t>
            </w:r>
          </w:p>
        </w:tc>
        <w:tc>
          <w:tcPr>
            <w:tcW w:type="dxa" w:w="1440"/>
          </w:tcPr>
          <w:p>
            <w:r>
              <w:t>37</w:t>
            </w:r>
          </w:p>
        </w:tc>
        <w:tc>
          <w:tcPr>
            <w:tcW w:type="dxa" w:w="1440"/>
          </w:tcPr>
          <w:p>
            <w:r>
              <w:t>Not in pack</w:t>
            </w:r>
          </w:p>
        </w:tc>
        <w:tc>
          <w:tcPr>
            <w:tcW w:type="dxa" w:w="1440"/>
          </w:tcPr>
          <w:p>
            <w:r>
              <w:t>Not in pack</w:t>
            </w:r>
          </w:p>
        </w:tc>
      </w:tr>
      <w:tr>
        <w:tc>
          <w:tcPr>
            <w:tcW w:type="dxa" w:w="1440"/>
          </w:tcPr>
          <w:p>
            <w:r>
              <w:t>10-C</w:t>
            </w:r>
          </w:p>
        </w:tc>
        <w:tc>
          <w:tcPr>
            <w:tcW w:type="dxa" w:w="1440"/>
          </w:tcPr>
          <w:p>
            <w:r>
              <w:t>Cloud &amp; digital memories</w:t>
            </w:r>
          </w:p>
        </w:tc>
        <w:tc>
          <w:tcPr>
            <w:tcW w:type="dxa" w:w="1440"/>
          </w:tcPr>
          <w:p>
            <w:r>
              <w:t>39</w:t>
            </w:r>
          </w:p>
        </w:tc>
        <w:tc>
          <w:tcPr>
            <w:tcW w:type="dxa" w:w="1440"/>
          </w:tcPr>
          <w:p>
            <w:r>
              <w:t>38</w:t>
            </w:r>
          </w:p>
        </w:tc>
        <w:tc>
          <w:tcPr>
            <w:tcW w:type="dxa" w:w="1440"/>
          </w:tcPr>
          <w:p>
            <w:r>
              <w:t>Not in pack</w:t>
            </w:r>
          </w:p>
        </w:tc>
        <w:tc>
          <w:tcPr>
            <w:tcW w:type="dxa" w:w="1440"/>
          </w:tcPr>
          <w:p>
            <w:r>
              <w:t>Not in pack</w:t>
            </w:r>
          </w:p>
        </w:tc>
      </w:tr>
      <w:tr>
        <w:tc>
          <w:tcPr>
            <w:tcW w:type="dxa" w:w="1440"/>
          </w:tcPr>
          <w:p>
            <w:r>
              <w:t>11-A</w:t>
            </w:r>
          </w:p>
        </w:tc>
        <w:tc>
          <w:tcPr>
            <w:tcW w:type="dxa" w:w="1440"/>
          </w:tcPr>
          <w:p>
            <w:r>
              <w:t>Digital emergency access plan</w:t>
            </w:r>
          </w:p>
        </w:tc>
        <w:tc>
          <w:tcPr>
            <w:tcW w:type="dxa" w:w="1440"/>
          </w:tcPr>
          <w:p>
            <w:r>
              <w:t>40</w:t>
            </w:r>
          </w:p>
        </w:tc>
        <w:tc>
          <w:tcPr>
            <w:tcW w:type="dxa" w:w="1440"/>
          </w:tcPr>
          <w:p>
            <w:r>
              <w:t>39</w:t>
            </w:r>
          </w:p>
        </w:tc>
        <w:tc>
          <w:tcPr>
            <w:tcW w:type="dxa" w:w="1440"/>
          </w:tcPr>
          <w:p>
            <w:r>
              <w:t>16</w:t>
            </w:r>
          </w:p>
        </w:tc>
        <w:tc>
          <w:tcPr>
            <w:tcW w:type="dxa" w:w="1440"/>
          </w:tcPr>
          <w:p>
            <w:r>
              <w:t>15</w:t>
            </w:r>
          </w:p>
        </w:tc>
      </w:tr>
      <w:tr>
        <w:tc>
          <w:tcPr>
            <w:tcW w:type="dxa" w:w="1440"/>
          </w:tcPr>
          <w:p>
            <w:r>
              <w:t>11-B</w:t>
            </w:r>
          </w:p>
        </w:tc>
        <w:tc>
          <w:tcPr>
            <w:tcW w:type="dxa" w:w="1440"/>
          </w:tcPr>
          <w:p>
            <w:r>
              <w:t>Digital account &amp; legacy record</w:t>
            </w:r>
          </w:p>
        </w:tc>
        <w:tc>
          <w:tcPr>
            <w:tcW w:type="dxa" w:w="1440"/>
          </w:tcPr>
          <w:p>
            <w:r>
              <w:t>41</w:t>
            </w:r>
          </w:p>
        </w:tc>
        <w:tc>
          <w:tcPr>
            <w:tcW w:type="dxa" w:w="1440"/>
          </w:tcPr>
          <w:p>
            <w:r>
              <w:t>40</w:t>
            </w:r>
          </w:p>
        </w:tc>
        <w:tc>
          <w:tcPr>
            <w:tcW w:type="dxa" w:w="1440"/>
          </w:tcPr>
          <w:p>
            <w:r>
              <w:t>Not in pack</w:t>
            </w:r>
          </w:p>
        </w:tc>
        <w:tc>
          <w:tcPr>
            <w:tcW w:type="dxa" w:w="1440"/>
          </w:tcPr>
          <w:p>
            <w:r>
              <w:t>Not in pack</w:t>
            </w:r>
          </w:p>
        </w:tc>
      </w:tr>
      <w:tr>
        <w:tc>
          <w:tcPr>
            <w:tcW w:type="dxa" w:w="1440"/>
          </w:tcPr>
          <w:p>
            <w:r>
              <w:t>11-C</w:t>
            </w:r>
          </w:p>
        </w:tc>
        <w:tc>
          <w:tcPr>
            <w:tcW w:type="dxa" w:w="1440"/>
          </w:tcPr>
          <w:p>
            <w:r>
              <w:t>Devices, keys &amp; backups</w:t>
            </w:r>
          </w:p>
        </w:tc>
        <w:tc>
          <w:tcPr>
            <w:tcW w:type="dxa" w:w="1440"/>
          </w:tcPr>
          <w:p>
            <w:r>
              <w:t>42-43</w:t>
            </w:r>
          </w:p>
        </w:tc>
        <w:tc>
          <w:tcPr>
            <w:tcW w:type="dxa" w:w="1440"/>
          </w:tcPr>
          <w:p>
            <w:r>
              <w:t>41-42</w:t>
            </w:r>
          </w:p>
        </w:tc>
        <w:tc>
          <w:tcPr>
            <w:tcW w:type="dxa" w:w="1440"/>
          </w:tcPr>
          <w:p>
            <w:r>
              <w:t>Not in pack</w:t>
            </w:r>
          </w:p>
        </w:tc>
        <w:tc>
          <w:tcPr>
            <w:tcW w:type="dxa" w:w="1440"/>
          </w:tcPr>
          <w:p>
            <w:r>
              <w:t>Not in pack</w:t>
            </w:r>
          </w:p>
        </w:tc>
      </w:tr>
      <w:tr>
        <w:tc>
          <w:tcPr>
            <w:tcW w:type="dxa" w:w="1440"/>
          </w:tcPr>
          <w:p>
            <w:r>
              <w:t>12-A</w:t>
            </w:r>
          </w:p>
        </w:tc>
        <w:tc>
          <w:tcPr>
            <w:tcW w:type="dxa" w:w="1440"/>
          </w:tcPr>
          <w:p>
            <w:r>
              <w:t>Employment &amp; benefits</w:t>
            </w:r>
          </w:p>
        </w:tc>
        <w:tc>
          <w:tcPr>
            <w:tcW w:type="dxa" w:w="1440"/>
          </w:tcPr>
          <w:p>
            <w:r>
              <w:t>44</w:t>
            </w:r>
          </w:p>
        </w:tc>
        <w:tc>
          <w:tcPr>
            <w:tcW w:type="dxa" w:w="1440"/>
          </w:tcPr>
          <w:p>
            <w:r>
              <w:t>43</w:t>
            </w:r>
          </w:p>
        </w:tc>
        <w:tc>
          <w:tcPr>
            <w:tcW w:type="dxa" w:w="1440"/>
          </w:tcPr>
          <w:p>
            <w:r>
              <w:t>Not in pack</w:t>
            </w:r>
          </w:p>
        </w:tc>
        <w:tc>
          <w:tcPr>
            <w:tcW w:type="dxa" w:w="1440"/>
          </w:tcPr>
          <w:p>
            <w:r>
              <w:t>Not in pack</w:t>
            </w:r>
          </w:p>
        </w:tc>
      </w:tr>
      <w:tr>
        <w:tc>
          <w:tcPr>
            <w:tcW w:type="dxa" w:w="1440"/>
          </w:tcPr>
          <w:p>
            <w:r>
              <w:t>13-A</w:t>
            </w:r>
          </w:p>
        </w:tc>
        <w:tc>
          <w:tcPr>
            <w:tcW w:type="dxa" w:w="1440"/>
          </w:tcPr>
          <w:p>
            <w:r>
              <w:t>Home &amp; property record</w:t>
            </w:r>
          </w:p>
        </w:tc>
        <w:tc>
          <w:tcPr>
            <w:tcW w:type="dxa" w:w="1440"/>
          </w:tcPr>
          <w:p>
            <w:r>
              <w:t>45</w:t>
            </w:r>
          </w:p>
        </w:tc>
        <w:tc>
          <w:tcPr>
            <w:tcW w:type="dxa" w:w="1440"/>
          </w:tcPr>
          <w:p>
            <w:r>
              <w:t>44</w:t>
            </w:r>
          </w:p>
        </w:tc>
        <w:tc>
          <w:tcPr>
            <w:tcW w:type="dxa" w:w="1440"/>
          </w:tcPr>
          <w:p>
            <w:r>
              <w:t>Not in pack</w:t>
            </w:r>
          </w:p>
        </w:tc>
        <w:tc>
          <w:tcPr>
            <w:tcW w:type="dxa" w:w="1440"/>
          </w:tcPr>
          <w:p>
            <w:r>
              <w:t>Not in pack</w:t>
            </w:r>
          </w:p>
        </w:tc>
      </w:tr>
      <w:tr>
        <w:tc>
          <w:tcPr>
            <w:tcW w:type="dxa" w:w="1440"/>
          </w:tcPr>
          <w:p>
            <w:r>
              <w:t>14-A</w:t>
            </w:r>
          </w:p>
        </w:tc>
        <w:tc>
          <w:tcPr>
            <w:tcW w:type="dxa" w:w="1440"/>
          </w:tcPr>
          <w:p>
            <w:r>
              <w:t>Vehicle record</w:t>
            </w:r>
          </w:p>
        </w:tc>
        <w:tc>
          <w:tcPr>
            <w:tcW w:type="dxa" w:w="1440"/>
          </w:tcPr>
          <w:p>
            <w:r>
              <w:t>46</w:t>
            </w:r>
          </w:p>
        </w:tc>
        <w:tc>
          <w:tcPr>
            <w:tcW w:type="dxa" w:w="1440"/>
          </w:tcPr>
          <w:p>
            <w:r>
              <w:t>45</w:t>
            </w:r>
          </w:p>
        </w:tc>
        <w:tc>
          <w:tcPr>
            <w:tcW w:type="dxa" w:w="1440"/>
          </w:tcPr>
          <w:p>
            <w:r>
              <w:t>Not in pack</w:t>
            </w:r>
          </w:p>
        </w:tc>
        <w:tc>
          <w:tcPr>
            <w:tcW w:type="dxa" w:w="1440"/>
          </w:tcPr>
          <w:p>
            <w:r>
              <w:t>Not in pack</w:t>
            </w:r>
          </w:p>
        </w:tc>
      </w:tr>
      <w:tr>
        <w:tc>
          <w:tcPr>
            <w:tcW w:type="dxa" w:w="1440"/>
          </w:tcPr>
          <w:p>
            <w:r>
              <w:t>15-A</w:t>
            </w:r>
          </w:p>
        </w:tc>
        <w:tc>
          <w:tcPr>
            <w:tcW w:type="dxa" w:w="1440"/>
          </w:tcPr>
          <w:p>
            <w:r>
              <w:t>Dependent care plan</w:t>
            </w:r>
          </w:p>
        </w:tc>
        <w:tc>
          <w:tcPr>
            <w:tcW w:type="dxa" w:w="1440"/>
          </w:tcPr>
          <w:p>
            <w:r>
              <w:t>47</w:t>
            </w:r>
          </w:p>
        </w:tc>
        <w:tc>
          <w:tcPr>
            <w:tcW w:type="dxa" w:w="1440"/>
          </w:tcPr>
          <w:p>
            <w:r>
              <w:t>46</w:t>
            </w:r>
          </w:p>
        </w:tc>
        <w:tc>
          <w:tcPr>
            <w:tcW w:type="dxa" w:w="1440"/>
          </w:tcPr>
          <w:p>
            <w:r>
              <w:t>Not in pack</w:t>
            </w:r>
          </w:p>
        </w:tc>
        <w:tc>
          <w:tcPr>
            <w:tcW w:type="dxa" w:w="1440"/>
          </w:tcPr>
          <w:p>
            <w:r>
              <w:t>Not in pack</w:t>
            </w:r>
          </w:p>
        </w:tc>
      </w:tr>
      <w:tr>
        <w:tc>
          <w:tcPr>
            <w:tcW w:type="dxa" w:w="1440"/>
          </w:tcPr>
          <w:p>
            <w:r>
              <w:t>15-B</w:t>
            </w:r>
          </w:p>
        </w:tc>
        <w:tc>
          <w:tcPr>
            <w:tcW w:type="dxa" w:w="1440"/>
          </w:tcPr>
          <w:p>
            <w:r>
              <w:t>Pet care plan</w:t>
            </w:r>
          </w:p>
        </w:tc>
        <w:tc>
          <w:tcPr>
            <w:tcW w:type="dxa" w:w="1440"/>
          </w:tcPr>
          <w:p>
            <w:r>
              <w:t>48</w:t>
            </w:r>
          </w:p>
        </w:tc>
        <w:tc>
          <w:tcPr>
            <w:tcW w:type="dxa" w:w="1440"/>
          </w:tcPr>
          <w:p>
            <w:r>
              <w:t>47</w:t>
            </w:r>
          </w:p>
        </w:tc>
        <w:tc>
          <w:tcPr>
            <w:tcW w:type="dxa" w:w="1440"/>
          </w:tcPr>
          <w:p>
            <w:r>
              <w:t>Not in pack</w:t>
            </w:r>
          </w:p>
        </w:tc>
        <w:tc>
          <w:tcPr>
            <w:tcW w:type="dxa" w:w="1440"/>
          </w:tcPr>
          <w:p>
            <w:r>
              <w:t>Not in pack</w:t>
            </w:r>
          </w:p>
        </w:tc>
      </w:tr>
      <w:tr>
        <w:tc>
          <w:tcPr>
            <w:tcW w:type="dxa" w:w="1440"/>
          </w:tcPr>
          <w:p>
            <w:r>
              <w:t>16-A</w:t>
            </w:r>
          </w:p>
        </w:tc>
        <w:tc>
          <w:tcPr>
            <w:tcW w:type="dxa" w:w="1440"/>
          </w:tcPr>
          <w:p>
            <w:r>
              <w:t>Funeral &amp; memorial preferences</w:t>
            </w:r>
          </w:p>
        </w:tc>
        <w:tc>
          <w:tcPr>
            <w:tcW w:type="dxa" w:w="1440"/>
          </w:tcPr>
          <w:p>
            <w:r>
              <w:t>49</w:t>
            </w:r>
          </w:p>
        </w:tc>
        <w:tc>
          <w:tcPr>
            <w:tcW w:type="dxa" w:w="1440"/>
          </w:tcPr>
          <w:p>
            <w:r>
              <w:t>48</w:t>
            </w:r>
          </w:p>
        </w:tc>
        <w:tc>
          <w:tcPr>
            <w:tcW w:type="dxa" w:w="1440"/>
          </w:tcPr>
          <w:p>
            <w:r>
              <w:t>Not in pack</w:t>
            </w:r>
          </w:p>
        </w:tc>
        <w:tc>
          <w:tcPr>
            <w:tcW w:type="dxa" w:w="1440"/>
          </w:tcPr>
          <w:p>
            <w:r>
              <w:t>Not in pack</w:t>
            </w:r>
          </w:p>
        </w:tc>
      </w:tr>
    </w:tbl>
    <w:p>
      <w:r>
        <w:br w:type="page"/>
      </w:r>
    </w:p>
    <w:p>
      <w:pPr>
        <w:pStyle w:val="Heading1"/>
      </w:pPr>
      <w:r>
        <w:t>Worksheet record finder 3/3</w:t>
      </w:r>
    </w:p>
    <w:p>
      <w:r>
        <w:t>Binder PDF edition 0.12 only. Use the column for the file and paper size you downloaded. Page ranges include every page of the record. “Not in pack” refers to the minimum pack.</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Record</w:t>
            </w:r>
          </w:p>
        </w:tc>
        <w:tc>
          <w:tcPr>
            <w:tcW w:type="dxa" w:w="1440"/>
          </w:tcPr>
          <w:p>
            <w:r>
              <w:t>Title</w:t>
            </w:r>
          </w:p>
        </w:tc>
        <w:tc>
          <w:tcPr>
            <w:tcW w:type="dxa" w:w="1440"/>
          </w:tcPr>
          <w:p>
            <w:r>
              <w:t>Full Ltr</w:t>
            </w:r>
          </w:p>
        </w:tc>
        <w:tc>
          <w:tcPr>
            <w:tcW w:type="dxa" w:w="1440"/>
          </w:tcPr>
          <w:p>
            <w:r>
              <w:t>Full A4</w:t>
            </w:r>
          </w:p>
        </w:tc>
        <w:tc>
          <w:tcPr>
            <w:tcW w:type="dxa" w:w="1440"/>
          </w:tcPr>
          <w:p>
            <w:r>
              <w:t>Min Ltr</w:t>
            </w:r>
          </w:p>
        </w:tc>
        <w:tc>
          <w:tcPr>
            <w:tcW w:type="dxa" w:w="1440"/>
          </w:tcPr>
          <w:p>
            <w:r>
              <w:t>Min A4</w:t>
            </w:r>
          </w:p>
        </w:tc>
      </w:tr>
      <w:tr>
        <w:tc>
          <w:tcPr>
            <w:tcW w:type="dxa" w:w="1440"/>
          </w:tcPr>
          <w:p>
            <w:r>
              <w:t>17-A</w:t>
            </w:r>
          </w:p>
        </w:tc>
        <w:tc>
          <w:tcPr>
            <w:tcW w:type="dxa" w:w="1440"/>
          </w:tcPr>
          <w:p>
            <w:r>
              <w:t>Notification plan</w:t>
            </w:r>
          </w:p>
        </w:tc>
        <w:tc>
          <w:tcPr>
            <w:tcW w:type="dxa" w:w="1440"/>
          </w:tcPr>
          <w:p>
            <w:r>
              <w:t>50-51</w:t>
            </w:r>
          </w:p>
        </w:tc>
        <w:tc>
          <w:tcPr>
            <w:tcW w:type="dxa" w:w="1440"/>
          </w:tcPr>
          <w:p>
            <w:r>
              <w:t>49-50</w:t>
            </w:r>
          </w:p>
        </w:tc>
        <w:tc>
          <w:tcPr>
            <w:tcW w:type="dxa" w:w="1440"/>
          </w:tcPr>
          <w:p>
            <w:r>
              <w:t>Not in pack</w:t>
            </w:r>
          </w:p>
        </w:tc>
        <w:tc>
          <w:tcPr>
            <w:tcW w:type="dxa" w:w="1440"/>
          </w:tcPr>
          <w:p>
            <w:r>
              <w:t>Not in pack</w:t>
            </w:r>
          </w:p>
        </w:tc>
      </w:tr>
      <w:tr>
        <w:tc>
          <w:tcPr>
            <w:tcW w:type="dxa" w:w="1440"/>
          </w:tcPr>
          <w:p>
            <w:r>
              <w:t>18-A</w:t>
            </w:r>
          </w:p>
        </w:tc>
        <w:tc>
          <w:tcPr>
            <w:tcW w:type="dxa" w:w="1440"/>
          </w:tcPr>
          <w:p>
            <w:r>
              <w:t>Document &amp; pocket index</w:t>
            </w:r>
          </w:p>
        </w:tc>
        <w:tc>
          <w:tcPr>
            <w:tcW w:type="dxa" w:w="1440"/>
          </w:tcPr>
          <w:p>
            <w:r>
              <w:t>52-54</w:t>
            </w:r>
          </w:p>
        </w:tc>
        <w:tc>
          <w:tcPr>
            <w:tcW w:type="dxa" w:w="1440"/>
          </w:tcPr>
          <w:p>
            <w:r>
              <w:t>51-53</w:t>
            </w:r>
          </w:p>
        </w:tc>
        <w:tc>
          <w:tcPr>
            <w:tcW w:type="dxa" w:w="1440"/>
          </w:tcPr>
          <w:p>
            <w:r>
              <w:t>Not in pack</w:t>
            </w:r>
          </w:p>
        </w:tc>
        <w:tc>
          <w:tcPr>
            <w:tcW w:type="dxa" w:w="1440"/>
          </w:tcPr>
          <w:p>
            <w:r>
              <w:t>Not in pack</w:t>
            </w:r>
          </w:p>
        </w:tc>
      </w:tr>
      <w:tr>
        <w:tc>
          <w:tcPr>
            <w:tcW w:type="dxa" w:w="1440"/>
          </w:tcPr>
          <w:p>
            <w:r>
              <w:t>19-A</w:t>
            </w:r>
          </w:p>
        </w:tc>
        <w:tc>
          <w:tcPr>
            <w:tcW w:type="dxa" w:w="1440"/>
          </w:tcPr>
          <w:p>
            <w:r>
              <w:t>When someone cannot manage affairs</w:t>
            </w:r>
          </w:p>
        </w:tc>
        <w:tc>
          <w:tcPr>
            <w:tcW w:type="dxa" w:w="1440"/>
          </w:tcPr>
          <w:p>
            <w:r>
              <w:t>55</w:t>
            </w:r>
          </w:p>
        </w:tc>
        <w:tc>
          <w:tcPr>
            <w:tcW w:type="dxa" w:w="1440"/>
          </w:tcPr>
          <w:p>
            <w:r>
              <w:t>54</w:t>
            </w:r>
          </w:p>
        </w:tc>
        <w:tc>
          <w:tcPr>
            <w:tcW w:type="dxa" w:w="1440"/>
          </w:tcPr>
          <w:p>
            <w:r>
              <w:t>Not in pack</w:t>
            </w:r>
          </w:p>
        </w:tc>
        <w:tc>
          <w:tcPr>
            <w:tcW w:type="dxa" w:w="1440"/>
          </w:tcPr>
          <w:p>
            <w:r>
              <w:t>Not in pack</w:t>
            </w:r>
          </w:p>
        </w:tc>
      </w:tr>
      <w:tr>
        <w:tc>
          <w:tcPr>
            <w:tcW w:type="dxa" w:w="1440"/>
          </w:tcPr>
          <w:p>
            <w:r>
              <w:t>19-B</w:t>
            </w:r>
          </w:p>
        </w:tc>
        <w:tc>
          <w:tcPr>
            <w:tcW w:type="dxa" w:w="1440"/>
          </w:tcPr>
          <w:p>
            <w:r>
              <w:t>After a death: first priorities</w:t>
            </w:r>
          </w:p>
        </w:tc>
        <w:tc>
          <w:tcPr>
            <w:tcW w:type="dxa" w:w="1440"/>
          </w:tcPr>
          <w:p>
            <w:r>
              <w:t>56</w:t>
            </w:r>
          </w:p>
        </w:tc>
        <w:tc>
          <w:tcPr>
            <w:tcW w:type="dxa" w:w="1440"/>
          </w:tcPr>
          <w:p>
            <w:r>
              <w:t>55</w:t>
            </w:r>
          </w:p>
        </w:tc>
        <w:tc>
          <w:tcPr>
            <w:tcW w:type="dxa" w:w="1440"/>
          </w:tcPr>
          <w:p>
            <w:r>
              <w:t>Not in pack</w:t>
            </w:r>
          </w:p>
        </w:tc>
        <w:tc>
          <w:tcPr>
            <w:tcW w:type="dxa" w:w="1440"/>
          </w:tcPr>
          <w:p>
            <w:r>
              <w:t>Not in pack</w:t>
            </w:r>
          </w:p>
        </w:tc>
      </w:tr>
      <w:tr>
        <w:tc>
          <w:tcPr>
            <w:tcW w:type="dxa" w:w="1440"/>
          </w:tcPr>
          <w:p>
            <w:r>
              <w:t>19-C</w:t>
            </w:r>
          </w:p>
        </w:tc>
        <w:tc>
          <w:tcPr>
            <w:tcW w:type="dxa" w:w="1440"/>
          </w:tcPr>
          <w:p>
            <w:r>
              <w:t>After a death: administration</w:t>
            </w:r>
          </w:p>
        </w:tc>
        <w:tc>
          <w:tcPr>
            <w:tcW w:type="dxa" w:w="1440"/>
          </w:tcPr>
          <w:p>
            <w:r>
              <w:t>57-58</w:t>
            </w:r>
          </w:p>
        </w:tc>
        <w:tc>
          <w:tcPr>
            <w:tcW w:type="dxa" w:w="1440"/>
          </w:tcPr>
          <w:p>
            <w:r>
              <w:t>56</w:t>
            </w:r>
          </w:p>
        </w:tc>
        <w:tc>
          <w:tcPr>
            <w:tcW w:type="dxa" w:w="1440"/>
          </w:tcPr>
          <w:p>
            <w:r>
              <w:t>Not in pack</w:t>
            </w:r>
          </w:p>
        </w:tc>
        <w:tc>
          <w:tcPr>
            <w:tcW w:type="dxa" w:w="1440"/>
          </w:tcPr>
          <w:p>
            <w:r>
              <w:t>Not in pack</w:t>
            </w:r>
          </w:p>
        </w:tc>
      </w:tr>
      <w:tr>
        <w:tc>
          <w:tcPr>
            <w:tcW w:type="dxa" w:w="1440"/>
          </w:tcPr>
          <w:p>
            <w:r>
              <w:t>19-D</w:t>
            </w:r>
          </w:p>
        </w:tc>
        <w:tc>
          <w:tcPr>
            <w:tcW w:type="dxa" w:w="1440"/>
          </w:tcPr>
          <w:p>
            <w:r>
              <w:t>Contact &amp; action log</w:t>
            </w:r>
          </w:p>
        </w:tc>
        <w:tc>
          <w:tcPr>
            <w:tcW w:type="dxa" w:w="1440"/>
          </w:tcPr>
          <w:p>
            <w:r>
              <w:t>59-61</w:t>
            </w:r>
          </w:p>
        </w:tc>
        <w:tc>
          <w:tcPr>
            <w:tcW w:type="dxa" w:w="1440"/>
          </w:tcPr>
          <w:p>
            <w:r>
              <w:t>57-58</w:t>
            </w:r>
          </w:p>
        </w:tc>
        <w:tc>
          <w:tcPr>
            <w:tcW w:type="dxa" w:w="1440"/>
          </w:tcPr>
          <w:p>
            <w:r>
              <w:t>Not in pack</w:t>
            </w:r>
          </w:p>
        </w:tc>
        <w:tc>
          <w:tcPr>
            <w:tcW w:type="dxa" w:w="1440"/>
          </w:tcPr>
          <w:p>
            <w:r>
              <w:t>Not in pack</w:t>
            </w:r>
          </w:p>
        </w:tc>
      </w:tr>
      <w:tr>
        <w:tc>
          <w:tcPr>
            <w:tcW w:type="dxa" w:w="1440"/>
          </w:tcPr>
          <w:p>
            <w:r>
              <w:t>19-E</w:t>
            </w:r>
          </w:p>
        </w:tc>
        <w:tc>
          <w:tcPr>
            <w:tcW w:type="dxa" w:w="1440"/>
          </w:tcPr>
          <w:p>
            <w:r>
              <w:t>Payment &amp; expense log</w:t>
            </w:r>
          </w:p>
        </w:tc>
        <w:tc>
          <w:tcPr>
            <w:tcW w:type="dxa" w:w="1440"/>
          </w:tcPr>
          <w:p>
            <w:r>
              <w:t>62-64</w:t>
            </w:r>
          </w:p>
        </w:tc>
        <w:tc>
          <w:tcPr>
            <w:tcW w:type="dxa" w:w="1440"/>
          </w:tcPr>
          <w:p>
            <w:r>
              <w:t>59-60</w:t>
            </w:r>
          </w:p>
        </w:tc>
        <w:tc>
          <w:tcPr>
            <w:tcW w:type="dxa" w:w="1440"/>
          </w:tcPr>
          <w:p>
            <w:r>
              <w:t>Not in pack</w:t>
            </w:r>
          </w:p>
        </w:tc>
        <w:tc>
          <w:tcPr>
            <w:tcW w:type="dxa" w:w="1440"/>
          </w:tcPr>
          <w:p>
            <w:r>
              <w:t>Not in pack</w:t>
            </w:r>
          </w:p>
        </w:tc>
      </w:tr>
      <w:tr>
        <w:tc>
          <w:tcPr>
            <w:tcW w:type="dxa" w:w="1440"/>
          </w:tcPr>
          <w:p>
            <w:r>
              <w:t>20-A</w:t>
            </w:r>
          </w:p>
        </w:tc>
        <w:tc>
          <w:tcPr>
            <w:tcW w:type="dxa" w:w="1440"/>
          </w:tcPr>
          <w:p>
            <w:r>
              <w:t>Personal messages &amp; wishes</w:t>
            </w:r>
          </w:p>
        </w:tc>
        <w:tc>
          <w:tcPr>
            <w:tcW w:type="dxa" w:w="1440"/>
          </w:tcPr>
          <w:p>
            <w:r>
              <w:t>65</w:t>
            </w:r>
          </w:p>
        </w:tc>
        <w:tc>
          <w:tcPr>
            <w:tcW w:type="dxa" w:w="1440"/>
          </w:tcPr>
          <w:p>
            <w:r>
              <w:t>61</w:t>
            </w:r>
          </w:p>
        </w:tc>
        <w:tc>
          <w:tcPr>
            <w:tcW w:type="dxa" w:w="1440"/>
          </w:tcPr>
          <w:p>
            <w:r>
              <w:t>Not in pack</w:t>
            </w:r>
          </w:p>
        </w:tc>
        <w:tc>
          <w:tcPr>
            <w:tcW w:type="dxa" w:w="1440"/>
          </w:tcPr>
          <w:p>
            <w:r>
              <w:t>Not in pack</w:t>
            </w:r>
          </w:p>
        </w:tc>
      </w:tr>
      <w:tr>
        <w:tc>
          <w:tcPr>
            <w:tcW w:type="dxa" w:w="1440"/>
          </w:tcPr>
          <w:p>
            <w:r>
              <w:t>21-A</w:t>
            </w:r>
          </w:p>
        </w:tc>
        <w:tc>
          <w:tcPr>
            <w:tcW w:type="dxa" w:w="1440"/>
          </w:tcPr>
          <w:p>
            <w:r>
              <w:t>Handoff test &amp; review</w:t>
            </w:r>
          </w:p>
        </w:tc>
        <w:tc>
          <w:tcPr>
            <w:tcW w:type="dxa" w:w="1440"/>
          </w:tcPr>
          <w:p>
            <w:r>
              <w:t>66</w:t>
            </w:r>
          </w:p>
        </w:tc>
        <w:tc>
          <w:tcPr>
            <w:tcW w:type="dxa" w:w="1440"/>
          </w:tcPr>
          <w:p>
            <w:r>
              <w:t>62</w:t>
            </w:r>
          </w:p>
        </w:tc>
        <w:tc>
          <w:tcPr>
            <w:tcW w:type="dxa" w:w="1440"/>
          </w:tcPr>
          <w:p>
            <w:r>
              <w:t>Not in pack</w:t>
            </w:r>
          </w:p>
        </w:tc>
        <w:tc>
          <w:tcPr>
            <w:tcW w:type="dxa" w:w="1440"/>
          </w:tcPr>
          <w:p>
            <w:r>
              <w:t>Not in pack</w:t>
            </w:r>
          </w:p>
        </w:tc>
      </w:tr>
      <w:tr>
        <w:tc>
          <w:tcPr>
            <w:tcW w:type="dxa" w:w="1440"/>
          </w:tcPr>
          <w:p>
            <w:r>
              <w:t>21-B</w:t>
            </w:r>
          </w:p>
        </w:tc>
        <w:tc>
          <w:tcPr>
            <w:tcW w:type="dxa" w:w="1440"/>
          </w:tcPr>
          <w:p>
            <w:r>
              <w:t>Updates &amp; open items</w:t>
            </w:r>
          </w:p>
        </w:tc>
        <w:tc>
          <w:tcPr>
            <w:tcW w:type="dxa" w:w="1440"/>
          </w:tcPr>
          <w:p>
            <w:r>
              <w:t>67-69</w:t>
            </w:r>
          </w:p>
        </w:tc>
        <w:tc>
          <w:tcPr>
            <w:tcW w:type="dxa" w:w="1440"/>
          </w:tcPr>
          <w:p>
            <w:r>
              <w:t>63-64</w:t>
            </w:r>
          </w:p>
        </w:tc>
        <w:tc>
          <w:tcPr>
            <w:tcW w:type="dxa" w:w="1440"/>
          </w:tcPr>
          <w:p>
            <w:r>
              <w:t>Not in pack</w:t>
            </w:r>
          </w:p>
        </w:tc>
        <w:tc>
          <w:tcPr>
            <w:tcW w:type="dxa" w:w="1440"/>
          </w:tcPr>
          <w:p>
            <w:r>
              <w:t>Not in pack</w:t>
            </w:r>
          </w:p>
        </w:tc>
      </w:tr>
      <w:tr>
        <w:tc>
          <w:tcPr>
            <w:tcW w:type="dxa" w:w="1440"/>
          </w:tcPr>
          <w:p>
            <w:r>
              <w:t>22-A</w:t>
            </w:r>
          </w:p>
        </w:tc>
        <w:tc>
          <w:tcPr>
            <w:tcW w:type="dxa" w:w="1440"/>
          </w:tcPr>
          <w:p>
            <w:r>
              <w:t>Business continuity - optional</w:t>
            </w:r>
          </w:p>
        </w:tc>
        <w:tc>
          <w:tcPr>
            <w:tcW w:type="dxa" w:w="1440"/>
          </w:tcPr>
          <w:p>
            <w:r>
              <w:t>70</w:t>
            </w:r>
          </w:p>
        </w:tc>
        <w:tc>
          <w:tcPr>
            <w:tcW w:type="dxa" w:w="1440"/>
          </w:tcPr>
          <w:p>
            <w:r>
              <w:t>65</w:t>
            </w:r>
          </w:p>
        </w:tc>
        <w:tc>
          <w:tcPr>
            <w:tcW w:type="dxa" w:w="1440"/>
          </w:tcPr>
          <w:p>
            <w:r>
              <w:t>Not in pack</w:t>
            </w:r>
          </w:p>
        </w:tc>
        <w:tc>
          <w:tcPr>
            <w:tcW w:type="dxa" w:w="1440"/>
          </w:tcPr>
          <w:p>
            <w:r>
              <w:t>Not in pack</w:t>
            </w:r>
          </w:p>
        </w:tc>
      </w:tr>
      <w:tr>
        <w:tc>
          <w:tcPr>
            <w:tcW w:type="dxa" w:w="1440"/>
          </w:tcPr>
          <w:p>
            <w:r>
              <w:t>22-B</w:t>
            </w:r>
          </w:p>
        </w:tc>
        <w:tc>
          <w:tcPr>
            <w:tcW w:type="dxa" w:w="1440"/>
          </w:tcPr>
          <w:p>
            <w:r>
              <w:t>Special assets - optional</w:t>
            </w:r>
          </w:p>
        </w:tc>
        <w:tc>
          <w:tcPr>
            <w:tcW w:type="dxa" w:w="1440"/>
          </w:tcPr>
          <w:p>
            <w:r>
              <w:t>71</w:t>
            </w:r>
          </w:p>
        </w:tc>
        <w:tc>
          <w:tcPr>
            <w:tcW w:type="dxa" w:w="1440"/>
          </w:tcPr>
          <w:p>
            <w:r>
              <w:t>66</w:t>
            </w:r>
          </w:p>
        </w:tc>
        <w:tc>
          <w:tcPr>
            <w:tcW w:type="dxa" w:w="1440"/>
          </w:tcPr>
          <w:p>
            <w:r>
              <w:t>Not in pack</w:t>
            </w:r>
          </w:p>
        </w:tc>
        <w:tc>
          <w:tcPr>
            <w:tcW w:type="dxa" w:w="1440"/>
          </w:tcPr>
          <w:p>
            <w:r>
              <w:t>Not in pack</w:t>
            </w:r>
          </w:p>
        </w:tc>
      </w:tr>
      <w:tr>
        <w:tc>
          <w:tcPr>
            <w:tcW w:type="dxa" w:w="1440"/>
          </w:tcPr>
          <w:p>
            <w:r>
              <w:t>X-A</w:t>
            </w:r>
          </w:p>
        </w:tc>
        <w:tc>
          <w:tcPr>
            <w:tcW w:type="dxa" w:w="1440"/>
          </w:tcPr>
          <w:p>
            <w:r>
              <w:t>Continuation / custom record</w:t>
            </w:r>
          </w:p>
        </w:tc>
        <w:tc>
          <w:tcPr>
            <w:tcW w:type="dxa" w:w="1440"/>
          </w:tcPr>
          <w:p>
            <w:r>
              <w:t>72</w:t>
            </w:r>
          </w:p>
        </w:tc>
        <w:tc>
          <w:tcPr>
            <w:tcW w:type="dxa" w:w="1440"/>
          </w:tcPr>
          <w:p>
            <w:r>
              <w:t>67</w:t>
            </w:r>
          </w:p>
        </w:tc>
        <w:tc>
          <w:tcPr>
            <w:tcW w:type="dxa" w:w="1440"/>
          </w:tcPr>
          <w:p>
            <w:r>
              <w:t>17</w:t>
            </w:r>
          </w:p>
        </w:tc>
        <w:tc>
          <w:tcPr>
            <w:tcW w:type="dxa" w:w="1440"/>
          </w:tcPr>
          <w:p>
            <w:r>
              <w:t>16</w:t>
            </w:r>
          </w:p>
        </w:tc>
      </w:tr>
      <w:tr>
        <w:tc>
          <w:tcPr>
            <w:tcW w:type="dxa" w:w="1440"/>
          </w:tcPr>
          <w:p>
            <w:r>
              <w:t>X-B</w:t>
            </w:r>
          </w:p>
        </w:tc>
        <w:tc>
          <w:tcPr>
            <w:tcW w:type="dxa" w:w="1440"/>
          </w:tcPr>
          <w:p>
            <w:r>
              <w:t>Sources &amp; scope</w:t>
            </w:r>
          </w:p>
        </w:tc>
        <w:tc>
          <w:tcPr>
            <w:tcW w:type="dxa" w:w="1440"/>
          </w:tcPr>
          <w:p>
            <w:r>
              <w:t>73</w:t>
            </w:r>
          </w:p>
        </w:tc>
        <w:tc>
          <w:tcPr>
            <w:tcW w:type="dxa" w:w="1440"/>
          </w:tcPr>
          <w:p>
            <w:r>
              <w:t>68</w:t>
            </w:r>
          </w:p>
        </w:tc>
        <w:tc>
          <w:tcPr>
            <w:tcW w:type="dxa" w:w="1440"/>
          </w:tcPr>
          <w:p>
            <w:r>
              <w:t>18</w:t>
            </w:r>
          </w:p>
        </w:tc>
        <w:tc>
          <w:tcPr>
            <w:tcW w:type="dxa" w:w="1440"/>
          </w:tcPr>
          <w:p>
            <w:r>
              <w:t>17</w:t>
            </w:r>
          </w:p>
        </w:tc>
      </w:tr>
    </w:tbl>
    <w:p>
      <w:r>
        <w:br w:type="page"/>
      </w:r>
    </w:p>
    <w:p>
      <w:pPr>
        <w:pStyle w:val="Heading1"/>
      </w:pPr>
      <w:r>
        <w:t>Pocket-cover record finder</w:t>
      </w:r>
    </w:p>
    <w:p>
      <w:r>
        <w:t>Complete Binder edition 0.12 only. Pocket covers are not included in the minimum pack. These page numbers locate printable covers, not supplied hardware or original documents.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Record</w:t>
            </w:r>
          </w:p>
        </w:tc>
        <w:tc>
          <w:tcPr>
            <w:tcW w:type="dxa" w:w="1440"/>
          </w:tcPr>
          <w:p>
            <w:r>
              <w:t>Title</w:t>
            </w:r>
          </w:p>
        </w:tc>
        <w:tc>
          <w:tcPr>
            <w:tcW w:type="dxa" w:w="1440"/>
          </w:tcPr>
          <w:p>
            <w:r>
              <w:t>Full Ltr</w:t>
            </w:r>
          </w:p>
        </w:tc>
        <w:tc>
          <w:tcPr>
            <w:tcW w:type="dxa" w:w="1440"/>
          </w:tcPr>
          <w:p>
            <w:r>
              <w:t>Full A4</w:t>
            </w:r>
          </w:p>
        </w:tc>
        <w:tc>
          <w:tcPr>
            <w:tcW w:type="dxa" w:w="1440"/>
          </w:tcPr>
          <w:p>
            <w:r>
              <w:t>Min Ltr</w:t>
            </w:r>
          </w:p>
        </w:tc>
        <w:tc>
          <w:tcPr>
            <w:tcW w:type="dxa" w:w="1440"/>
          </w:tcPr>
          <w:p>
            <w:r>
              <w:t>Min A4</w:t>
            </w:r>
          </w:p>
        </w:tc>
      </w:tr>
      <w:tr>
        <w:tc>
          <w:tcPr>
            <w:tcW w:type="dxa" w:w="1440"/>
          </w:tcPr>
          <w:p>
            <w:r>
              <w:t>03-HOME</w:t>
            </w:r>
          </w:p>
        </w:tc>
        <w:tc>
          <w:tcPr>
            <w:tcW w:type="dxa" w:w="1440"/>
          </w:tcPr>
          <w:p>
            <w:r>
              <w:t>Home &amp; safety | copies</w:t>
            </w:r>
          </w:p>
        </w:tc>
        <w:tc>
          <w:tcPr>
            <w:tcW w:type="dxa" w:w="1440"/>
          </w:tcPr>
          <w:p>
            <w:r>
              <w:t>74-75</w:t>
            </w:r>
          </w:p>
        </w:tc>
        <w:tc>
          <w:tcPr>
            <w:tcW w:type="dxa" w:w="1440"/>
          </w:tcPr>
          <w:p>
            <w:r>
              <w:t>69-70</w:t>
            </w:r>
          </w:p>
        </w:tc>
        <w:tc>
          <w:tcPr>
            <w:tcW w:type="dxa" w:w="1440"/>
          </w:tcPr>
          <w:p>
            <w:r>
              <w:t>Not in pack</w:t>
            </w:r>
          </w:p>
        </w:tc>
        <w:tc>
          <w:tcPr>
            <w:tcW w:type="dxa" w:w="1440"/>
          </w:tcPr>
          <w:p>
            <w:r>
              <w:t>Not in pack</w:t>
            </w:r>
          </w:p>
        </w:tc>
      </w:tr>
      <w:tr>
        <w:tc>
          <w:tcPr>
            <w:tcW w:type="dxa" w:w="1440"/>
          </w:tcPr>
          <w:p>
            <w:r>
              <w:t>06-CARE</w:t>
            </w:r>
          </w:p>
        </w:tc>
        <w:tc>
          <w:tcPr>
            <w:tcW w:type="dxa" w:w="1440"/>
          </w:tcPr>
          <w:p>
            <w:r>
              <w:t>Health &amp; care | copies</w:t>
            </w:r>
          </w:p>
        </w:tc>
        <w:tc>
          <w:tcPr>
            <w:tcW w:type="dxa" w:w="1440"/>
          </w:tcPr>
          <w:p>
            <w:r>
              <w:t>76-77</w:t>
            </w:r>
          </w:p>
        </w:tc>
        <w:tc>
          <w:tcPr>
            <w:tcW w:type="dxa" w:w="1440"/>
          </w:tcPr>
          <w:p>
            <w:r>
              <w:t>71-72</w:t>
            </w:r>
          </w:p>
        </w:tc>
        <w:tc>
          <w:tcPr>
            <w:tcW w:type="dxa" w:w="1440"/>
          </w:tcPr>
          <w:p>
            <w:r>
              <w:t>Not in pack</w:t>
            </w:r>
          </w:p>
        </w:tc>
        <w:tc>
          <w:tcPr>
            <w:tcW w:type="dxa" w:w="1440"/>
          </w:tcPr>
          <w:p>
            <w:r>
              <w:t>Not in pack</w:t>
            </w:r>
          </w:p>
        </w:tc>
      </w:tr>
      <w:tr>
        <w:tc>
          <w:tcPr>
            <w:tcW w:type="dxa" w:w="1440"/>
          </w:tcPr>
          <w:p>
            <w:r>
              <w:t>07-LEGAL</w:t>
            </w:r>
          </w:p>
        </w:tc>
        <w:tc>
          <w:tcPr>
            <w:tcW w:type="dxa" w:w="1440"/>
          </w:tcPr>
          <w:p>
            <w:r>
              <w:t>Legal documents | copies</w:t>
            </w:r>
          </w:p>
        </w:tc>
        <w:tc>
          <w:tcPr>
            <w:tcW w:type="dxa" w:w="1440"/>
          </w:tcPr>
          <w:p>
            <w:r>
              <w:t>78-79</w:t>
            </w:r>
          </w:p>
        </w:tc>
        <w:tc>
          <w:tcPr>
            <w:tcW w:type="dxa" w:w="1440"/>
          </w:tcPr>
          <w:p>
            <w:r>
              <w:t>73-74</w:t>
            </w:r>
          </w:p>
        </w:tc>
        <w:tc>
          <w:tcPr>
            <w:tcW w:type="dxa" w:w="1440"/>
          </w:tcPr>
          <w:p>
            <w:r>
              <w:t>Not in pack</w:t>
            </w:r>
          </w:p>
        </w:tc>
        <w:tc>
          <w:tcPr>
            <w:tcW w:type="dxa" w:w="1440"/>
          </w:tcPr>
          <w:p>
            <w:r>
              <w:t>Not in pack</w:t>
            </w:r>
          </w:p>
        </w:tc>
      </w:tr>
      <w:tr>
        <w:tc>
          <w:tcPr>
            <w:tcW w:type="dxa" w:w="1440"/>
          </w:tcPr>
          <w:p>
            <w:r>
              <w:t>07-ID</w:t>
            </w:r>
          </w:p>
        </w:tc>
        <w:tc>
          <w:tcPr>
            <w:tcW w:type="dxa" w:w="1440"/>
          </w:tcPr>
          <w:p>
            <w:r>
              <w:t>Identity records - restricted locator | copies</w:t>
            </w:r>
          </w:p>
        </w:tc>
        <w:tc>
          <w:tcPr>
            <w:tcW w:type="dxa" w:w="1440"/>
          </w:tcPr>
          <w:p>
            <w:r>
              <w:t>80-81</w:t>
            </w:r>
          </w:p>
        </w:tc>
        <w:tc>
          <w:tcPr>
            <w:tcW w:type="dxa" w:w="1440"/>
          </w:tcPr>
          <w:p>
            <w:r>
              <w:t>75-76</w:t>
            </w:r>
          </w:p>
        </w:tc>
        <w:tc>
          <w:tcPr>
            <w:tcW w:type="dxa" w:w="1440"/>
          </w:tcPr>
          <w:p>
            <w:r>
              <w:t>Not in pack</w:t>
            </w:r>
          </w:p>
        </w:tc>
        <w:tc>
          <w:tcPr>
            <w:tcW w:type="dxa" w:w="1440"/>
          </w:tcPr>
          <w:p>
            <w:r>
              <w:t>Not in pack</w:t>
            </w:r>
          </w:p>
        </w:tc>
      </w:tr>
      <w:tr>
        <w:tc>
          <w:tcPr>
            <w:tcW w:type="dxa" w:w="1440"/>
          </w:tcPr>
          <w:p>
            <w:r>
              <w:t>08-FIN</w:t>
            </w:r>
          </w:p>
        </w:tc>
        <w:tc>
          <w:tcPr>
            <w:tcW w:type="dxa" w:w="1440"/>
          </w:tcPr>
          <w:p>
            <w:r>
              <w:t>Financial accounts | copies</w:t>
            </w:r>
          </w:p>
        </w:tc>
        <w:tc>
          <w:tcPr>
            <w:tcW w:type="dxa" w:w="1440"/>
          </w:tcPr>
          <w:p>
            <w:r>
              <w:t>82-83</w:t>
            </w:r>
          </w:p>
        </w:tc>
        <w:tc>
          <w:tcPr>
            <w:tcW w:type="dxa" w:w="1440"/>
          </w:tcPr>
          <w:p>
            <w:r>
              <w:t>77-78</w:t>
            </w:r>
          </w:p>
        </w:tc>
        <w:tc>
          <w:tcPr>
            <w:tcW w:type="dxa" w:w="1440"/>
          </w:tcPr>
          <w:p>
            <w:r>
              <w:t>Not in pack</w:t>
            </w:r>
          </w:p>
        </w:tc>
        <w:tc>
          <w:tcPr>
            <w:tcW w:type="dxa" w:w="1440"/>
          </w:tcPr>
          <w:p>
            <w:r>
              <w:t>Not in pack</w:t>
            </w:r>
          </w:p>
        </w:tc>
      </w:tr>
      <w:tr>
        <w:tc>
          <w:tcPr>
            <w:tcW w:type="dxa" w:w="1440"/>
          </w:tcPr>
          <w:p>
            <w:r>
              <w:t>08-INS</w:t>
            </w:r>
          </w:p>
        </w:tc>
        <w:tc>
          <w:tcPr>
            <w:tcW w:type="dxa" w:w="1440"/>
          </w:tcPr>
          <w:p>
            <w:r>
              <w:t>Insurance &amp; survivor benefits | copies</w:t>
            </w:r>
          </w:p>
        </w:tc>
        <w:tc>
          <w:tcPr>
            <w:tcW w:type="dxa" w:w="1440"/>
          </w:tcPr>
          <w:p>
            <w:r>
              <w:t>84-85</w:t>
            </w:r>
          </w:p>
        </w:tc>
        <w:tc>
          <w:tcPr>
            <w:tcW w:type="dxa" w:w="1440"/>
          </w:tcPr>
          <w:p>
            <w:r>
              <w:t>79-80</w:t>
            </w:r>
          </w:p>
        </w:tc>
        <w:tc>
          <w:tcPr>
            <w:tcW w:type="dxa" w:w="1440"/>
          </w:tcPr>
          <w:p>
            <w:r>
              <w:t>Not in pack</w:t>
            </w:r>
          </w:p>
        </w:tc>
        <w:tc>
          <w:tcPr>
            <w:tcW w:type="dxa" w:w="1440"/>
          </w:tcPr>
          <w:p>
            <w:r>
              <w:t>Not in pack</w:t>
            </w:r>
          </w:p>
        </w:tc>
      </w:tr>
      <w:tr>
        <w:tc>
          <w:tcPr>
            <w:tcW w:type="dxa" w:w="1440"/>
          </w:tcPr>
          <w:p>
            <w:r>
              <w:t>08-DEBT</w:t>
            </w:r>
          </w:p>
        </w:tc>
        <w:tc>
          <w:tcPr>
            <w:tcW w:type="dxa" w:w="1440"/>
          </w:tcPr>
          <w:p>
            <w:r>
              <w:t>Debt &amp; tax records | copies</w:t>
            </w:r>
          </w:p>
        </w:tc>
        <w:tc>
          <w:tcPr>
            <w:tcW w:type="dxa" w:w="1440"/>
          </w:tcPr>
          <w:p>
            <w:r>
              <w:t>86-87</w:t>
            </w:r>
          </w:p>
        </w:tc>
        <w:tc>
          <w:tcPr>
            <w:tcW w:type="dxa" w:w="1440"/>
          </w:tcPr>
          <w:p>
            <w:r>
              <w:t>81-82</w:t>
            </w:r>
          </w:p>
        </w:tc>
        <w:tc>
          <w:tcPr>
            <w:tcW w:type="dxa" w:w="1440"/>
          </w:tcPr>
          <w:p>
            <w:r>
              <w:t>Not in pack</w:t>
            </w:r>
          </w:p>
        </w:tc>
        <w:tc>
          <w:tcPr>
            <w:tcW w:type="dxa" w:w="1440"/>
          </w:tcPr>
          <w:p>
            <w:r>
              <w:t>Not in pack</w:t>
            </w:r>
          </w:p>
        </w:tc>
      </w:tr>
      <w:tr>
        <w:tc>
          <w:tcPr>
            <w:tcW w:type="dxa" w:w="1440"/>
          </w:tcPr>
          <w:p>
            <w:r>
              <w:t>09-BILLS</w:t>
            </w:r>
          </w:p>
        </w:tc>
        <w:tc>
          <w:tcPr>
            <w:tcW w:type="dxa" w:w="1440"/>
          </w:tcPr>
          <w:p>
            <w:r>
              <w:t>Household bills | copies</w:t>
            </w:r>
          </w:p>
        </w:tc>
        <w:tc>
          <w:tcPr>
            <w:tcW w:type="dxa" w:w="1440"/>
          </w:tcPr>
          <w:p>
            <w:r>
              <w:t>88-89</w:t>
            </w:r>
          </w:p>
        </w:tc>
        <w:tc>
          <w:tcPr>
            <w:tcW w:type="dxa" w:w="1440"/>
          </w:tcPr>
          <w:p>
            <w:r>
              <w:t>83-84</w:t>
            </w:r>
          </w:p>
        </w:tc>
        <w:tc>
          <w:tcPr>
            <w:tcW w:type="dxa" w:w="1440"/>
          </w:tcPr>
          <w:p>
            <w:r>
              <w:t>Not in pack</w:t>
            </w:r>
          </w:p>
        </w:tc>
        <w:tc>
          <w:tcPr>
            <w:tcW w:type="dxa" w:w="1440"/>
          </w:tcPr>
          <w:p>
            <w:r>
              <w:t>Not in pack</w:t>
            </w:r>
          </w:p>
        </w:tc>
      </w:tr>
      <w:tr>
        <w:tc>
          <w:tcPr>
            <w:tcW w:type="dxa" w:w="1440"/>
          </w:tcPr>
          <w:p>
            <w:r>
              <w:t>10-DIGITAL</w:t>
            </w:r>
          </w:p>
        </w:tc>
        <w:tc>
          <w:tcPr>
            <w:tcW w:type="dxa" w:w="1440"/>
          </w:tcPr>
          <w:p>
            <w:r>
              <w:t>Digital subscriptions &amp; cloud | copies</w:t>
            </w:r>
          </w:p>
        </w:tc>
        <w:tc>
          <w:tcPr>
            <w:tcW w:type="dxa" w:w="1440"/>
          </w:tcPr>
          <w:p>
            <w:r>
              <w:t>90-91</w:t>
            </w:r>
          </w:p>
        </w:tc>
        <w:tc>
          <w:tcPr>
            <w:tcW w:type="dxa" w:w="1440"/>
          </w:tcPr>
          <w:p>
            <w:r>
              <w:t>85-86</w:t>
            </w:r>
          </w:p>
        </w:tc>
        <w:tc>
          <w:tcPr>
            <w:tcW w:type="dxa" w:w="1440"/>
          </w:tcPr>
          <w:p>
            <w:r>
              <w:t>Not in pack</w:t>
            </w:r>
          </w:p>
        </w:tc>
        <w:tc>
          <w:tcPr>
            <w:tcW w:type="dxa" w:w="1440"/>
          </w:tcPr>
          <w:p>
            <w:r>
              <w:t>Not in pack</w:t>
            </w:r>
          </w:p>
        </w:tc>
      </w:tr>
      <w:tr>
        <w:tc>
          <w:tcPr>
            <w:tcW w:type="dxa" w:w="1440"/>
          </w:tcPr>
          <w:p>
            <w:r>
              <w:t>11-ACCESS</w:t>
            </w:r>
          </w:p>
        </w:tc>
        <w:tc>
          <w:tcPr>
            <w:tcW w:type="dxa" w:w="1440"/>
          </w:tcPr>
          <w:p>
            <w:r>
              <w:t>Digital access - non-secret instructions | copies</w:t>
            </w:r>
          </w:p>
        </w:tc>
        <w:tc>
          <w:tcPr>
            <w:tcW w:type="dxa" w:w="1440"/>
          </w:tcPr>
          <w:p>
            <w:r>
              <w:t>92-93</w:t>
            </w:r>
          </w:p>
        </w:tc>
        <w:tc>
          <w:tcPr>
            <w:tcW w:type="dxa" w:w="1440"/>
          </w:tcPr>
          <w:p>
            <w:r>
              <w:t>87-88</w:t>
            </w:r>
          </w:p>
        </w:tc>
        <w:tc>
          <w:tcPr>
            <w:tcW w:type="dxa" w:w="1440"/>
          </w:tcPr>
          <w:p>
            <w:r>
              <w:t>Not in pack</w:t>
            </w:r>
          </w:p>
        </w:tc>
        <w:tc>
          <w:tcPr>
            <w:tcW w:type="dxa" w:w="1440"/>
          </w:tcPr>
          <w:p>
            <w:r>
              <w:t>Not in pack</w:t>
            </w:r>
          </w:p>
        </w:tc>
      </w:tr>
      <w:tr>
        <w:tc>
          <w:tcPr>
            <w:tcW w:type="dxa" w:w="1440"/>
          </w:tcPr>
          <w:p>
            <w:r>
              <w:t>12-WORK</w:t>
            </w:r>
          </w:p>
        </w:tc>
        <w:tc>
          <w:tcPr>
            <w:tcW w:type="dxa" w:w="1440"/>
          </w:tcPr>
          <w:p>
            <w:r>
              <w:t>Employment &amp; benefits | copies</w:t>
            </w:r>
          </w:p>
        </w:tc>
        <w:tc>
          <w:tcPr>
            <w:tcW w:type="dxa" w:w="1440"/>
          </w:tcPr>
          <w:p>
            <w:r>
              <w:t>94-95</w:t>
            </w:r>
          </w:p>
        </w:tc>
        <w:tc>
          <w:tcPr>
            <w:tcW w:type="dxa" w:w="1440"/>
          </w:tcPr>
          <w:p>
            <w:r>
              <w:t>89-90</w:t>
            </w:r>
          </w:p>
        </w:tc>
        <w:tc>
          <w:tcPr>
            <w:tcW w:type="dxa" w:w="1440"/>
          </w:tcPr>
          <w:p>
            <w:r>
              <w:t>Not in pack</w:t>
            </w:r>
          </w:p>
        </w:tc>
        <w:tc>
          <w:tcPr>
            <w:tcW w:type="dxa" w:w="1440"/>
          </w:tcPr>
          <w:p>
            <w:r>
              <w:t>Not in pack</w:t>
            </w:r>
          </w:p>
        </w:tc>
      </w:tr>
      <w:tr>
        <w:tc>
          <w:tcPr>
            <w:tcW w:type="dxa" w:w="1440"/>
          </w:tcPr>
          <w:p>
            <w:r>
              <w:t>13-PROPERTY</w:t>
            </w:r>
          </w:p>
        </w:tc>
        <w:tc>
          <w:tcPr>
            <w:tcW w:type="dxa" w:w="1440"/>
          </w:tcPr>
          <w:p>
            <w:r>
              <w:t>Home &amp; property | copies</w:t>
            </w:r>
          </w:p>
        </w:tc>
        <w:tc>
          <w:tcPr>
            <w:tcW w:type="dxa" w:w="1440"/>
          </w:tcPr>
          <w:p>
            <w:r>
              <w:t>96-97</w:t>
            </w:r>
          </w:p>
        </w:tc>
        <w:tc>
          <w:tcPr>
            <w:tcW w:type="dxa" w:w="1440"/>
          </w:tcPr>
          <w:p>
            <w:r>
              <w:t>91-92</w:t>
            </w:r>
          </w:p>
        </w:tc>
        <w:tc>
          <w:tcPr>
            <w:tcW w:type="dxa" w:w="1440"/>
          </w:tcPr>
          <w:p>
            <w:r>
              <w:t>Not in pack</w:t>
            </w:r>
          </w:p>
        </w:tc>
        <w:tc>
          <w:tcPr>
            <w:tcW w:type="dxa" w:w="1440"/>
          </w:tcPr>
          <w:p>
            <w:r>
              <w:t>Not in pack</w:t>
            </w:r>
          </w:p>
        </w:tc>
      </w:tr>
      <w:tr>
        <w:tc>
          <w:tcPr>
            <w:tcW w:type="dxa" w:w="1440"/>
          </w:tcPr>
          <w:p>
            <w:r>
              <w:t>14-VEHICLE</w:t>
            </w:r>
          </w:p>
        </w:tc>
        <w:tc>
          <w:tcPr>
            <w:tcW w:type="dxa" w:w="1440"/>
          </w:tcPr>
          <w:p>
            <w:r>
              <w:t>Vehicles | copies</w:t>
            </w:r>
          </w:p>
        </w:tc>
        <w:tc>
          <w:tcPr>
            <w:tcW w:type="dxa" w:w="1440"/>
          </w:tcPr>
          <w:p>
            <w:r>
              <w:t>98-99</w:t>
            </w:r>
          </w:p>
        </w:tc>
        <w:tc>
          <w:tcPr>
            <w:tcW w:type="dxa" w:w="1440"/>
          </w:tcPr>
          <w:p>
            <w:r>
              <w:t>93-94</w:t>
            </w:r>
          </w:p>
        </w:tc>
        <w:tc>
          <w:tcPr>
            <w:tcW w:type="dxa" w:w="1440"/>
          </w:tcPr>
          <w:p>
            <w:r>
              <w:t>Not in pack</w:t>
            </w:r>
          </w:p>
        </w:tc>
        <w:tc>
          <w:tcPr>
            <w:tcW w:type="dxa" w:w="1440"/>
          </w:tcPr>
          <w:p>
            <w:r>
              <w:t>Not in pack</w:t>
            </w:r>
          </w:p>
        </w:tc>
      </w:tr>
      <w:tr>
        <w:tc>
          <w:tcPr>
            <w:tcW w:type="dxa" w:w="1440"/>
          </w:tcPr>
          <w:p>
            <w:r>
              <w:t>15-CARE</w:t>
            </w:r>
          </w:p>
        </w:tc>
        <w:tc>
          <w:tcPr>
            <w:tcW w:type="dxa" w:w="1440"/>
          </w:tcPr>
          <w:p>
            <w:r>
              <w:t>Dependents &amp; pets | copies</w:t>
            </w:r>
          </w:p>
        </w:tc>
        <w:tc>
          <w:tcPr>
            <w:tcW w:type="dxa" w:w="1440"/>
          </w:tcPr>
          <w:p>
            <w:r>
              <w:t>100-101</w:t>
            </w:r>
          </w:p>
        </w:tc>
        <w:tc>
          <w:tcPr>
            <w:tcW w:type="dxa" w:w="1440"/>
          </w:tcPr>
          <w:p>
            <w:r>
              <w:t>95-96</w:t>
            </w:r>
          </w:p>
        </w:tc>
        <w:tc>
          <w:tcPr>
            <w:tcW w:type="dxa" w:w="1440"/>
          </w:tcPr>
          <w:p>
            <w:r>
              <w:t>Not in pack</w:t>
            </w:r>
          </w:p>
        </w:tc>
        <w:tc>
          <w:tcPr>
            <w:tcW w:type="dxa" w:w="1440"/>
          </w:tcPr>
          <w:p>
            <w:r>
              <w:t>Not in pack</w:t>
            </w:r>
          </w:p>
        </w:tc>
      </w:tr>
      <w:tr>
        <w:tc>
          <w:tcPr>
            <w:tcW w:type="dxa" w:w="1440"/>
          </w:tcPr>
          <w:p>
            <w:r>
              <w:t>16-WISHES</w:t>
            </w:r>
          </w:p>
        </w:tc>
        <w:tc>
          <w:tcPr>
            <w:tcW w:type="dxa" w:w="1440"/>
          </w:tcPr>
          <w:p>
            <w:r>
              <w:t>Funeral &amp; memorial | copies</w:t>
            </w:r>
          </w:p>
        </w:tc>
        <w:tc>
          <w:tcPr>
            <w:tcW w:type="dxa" w:w="1440"/>
          </w:tcPr>
          <w:p>
            <w:r>
              <w:t>102-103</w:t>
            </w:r>
          </w:p>
        </w:tc>
        <w:tc>
          <w:tcPr>
            <w:tcW w:type="dxa" w:w="1440"/>
          </w:tcPr>
          <w:p>
            <w:r>
              <w:t>97-98</w:t>
            </w:r>
          </w:p>
        </w:tc>
        <w:tc>
          <w:tcPr>
            <w:tcW w:type="dxa" w:w="1440"/>
          </w:tcPr>
          <w:p>
            <w:r>
              <w:t>Not in pack</w:t>
            </w:r>
          </w:p>
        </w:tc>
        <w:tc>
          <w:tcPr>
            <w:tcW w:type="dxa" w:w="1440"/>
          </w:tcPr>
          <w:p>
            <w:r>
              <w:t>Not in pack</w:t>
            </w:r>
          </w:p>
        </w:tc>
      </w:tr>
      <w:tr>
        <w:tc>
          <w:tcPr>
            <w:tcW w:type="dxa" w:w="1440"/>
          </w:tcPr>
          <w:p>
            <w:r>
              <w:t>20-LETTERS</w:t>
            </w:r>
          </w:p>
        </w:tc>
        <w:tc>
          <w:tcPr>
            <w:tcW w:type="dxa" w:w="1440"/>
          </w:tcPr>
          <w:p>
            <w:r>
              <w:t>Personal letters | copies</w:t>
            </w:r>
          </w:p>
        </w:tc>
        <w:tc>
          <w:tcPr>
            <w:tcW w:type="dxa" w:w="1440"/>
          </w:tcPr>
          <w:p>
            <w:r>
              <w:t>104-105</w:t>
            </w:r>
          </w:p>
        </w:tc>
        <w:tc>
          <w:tcPr>
            <w:tcW w:type="dxa" w:w="1440"/>
          </w:tcPr>
          <w:p>
            <w:r>
              <w:t>99-100</w:t>
            </w:r>
          </w:p>
        </w:tc>
        <w:tc>
          <w:tcPr>
            <w:tcW w:type="dxa" w:w="1440"/>
          </w:tcPr>
          <w:p>
            <w:r>
              <w:t>Not in pack</w:t>
            </w:r>
          </w:p>
        </w:tc>
        <w:tc>
          <w:tcPr>
            <w:tcW w:type="dxa" w:w="1440"/>
          </w:tcPr>
          <w:p>
            <w:r>
              <w:t>Not in pack</w:t>
            </w:r>
          </w:p>
        </w:tc>
      </w:tr>
      <w:tr>
        <w:tc>
          <w:tcPr>
            <w:tcW w:type="dxa" w:w="1440"/>
          </w:tcPr>
          <w:p>
            <w:r>
              <w:t>22-BUSINESS</w:t>
            </w:r>
          </w:p>
        </w:tc>
        <w:tc>
          <w:tcPr>
            <w:tcW w:type="dxa" w:w="1440"/>
          </w:tcPr>
          <w:p>
            <w:r>
              <w:t>Business continuity - optional | copies</w:t>
            </w:r>
          </w:p>
        </w:tc>
        <w:tc>
          <w:tcPr>
            <w:tcW w:type="dxa" w:w="1440"/>
          </w:tcPr>
          <w:p>
            <w:r>
              <w:t>106-107</w:t>
            </w:r>
          </w:p>
        </w:tc>
        <w:tc>
          <w:tcPr>
            <w:tcW w:type="dxa" w:w="1440"/>
          </w:tcPr>
          <w:p>
            <w:r>
              <w:t>101-102</w:t>
            </w:r>
          </w:p>
        </w:tc>
        <w:tc>
          <w:tcPr>
            <w:tcW w:type="dxa" w:w="1440"/>
          </w:tcPr>
          <w:p>
            <w:r>
              <w:t>Not in pack</w:t>
            </w:r>
          </w:p>
        </w:tc>
        <w:tc>
          <w:tcPr>
            <w:tcW w:type="dxa" w:w="1440"/>
          </w:tcPr>
          <w:p>
            <w:r>
              <w:t>Not in pack</w:t>
            </w:r>
          </w:p>
        </w:tc>
      </w:tr>
      <w:tr>
        <w:tc>
          <w:tcPr>
            <w:tcW w:type="dxa" w:w="1440"/>
          </w:tcPr>
          <w:p>
            <w:r>
              <w:t>22-ASSETS</w:t>
            </w:r>
          </w:p>
        </w:tc>
        <w:tc>
          <w:tcPr>
            <w:tcW w:type="dxa" w:w="1440"/>
          </w:tcPr>
          <w:p>
            <w:r>
              <w:t>Special assets - optional | copies</w:t>
            </w:r>
          </w:p>
        </w:tc>
        <w:tc>
          <w:tcPr>
            <w:tcW w:type="dxa" w:w="1440"/>
          </w:tcPr>
          <w:p>
            <w:r>
              <w:t>108-109</w:t>
            </w:r>
          </w:p>
        </w:tc>
        <w:tc>
          <w:tcPr>
            <w:tcW w:type="dxa" w:w="1440"/>
          </w:tcPr>
          <w:p>
            <w:r>
              <w:t>103-104</w:t>
            </w:r>
          </w:p>
        </w:tc>
        <w:tc>
          <w:tcPr>
            <w:tcW w:type="dxa" w:w="1440"/>
          </w:tcPr>
          <w:p>
            <w:r>
              <w:t>Not in pack</w:t>
            </w:r>
          </w:p>
        </w:tc>
        <w:tc>
          <w:tcPr>
            <w:tcW w:type="dxa" w:w="1440"/>
          </w:tcPr>
          <w:p>
            <w:r>
              <w:t>Not in pack</w:t>
            </w:r>
          </w:p>
        </w:tc>
      </w:tr>
    </w:tbl>
    <w:p>
      <w:r>
        <w:br w:type="page"/>
      </w:r>
    </w:p>
    <w:p>
      <w:pPr>
        <w:pStyle w:val="Heading1"/>
      </w:pPr>
      <w:r>
        <w:t>Five practice questions with suggested answers</w:t>
      </w:r>
    </w:p>
    <w:p>
      <w:r>
        <w:t>1. The finder gives a two-page range for a record. Is its first page enough? Suggested answer: use the full range for your edition and paper size so labels and responses stay together. A loose first page may omit part of the record.</w:t>
      </w:r>
    </w:p>
    <w:p>
      <w:r>
        <w:t>2. A needed record says “Not in pack” in the minimum columns. Does that mean the household has no such record? Suggested answer: no. It describes this PDF subset. Use the complete Binder reference if the record is relevant.</w:t>
      </w:r>
    </w:p>
    <w:p>
      <w:r>
        <w:t>3. Lee locates the service bill and its account reference. Is Lee authorized to pay it? Suggested answer: the lookup does not establish that. Record the agreed scope and refer any action or authority question to the responsible person.</w:t>
      </w:r>
    </w:p>
    <w:p>
      <w:r>
        <w:t>4. Two insurance files both say current. May the helper choose the newer-looking one and mark the task complete? Suggested answer: check the appropriate record and source. If the conflict remains, record it rather than guessing or altering an original.</w:t>
      </w:r>
    </w:p>
    <w:p>
      <w:r>
        <w:t>5. An updated limited copy is prepared. Has the recipient received it and stopped using the earlier copy? Suggested answer: neither follows from preparation alone. Record actual sending, acknowledgment and any confirmed change of copy status separately.</w:t>
      </w:r>
    </w:p>
    <w:p>
      <w:r>
        <w:t>Complete the practice by identifying a start, a source, an observed limit and a next action. A visible unresolved question can be the correct result.</w:t>
      </w:r>
    </w:p>
    <w:p>
      <w:r>
        <w:br w:type="page"/>
      </w:r>
    </w:p>
    <w:p>
      <w:pPr>
        <w:pStyle w:val="Heading1"/>
      </w:pPr>
      <w:r>
        <w:t>Versions, sources and the next useful review</w:t>
      </w:r>
    </w:p>
    <w:p>
      <w:r>
        <w:t>This companion is first-use guide 0.13. Its record finder is generated from the published Binder 0.12 page manifests: 46 worksheet records and 18 pocket covers. The five retained complete/minimum/Word files were retrieved and matched to the existing source files before these references were prepared. The Word file has no guaranteed PDF page correspondence.</w:t>
      </w:r>
    </w:p>
    <w:p>
      <w:r>
        <w:t>The Binder’s substantive source list and scope notes remain at X-B in the complete and minimum PDFs. This guide adds original fictional lookup scenarios and organizational prompts. It does not add provider requirements or revalidate legal, medical, financial or platform processes. Consult the current actual source or responsible professional when needed.</w:t>
      </w:r>
    </w:p>
    <w:p>
      <w:r>
        <w:t>Use the existing source and emergency notices in the Binder. The print edition is an organizer, not a will, trust, power of attorney, medical order, beneficiary designation or grant of account access. It does not activate or certify the separate online builder.</w:t>
      </w:r>
    </w:p>
    <w:p>
      <w:r>
        <w:t>Check the downloaded filename and edition before using the finder. If a later Binder revision changes pagination, use an updated finder or follow the stable record code. Adding household papers changes physical binder positions; preserve record codes on your index and continuations.</w:t>
      </w:r>
    </w:p>
    <w:p>
      <w:r>
        <w:t>Review a small route after relevant contacts, records, locations or responsibilities change. Record the actual change and the next check. A review date is a prompt, not proof of successful access, authority, recovery or physical assembly.</w:t>
      </w:r>
    </w:p>
    <w:p>
      <w:r>
        <w:t>Working-edition limits: native Word, reader, physical-print/hole-punch, assistive-technology and applicable professional acceptance remain open. PDFs are untagged and have no fillable fields. File/page-reference checks do not establish those outcomes. Keep completed notes private; never put credentials or secret recovery material in this guide.</w:t>
      </w:r>
    </w:p>
    <w:p>
      <w:r>
        <w:t>Current downloads and related resources: davidtompublishing.com/binder-print-file-downloads/. Complete one useful route, keep its limits visible, and let the next review improve 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Tom Publishing</dc:creator>
  <cp:keywords/>
  <dc:description>generated by python-docx</dc:description>
  <cp:lastModifiedBy/>
  <cp:revision>1</cp:revision>
  <dcterms:created xsi:type="dcterms:W3CDTF">2013-12-23T23:15:00Z</dcterms:created>
  <dcterms:modified xsi:type="dcterms:W3CDTF">2013-12-23T23:15:00Z</dcterms:modified>
  <cp:category/>
</cp:coreProperties>
</file>