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Family Emergency &amp; Legacy Binder — Print &amp; File</w:t>
      </w:r>
    </w:p>
    <w:p>
      <w:r>
        <w:t>Free working edition 0.12 | November 2, 2026 | David Tom Publishing</w:t>
      </w:r>
    </w:p>
    <w:p>
      <w:r>
        <w:t>A household reference you can build one useful handoff at a time. Choose a question someone may need to answer, record where the current information lives, and test the route with a trusted helper.</w:t>
      </w:r>
    </w:p>
    <w:p>
      <w:r>
        <w:t>Included: all 46 established worksheet records and 18 pocket-cover records, with their existing codes and blank fields. Longer records span several physical pages for readable labels and writing room. The minimum-handoff PDF is a subset, not an additional product you need to buy.</w:t>
      </w:r>
    </w:p>
    <w:p>
      <w:r>
        <w:t>Keep completed copies private. This binder is an organizer, not a will, trust, power of attorney, medical order, beneficiary designation or grant of account access. For an immediate life-threatening emergency in the United States, call 911; do not delay for this workbook.</w:t>
      </w:r>
    </w:p>
    <w:p>
      <w:r>
        <w:t>Start with the separate minimum-handoff pack or the seven records named in 00-B. Use the complete edition as a reference and add only relevant sections. A record marked unknown with a next action is more useful than a guessed answer.</w:t>
      </w:r>
    </w:p>
    <w:p>
      <w:r>
        <w:t>No hardware, physical delivery or online vault is included. The separate online builder is not activated or certified by these documents. The attorney-preparation and home-inventory working editions at davidtompublishing.com are optional companions; keep one master record and use references rather than duplicate sensitive details.</w:t>
      </w:r>
    </w:p>
    <w:p>
      <w:r>
        <w:t>Print one test section first. Letter and A4 files have a 64-point left margin for binding, but actual printer scaling and hole-punch fit need checking. Read the source and review notes at X-B before relying on this edition.</w:t>
      </w:r>
    </w:p>
    <w:p>
      <w:r>
        <w:br w:type="page"/>
      </w:r>
    </w:p>
    <w:p>
      <w:pPr>
        <w:pStyle w:val="Heading1"/>
      </w:pPr>
      <w:r>
        <w:t>00-A — Family Emergency &amp; Legacy Binder</w:t>
      </w:r>
    </w:p>
    <w:p>
      <w:r>
        <w:t>A practical handoff guide for the people you trust.</w:t>
      </w:r>
    </w:p>
    <w:p>
      <w:r>
        <w:t>Record the essentials. Add the right documents. Walk someone through the plan.</w:t>
      </w:r>
    </w:p>
    <w:p>
      <w:r>
        <w:t>Private when completed. Keep this binder secured; display only the separate emergency sheet. This workbook is an organizer, not a will, trust, power of attorney, medical order, or beneficiary designation.</w:t>
      </w:r>
    </w:p>
    <w:p>
      <w:r>
        <w:t>US-oriented edition. Adapt emergency numbers and obtain local professional advice outside the United States. You may skip any section that does not apply.</w:t>
      </w:r>
    </w:p>
    <w:p>
      <w:pPr>
        <w:pStyle w:val="Heading3"/>
      </w:pPr>
      <w:r>
        <w:t>Prepared for / household name</w:t>
      </w:r>
    </w:p>
    <w:p>
      <w:r>
        <w:t>Response: __________________________________________________</w:t>
      </w:r>
    </w:p>
    <w:p>
      <w:pPr>
        <w:pStyle w:val="Heading3"/>
      </w:pPr>
      <w:r>
        <w:t>Primary trusted contact</w:t>
      </w:r>
    </w:p>
    <w:p>
      <w:r>
        <w:t>Response: __________________________________________________</w:t>
      </w:r>
    </w:p>
    <w:p>
      <w:pPr>
        <w:pStyle w:val="Heading3"/>
      </w:pPr>
      <w:r>
        <w:t>Backup trusted contact</w:t>
      </w:r>
    </w:p>
    <w:p>
      <w:r>
        <w:t>Response: __________________________________________________</w:t>
      </w:r>
    </w:p>
    <w:p>
      <w:pPr>
        <w:pStyle w:val="Heading3"/>
      </w:pPr>
      <w:r>
        <w:t>Date completed / last reviewed</w:t>
      </w:r>
    </w:p>
    <w:p>
      <w:r>
        <w:t>Response: __________________________________________________</w:t>
      </w:r>
    </w:p>
    <w:p>
      <w:pPr>
        <w:pStyle w:val="Heading3"/>
      </w:pPr>
      <w:r>
        <w:t>State / country of residence</w:t>
      </w:r>
    </w:p>
    <w:p>
      <w:r>
        <w:t>Response: __________________________________________________</w:t>
      </w:r>
    </w:p>
    <w:p>
      <w:pPr>
        <w:pStyle w:val="Heading3"/>
      </w:pPr>
      <w:r>
        <w:t>Secure binder location</w:t>
      </w:r>
    </w:p>
    <w:p>
      <w:r>
        <w:t>Response: __________________________________________________</w:t>
      </w:r>
    </w:p>
    <w:p>
      <w:pPr>
        <w:pStyle w:val="Heading3"/>
      </w:pPr>
      <w:r>
        <w:t>Secure backup location</w:t>
      </w:r>
    </w:p>
    <w:p>
      <w:r>
        <w:t>Response: __________________________________________________</w:t>
      </w:r>
    </w:p>
    <w:p>
      <w:r>
        <w:br w:type="page"/>
      </w:r>
    </w:p>
    <w:p>
      <w:pPr>
        <w:pStyle w:val="Heading1"/>
      </w:pPr>
      <w:r>
        <w:t>00-B — Set up your binder</w:t>
      </w:r>
    </w:p>
    <w:p>
      <w:r>
        <w:t>Start small. The first useful version does not need every page completed.</w:t>
      </w:r>
    </w:p>
    <w:p>
      <w:r>
        <w:t>This downloadable Print &amp; File working edition contains 46 worksheet records and 18 pocket-cover records. Some records span more than one printed page. Page codes, rather than physical page numbers, connect the files. No physical binder, pocket hardware or online service is supplied.</w:t>
      </w:r>
    </w:p>
    <w:p>
      <w:r>
        <w:t>Minimum handoff: start with 01-A, 02-A, 04-A, 07-A, 08-A, 09-A and 11-A. The separate minimum-handoff pack includes these seven records plus introductory and source notes. Mark information reviewed only after checking it. A blank does not mean no record exists.</w:t>
      </w:r>
    </w:p>
    <w:p>
      <w:r>
        <w:t>Write by hand or use the editable Word copy. These PDFs have no fillable fields and perform no automatic actions. Completed files are not encrypted by this workbook; check your device storage and sharing settings.</w:t>
      </w:r>
    </w:p>
    <w:p>
      <w:r>
        <w:t>Print a small single-sided sample at actual size on the matching Letter or A4 paper. Check writing space, print scaling, page turns and hole-punch clearance with your own binder before a full print run. Physical fit has not been tested here.</w:t>
      </w:r>
    </w:p>
    <w:p>
      <w:r>
        <w:t>Put matching pocket covers behind their numbered sections. A cover is an index, not a physical pocket. Record every included copy and the original location in section 18. Keep sensitive originals separately as advised.</w:t>
      </w:r>
    </w:p>
    <w:p>
      <w:r>
        <w:t>Never write passwords, PINs, recovery codes, Social Security numbers, full financial account numbers, seed phrases or private keys in this binder. Use non-secret location references. Keep secret recovery materials separately secured.</w:t>
      </w:r>
    </w:p>
    <w:p>
      <w:r>
        <w:t>Ask a trusted helper to find the first-call contact, original-document locator, next bill and approved access route without coaching. Use 21-A and 21-B to record gaps, corrections and the next review.</w:t>
      </w:r>
    </w:p>
    <w:p>
      <w:r>
        <w:t>Use X-A for longer answers or copy the relevant record again. Write the parent page code and record identifier on every continuation. There is no need to finish every section before making one useful handoff.</w:t>
      </w:r>
    </w:p>
    <w:p>
      <w:r>
        <w:br w:type="page"/>
      </w:r>
    </w:p>
    <w:p>
      <w:pPr>
        <w:pStyle w:val="Heading1"/>
      </w:pPr>
      <w:r>
        <w:t>00-C — Find the right section</w:t>
      </w:r>
    </w:p>
    <w:p>
      <w:r>
        <w:t>Page codes stay useful even after you insert your own documents.</w:t>
      </w:r>
    </w:p>
    <w:p>
      <w:r>
        <w:t>01 — Start here &amp; authority</w:t>
      </w:r>
    </w:p>
    <w:p>
      <w:r>
        <w:t>02 — Emergency reference</w:t>
      </w:r>
    </w:p>
    <w:p>
      <w:r>
        <w:t>03 — Home &amp; safety</w:t>
      </w:r>
    </w:p>
    <w:p>
      <w:r>
        <w:t>04 — Primary contacts</w:t>
      </w:r>
    </w:p>
    <w:p>
      <w:r>
        <w:t>05 — Additional contacts</w:t>
      </w:r>
    </w:p>
    <w:p>
      <w:r>
        <w:t>06 — Health &amp; care</w:t>
      </w:r>
    </w:p>
    <w:p>
      <w:r>
        <w:t>07 — Legal &amp; identity</w:t>
      </w:r>
    </w:p>
    <w:p>
      <w:r>
        <w:t>08 — Financial map &amp; insurance</w:t>
      </w:r>
    </w:p>
    <w:p>
      <w:r>
        <w:t>09 — Household bills</w:t>
      </w:r>
    </w:p>
    <w:p>
      <w:r>
        <w:t>10 — Digital subscriptions &amp; cloud</w:t>
      </w:r>
    </w:p>
    <w:p>
      <w:r>
        <w:t>11 — Digital access &amp; devices</w:t>
      </w:r>
    </w:p>
    <w:p>
      <w:r>
        <w:t>12 — Employment &amp; benefits</w:t>
      </w:r>
    </w:p>
    <w:p>
      <w:r>
        <w:t>13 — Home &amp; property</w:t>
      </w:r>
    </w:p>
    <w:p>
      <w:r>
        <w:t>14 — Vehicles</w:t>
      </w:r>
    </w:p>
    <w:p>
      <w:r>
        <w:t>15 — Dependents &amp; pets</w:t>
      </w:r>
    </w:p>
    <w:p>
      <w:r>
        <w:t>16 — Funeral &amp; memorial</w:t>
      </w:r>
    </w:p>
    <w:p>
      <w:r>
        <w:t>17 — Notifications</w:t>
      </w:r>
    </w:p>
    <w:p>
      <w:r>
        <w:t>18 — Document index</w:t>
      </w:r>
    </w:p>
    <w:p>
      <w:r>
        <w:t>19 — Handoff actions &amp; logs</w:t>
      </w:r>
    </w:p>
    <w:p>
      <w:r>
        <w:t>20 — Personal messages</w:t>
      </w:r>
    </w:p>
    <w:p>
      <w:r>
        <w:t>21 — Review &amp; updates</w:t>
      </w:r>
    </w:p>
    <w:p>
      <w:r>
        <w:t>22 — Business &amp; special assets</w:t>
      </w:r>
    </w:p>
    <w:p>
      <w:r>
        <w:br w:type="page"/>
      </w:r>
    </w:p>
    <w:p>
      <w:pPr>
        <w:pStyle w:val="Heading1"/>
      </w:pPr>
      <w:r>
        <w:t>01-A — Start here</w:t>
      </w:r>
    </w:p>
    <w:p>
      <w:r>
        <w:t>For the trusted person using this binder. Complete this page before the detailed records.</w:t>
      </w:r>
    </w:p>
    <w:p>
      <w:r>
        <w:t>For immediate danger or a life-threatening emergency in the US, call 911. For an anticipated death under hospice, follow the written hospice plan and contact the hospice team. [S2]</w:t>
      </w:r>
    </w:p>
    <w:p>
      <w:r>
        <w:t>Do not move money, distribute property, impersonate the account holder, or cancel key services based only on this binder. Confirm your authority and the provider process first. [S1]</w:t>
      </w:r>
    </w:p>
    <w:p>
      <w:pPr>
        <w:pStyle w:val="Heading3"/>
      </w:pPr>
      <w:r>
        <w:t>Person this binder concerns</w:t>
      </w:r>
    </w:p>
    <w:p>
      <w:r>
        <w:t>Response: __________________________________________________</w:t>
      </w:r>
    </w:p>
    <w:p>
      <w:pPr>
        <w:pStyle w:val="Heading3"/>
      </w:pPr>
      <w:r>
        <w:t>Pronunciation / preferred name</w:t>
      </w:r>
    </w:p>
    <w:p>
      <w:r>
        <w:t>Response: __________________________________________________</w:t>
      </w:r>
    </w:p>
    <w:p>
      <w:pPr>
        <w:pStyle w:val="Heading3"/>
      </w:pPr>
      <w:r>
        <w:t>Call first: name and relationship</w:t>
      </w:r>
    </w:p>
    <w:p>
      <w:r>
        <w:t>Response: __________________________________________________</w:t>
      </w:r>
    </w:p>
    <w:p>
      <w:pPr>
        <w:pStyle w:val="Heading3"/>
      </w:pPr>
      <w:r>
        <w:t>Phone / backup phone</w:t>
      </w:r>
    </w:p>
    <w:p>
      <w:r>
        <w:t>Response: __________________________________________________</w:t>
      </w:r>
    </w:p>
    <w:p>
      <w:pPr>
        <w:pStyle w:val="Heading3"/>
      </w:pPr>
      <w:r>
        <w:t>Backup contact</w:t>
      </w:r>
    </w:p>
    <w:p>
      <w:r>
        <w:t>Response: __________________________________________________</w:t>
      </w:r>
    </w:p>
    <w:p>
      <w:pPr>
        <w:pStyle w:val="Heading3"/>
      </w:pPr>
      <w:r>
        <w:t>Phone / best way to reach</w:t>
      </w:r>
    </w:p>
    <w:p>
      <w:r>
        <w:t>Response: __________________________________________________</w:t>
      </w:r>
    </w:p>
    <w:p>
      <w:pPr>
        <w:pStyle w:val="Heading3"/>
      </w:pPr>
      <w:r>
        <w:t>Attorney / legal contact</w:t>
      </w:r>
    </w:p>
    <w:p>
      <w:r>
        <w:t>Response: __________________________________________________</w:t>
      </w:r>
    </w:p>
    <w:p>
      <w:pPr>
        <w:pStyle w:val="Heading3"/>
      </w:pPr>
      <w:r>
        <w:t>Phone / email</w:t>
      </w:r>
    </w:p>
    <w:p>
      <w:r>
        <w:t>Response: __________________________________________________</w:t>
      </w:r>
    </w:p>
    <w:p>
      <w:pPr>
        <w:pStyle w:val="Heading3"/>
      </w:pPr>
      <w:r>
        <w:t>Healthcare representative: see 01-B</w:t>
      </w:r>
    </w:p>
    <w:p>
      <w:r>
        <w:t>Response: __________________________________________________</w:t>
      </w:r>
    </w:p>
    <w:p>
      <w:pPr>
        <w:pStyle w:val="Heading3"/>
      </w:pPr>
      <w:r>
        <w:t>Financial / estate representative: see 01-B</w:t>
      </w:r>
    </w:p>
    <w:p>
      <w:r>
        <w:t>Response: __________________________________________________</w:t>
      </w:r>
    </w:p>
    <w:p>
      <w:pPr>
        <w:pStyle w:val="Heading3"/>
      </w:pPr>
      <w:r>
        <w:t>Urgent care / medication summary location</w:t>
      </w:r>
    </w:p>
    <w:p>
      <w:r>
        <w:t>Response: __________________________________________________</w:t>
      </w:r>
    </w:p>
    <w:p>
      <w:pPr>
        <w:pStyle w:val="Heading3"/>
      </w:pPr>
      <w:r>
        <w:t>Original legal documents location</w:t>
      </w:r>
    </w:p>
    <w:p>
      <w:r>
        <w:t>Response: __________________________________________________</w:t>
      </w:r>
    </w:p>
    <w:p>
      <w:pPr>
        <w:pStyle w:val="Heading3"/>
      </w:pPr>
      <w:r>
        <w:t>People, dependents or pets who need immediate attention</w:t>
      </w:r>
    </w:p>
    <w:p>
      <w:r>
        <w:t>Response: __________________________________________________</w:t>
      </w:r>
    </w:p>
    <w:p>
      <w:pPr>
        <w:pStyle w:val="Heading3"/>
      </w:pPr>
      <w:r>
        <w:t>Essential services or deadlines to protect first; do not act without authority</w:t>
      </w:r>
    </w:p>
    <w:p>
      <w:r>
        <w:t>Response: __________________________________________________</w:t>
      </w:r>
    </w:p>
    <w:p>
      <w:r>
        <w:br w:type="page"/>
      </w:r>
    </w:p>
    <w:p>
      <w:pPr>
        <w:pStyle w:val="Heading1"/>
      </w:pPr>
      <w:r>
        <w:t>01-B — Who is allowed to do what?</w:t>
      </w:r>
    </w:p>
    <w:p>
      <w:r>
        <w:t>Record existing arrangements; writing a name here does not appoint or authorize anyone.</w:t>
      </w:r>
    </w:p>
    <w:p>
      <w:r>
        <w:t>Authority depends on the relevant documents, law and institution. A financial power of attorney generally ends at death; estate and trust responsibilities are separate. Ask the attorney or institution what evidence they require. [S1]</w:t>
      </w:r>
    </w:p>
    <w:p>
      <w:r>
        <w:t>An emergency contact, beneficiary, authorized card user, joint owner and court-appointed representative are different roles. Do not assume one role creates the others.</w:t>
      </w:r>
    </w:p>
    <w:p>
      <w:r>
        <w:t>ADD COPIES | Pocket 07-LEGAL Reference copies or location slips for the actual signed documents.</w:t>
      </w:r>
    </w:p>
    <w:p>
      <w:pPr>
        <w:pStyle w:val="Heading3"/>
      </w:pPr>
      <w:r>
        <w:t>Emergency contact — Person / contact</w:t>
      </w:r>
    </w:p>
    <w:p>
      <w:r>
        <w:t>Response: __________________________________________________</w:t>
      </w:r>
    </w:p>
    <w:p>
      <w:pPr>
        <w:pStyle w:val="Heading3"/>
      </w:pPr>
      <w:r>
        <w:t>Emergency contact — Document or provider record</w:t>
      </w:r>
    </w:p>
    <w:p>
      <w:r>
        <w:t>Response: __________________________________________________</w:t>
      </w:r>
    </w:p>
    <w:p>
      <w:pPr>
        <w:pStyle w:val="Heading3"/>
      </w:pPr>
      <w:r>
        <w:t>Emergency contact — Status / verified date</w:t>
      </w:r>
    </w:p>
    <w:p>
      <w:r>
        <w:t>Response: __________________________________________________</w:t>
      </w:r>
    </w:p>
    <w:p>
      <w:pPr>
        <w:pStyle w:val="Heading3"/>
      </w:pPr>
      <w:r>
        <w:t>Healthcare representative — Person / contact</w:t>
      </w:r>
    </w:p>
    <w:p>
      <w:r>
        <w:t>Response: __________________________________________________</w:t>
      </w:r>
    </w:p>
    <w:p>
      <w:pPr>
        <w:pStyle w:val="Heading3"/>
      </w:pPr>
      <w:r>
        <w:t>Healthcare representative — Document or provider record</w:t>
      </w:r>
    </w:p>
    <w:p>
      <w:r>
        <w:t>Response: __________________________________________________</w:t>
      </w:r>
    </w:p>
    <w:p>
      <w:pPr>
        <w:pStyle w:val="Heading3"/>
      </w:pPr>
      <w:r>
        <w:t>Healthcare representative — Status / verified date</w:t>
      </w:r>
    </w:p>
    <w:p>
      <w:r>
        <w:t>Response: __________________________________________________</w:t>
      </w:r>
    </w:p>
    <w:p>
      <w:pPr>
        <w:pStyle w:val="Heading3"/>
      </w:pPr>
      <w:r>
        <w:t>Financial POA agent — Person / contact</w:t>
      </w:r>
    </w:p>
    <w:p>
      <w:r>
        <w:t>Response: __________________________________________________</w:t>
      </w:r>
    </w:p>
    <w:p>
      <w:pPr>
        <w:pStyle w:val="Heading3"/>
      </w:pPr>
      <w:r>
        <w:t>Financial POA agent — Document or provider record</w:t>
      </w:r>
    </w:p>
    <w:p>
      <w:r>
        <w:t>Response: __________________________________________________</w:t>
      </w:r>
    </w:p>
    <w:p>
      <w:pPr>
        <w:pStyle w:val="Heading3"/>
      </w:pPr>
      <w:r>
        <w:t>Financial POA agent — Status / verified date</w:t>
      </w:r>
    </w:p>
    <w:p>
      <w:r>
        <w:t>Response: __________________________________________________</w:t>
      </w:r>
    </w:p>
    <w:p>
      <w:pPr>
        <w:pStyle w:val="Heading3"/>
      </w:pPr>
      <w:r>
        <w:t>Executor / estate representative — Person / contact</w:t>
      </w:r>
    </w:p>
    <w:p>
      <w:r>
        <w:t>Response: __________________________________________________</w:t>
      </w:r>
    </w:p>
    <w:p>
      <w:pPr>
        <w:pStyle w:val="Heading3"/>
      </w:pPr>
      <w:r>
        <w:t>Executor / estate representative — Document or provider record</w:t>
      </w:r>
    </w:p>
    <w:p>
      <w:r>
        <w:t>Response: __________________________________________________</w:t>
      </w:r>
    </w:p>
    <w:p>
      <w:pPr>
        <w:pStyle w:val="Heading3"/>
      </w:pPr>
      <w:r>
        <w:t>Executor / estate representative — Status / verified date</w:t>
      </w:r>
    </w:p>
    <w:p>
      <w:r>
        <w:t>Response: __________________________________________________</w:t>
      </w:r>
    </w:p>
    <w:p>
      <w:pPr>
        <w:pStyle w:val="Heading3"/>
      </w:pPr>
      <w:r>
        <w:t>Trustee / successor trustee — Person / contact</w:t>
      </w:r>
    </w:p>
    <w:p>
      <w:r>
        <w:t>Response: __________________________________________________</w:t>
      </w:r>
    </w:p>
    <w:p>
      <w:pPr>
        <w:pStyle w:val="Heading3"/>
      </w:pPr>
      <w:r>
        <w:t>Trustee / successor trustee — Document or provider record</w:t>
      </w:r>
    </w:p>
    <w:p>
      <w:r>
        <w:t>Response: __________________________________________________</w:t>
      </w:r>
    </w:p>
    <w:p>
      <w:pPr>
        <w:pStyle w:val="Heading3"/>
      </w:pPr>
      <w:r>
        <w:t>Trustee / successor trustee — Status / verified date</w:t>
      </w:r>
    </w:p>
    <w:p>
      <w:r>
        <w:t>Response: __________________________________________________</w:t>
      </w:r>
    </w:p>
    <w:p>
      <w:pPr>
        <w:pStyle w:val="Heading3"/>
      </w:pPr>
      <w:r>
        <w:t>Digital legacy contact — Person / contact</w:t>
      </w:r>
    </w:p>
    <w:p>
      <w:r>
        <w:t>Response: __________________________________________________</w:t>
      </w:r>
    </w:p>
    <w:p>
      <w:pPr>
        <w:pStyle w:val="Heading3"/>
      </w:pPr>
      <w:r>
        <w:t>Digital legacy contact — Document or provider record</w:t>
      </w:r>
    </w:p>
    <w:p>
      <w:r>
        <w:t>Response: __________________________________________________</w:t>
      </w:r>
    </w:p>
    <w:p>
      <w:pPr>
        <w:pStyle w:val="Heading3"/>
      </w:pPr>
      <w:r>
        <w:t>Digital legacy contact — Status / verified date</w:t>
      </w:r>
    </w:p>
    <w:p>
      <w:r>
        <w:t>Response: __________________________________________________</w:t>
      </w:r>
    </w:p>
    <w:p>
      <w:pPr>
        <w:pStyle w:val="Heading3"/>
      </w:pPr>
      <w:r>
        <w:t>Activation requirements, limits, alternates and professional questions</w:t>
      </w:r>
    </w:p>
    <w:p>
      <w:r>
        <w:t>Response: __________________________________________________</w:t>
      </w:r>
    </w:p>
    <w:p>
      <w:r>
        <w:br w:type="page"/>
      </w:r>
    </w:p>
    <w:p>
      <w:pPr>
        <w:pStyle w:val="Heading1"/>
      </w:pPr>
      <w:r>
        <w:t>02-A — Emergency reference sheet</w:t>
      </w:r>
    </w:p>
    <w:p>
      <w:r>
        <w:t>The only page intended for optional fridge display. Choose what is safe to display.</w:t>
      </w:r>
    </w:p>
    <w:p>
      <w:r>
        <w:t>EMERGENCY POLICE / FIRE / AMBULANCE: 911 (United States). Call first for life-threatening emergencies. [S2]</w:t>
      </w:r>
    </w:p>
    <w:p>
      <w:r>
        <w:t>Do not display passwords, alarm codes, account numbers, birth dates, diagnoses or the location of valuables. Ask household members before posting their contact details. Hospital main lines are not emergency dispatch.</w:t>
      </w:r>
    </w:p>
    <w:p>
      <w:pPr>
        <w:pStyle w:val="Heading3"/>
      </w:pPr>
      <w:r>
        <w:t>Home address, apartment / unit and city</w:t>
      </w:r>
    </w:p>
    <w:p>
      <w:r>
        <w:t>Response: __________________________________________________</w:t>
      </w:r>
    </w:p>
    <w:p>
      <w:pPr>
        <w:pStyle w:val="Heading3"/>
      </w:pPr>
      <w:r>
        <w:t>Nearest cross streets / safe responder directions</w:t>
      </w:r>
    </w:p>
    <w:p>
      <w:r>
        <w:t>Response: __________________________________________________</w:t>
      </w:r>
    </w:p>
    <w:p>
      <w:pPr>
        <w:pStyle w:val="Heading3"/>
      </w:pPr>
      <w:r>
        <w:t>Primary contact — Phone</w:t>
      </w:r>
    </w:p>
    <w:p>
      <w:r>
        <w:t>Response: __________________________________________________</w:t>
      </w:r>
    </w:p>
    <w:p>
      <w:pPr>
        <w:pStyle w:val="Heading3"/>
      </w:pPr>
      <w:r>
        <w:t>Primary contact — Location / useful notes</w:t>
      </w:r>
    </w:p>
    <w:p>
      <w:r>
        <w:t>Response: __________________________________________________</w:t>
      </w:r>
    </w:p>
    <w:p>
      <w:pPr>
        <w:pStyle w:val="Heading3"/>
      </w:pPr>
      <w:r>
        <w:t>Backup contact — Phone</w:t>
      </w:r>
    </w:p>
    <w:p>
      <w:r>
        <w:t>Response: __________________________________________________</w:t>
      </w:r>
    </w:p>
    <w:p>
      <w:pPr>
        <w:pStyle w:val="Heading3"/>
      </w:pPr>
      <w:r>
        <w:t>Backup contact — Location / useful notes</w:t>
      </w:r>
    </w:p>
    <w:p>
      <w:r>
        <w:t>Response: __________________________________________________</w:t>
      </w:r>
    </w:p>
    <w:p>
      <w:pPr>
        <w:pStyle w:val="Heading3"/>
      </w:pPr>
      <w:r>
        <w:t>Alarm / monitoring company — Phone</w:t>
      </w:r>
    </w:p>
    <w:p>
      <w:r>
        <w:t>Response: __________________________________________________</w:t>
      </w:r>
    </w:p>
    <w:p>
      <w:pPr>
        <w:pStyle w:val="Heading3"/>
      </w:pPr>
      <w:r>
        <w:t>Alarm / monitoring company — Location / useful notes</w:t>
      </w:r>
    </w:p>
    <w:p>
      <w:r>
        <w:t>Response: __________________________________________________</w:t>
      </w:r>
    </w:p>
    <w:p>
      <w:pPr>
        <w:pStyle w:val="Heading3"/>
      </w:pPr>
      <w:r>
        <w:t>Hospital / ER — Phone</w:t>
      </w:r>
    </w:p>
    <w:p>
      <w:r>
        <w:t>Response: __________________________________________________</w:t>
      </w:r>
    </w:p>
    <w:p>
      <w:pPr>
        <w:pStyle w:val="Heading3"/>
      </w:pPr>
      <w:r>
        <w:t>Hospital / ER — Location / useful notes</w:t>
      </w:r>
    </w:p>
    <w:p>
      <w:r>
        <w:t>Response: __________________________________________________</w:t>
      </w:r>
    </w:p>
    <w:p>
      <w:pPr>
        <w:pStyle w:val="Heading3"/>
      </w:pPr>
      <w:r>
        <w:t>Hospital / ER — Phone</w:t>
      </w:r>
    </w:p>
    <w:p>
      <w:r>
        <w:t>Response: __________________________________________________</w:t>
      </w:r>
    </w:p>
    <w:p>
      <w:pPr>
        <w:pStyle w:val="Heading3"/>
      </w:pPr>
      <w:r>
        <w:t>Hospital / ER — Location / useful notes</w:t>
      </w:r>
    </w:p>
    <w:p>
      <w:r>
        <w:t>Response: __________________________________________________</w:t>
      </w:r>
    </w:p>
    <w:p>
      <w:pPr>
        <w:pStyle w:val="Heading3"/>
      </w:pPr>
      <w:r>
        <w:t>Local non-emergency service — Phone</w:t>
      </w:r>
    </w:p>
    <w:p>
      <w:r>
        <w:t>Response: __________________________________________________</w:t>
      </w:r>
    </w:p>
    <w:p>
      <w:pPr>
        <w:pStyle w:val="Heading3"/>
      </w:pPr>
      <w:r>
        <w:t>Local non-emergency service — Location / useful notes</w:t>
      </w:r>
    </w:p>
    <w:p>
      <w:r>
        <w:t>Response: __________________________________________________</w:t>
      </w:r>
    </w:p>
    <w:p>
      <w:pPr>
        <w:pStyle w:val="Heading3"/>
      </w:pPr>
      <w:r>
        <w:t>Building / HOA / security — Phone</w:t>
      </w:r>
    </w:p>
    <w:p>
      <w:r>
        <w:t>Response: __________________________________________________</w:t>
      </w:r>
    </w:p>
    <w:p>
      <w:pPr>
        <w:pStyle w:val="Heading3"/>
      </w:pPr>
      <w:r>
        <w:t>Building / HOA / security — Location / useful notes</w:t>
      </w:r>
    </w:p>
    <w:p>
      <w:r>
        <w:t>Response: __________________________________________________</w:t>
      </w:r>
    </w:p>
    <w:p>
      <w:pPr>
        <w:pStyle w:val="Heading3"/>
      </w:pPr>
      <w:r>
        <w:t>Emergency meeting location</w:t>
      </w:r>
    </w:p>
    <w:p>
      <w:r>
        <w:t>Response: __________________________________________________</w:t>
      </w:r>
    </w:p>
    <w:p>
      <w:pPr>
        <w:pStyle w:val="Heading3"/>
      </w:pPr>
      <w:r>
        <w:t>Last checked</w:t>
      </w:r>
    </w:p>
    <w:p>
      <w:r>
        <w:t>Response: __________________________________________________</w:t>
      </w:r>
    </w:p>
    <w:p>
      <w:r>
        <w:br w:type="page"/>
      </w:r>
    </w:p>
    <w:p>
      <w:pPr>
        <w:pStyle w:val="Heading1"/>
      </w:pPr>
      <w:r>
        <w:t>03-A — Home &amp; utility locations</w:t>
      </w:r>
    </w:p>
    <w:p>
      <w:r>
        <w:t>Location information only. Have utility providers verify any operating instructions.</w:t>
      </w:r>
    </w:p>
    <w:p>
      <w:r>
        <w:t>Do not investigate suspected gas leaks, fire, exposed wiring or flooded electrical equipment. Leave danger and contact emergency services or the utility from safety. Attach provider-specific instructions instead of guessing. [S7]</w:t>
      </w:r>
    </w:p>
    <w:p>
      <w:r>
        <w:t>ADD COPIES | Pocket 03-HOME Utility guidance, exit diagram and essential equipment instructions; no entry codes.</w:t>
      </w:r>
    </w:p>
    <w:p>
      <w:pPr>
        <w:pStyle w:val="Heading3"/>
      </w:pPr>
      <w:r>
        <w:t>Address / unit</w:t>
      </w:r>
    </w:p>
    <w:p>
      <w:r>
        <w:t>Response: __________________________________________________</w:t>
      </w:r>
    </w:p>
    <w:p>
      <w:pPr>
        <w:pStyle w:val="Heading3"/>
      </w:pPr>
      <w:r>
        <w:t>Owner / landlord / building contact</w:t>
      </w:r>
    </w:p>
    <w:p>
      <w:r>
        <w:t>Response: __________________________________________________</w:t>
      </w:r>
    </w:p>
    <w:p>
      <w:pPr>
        <w:pStyle w:val="Heading3"/>
      </w:pPr>
      <w:r>
        <w:t>Gas meter / shutoff location or NOT USED</w:t>
      </w:r>
    </w:p>
    <w:p>
      <w:r>
        <w:t>Response: __________________________________________________</w:t>
      </w:r>
    </w:p>
    <w:p>
      <w:pPr>
        <w:pStyle w:val="Heading3"/>
      </w:pPr>
      <w:r>
        <w:t>Gas emergency provider / phone</w:t>
      </w:r>
    </w:p>
    <w:p>
      <w:r>
        <w:t>Response: __________________________________________________</w:t>
      </w:r>
    </w:p>
    <w:p>
      <w:pPr>
        <w:pStyle w:val="Heading3"/>
      </w:pPr>
      <w:r>
        <w:t>Water main / separate irrigation shutoff</w:t>
      </w:r>
    </w:p>
    <w:p>
      <w:r>
        <w:t>Response: __________________________________________________</w:t>
      </w:r>
    </w:p>
    <w:p>
      <w:pPr>
        <w:pStyle w:val="Heading3"/>
      </w:pPr>
      <w:r>
        <w:t>Water provider / leak contact</w:t>
      </w:r>
    </w:p>
    <w:p>
      <w:r>
        <w:t>Response: __________________________________________________</w:t>
      </w:r>
    </w:p>
    <w:p>
      <w:pPr>
        <w:pStyle w:val="Heading3"/>
      </w:pPr>
      <w:r>
        <w:t>Electrical panel / main breaker location</w:t>
      </w:r>
    </w:p>
    <w:p>
      <w:r>
        <w:t>Response: __________________________________________________</w:t>
      </w:r>
    </w:p>
    <w:p>
      <w:pPr>
        <w:pStyle w:val="Heading3"/>
      </w:pPr>
      <w:r>
        <w:t>Power provider / outage contact</w:t>
      </w:r>
    </w:p>
    <w:p>
      <w:r>
        <w:t>Response: __________________________________________________</w:t>
      </w:r>
    </w:p>
    <w:p>
      <w:pPr>
        <w:pStyle w:val="Heading3"/>
      </w:pPr>
      <w:r>
        <w:t>Flashlight / emergency supplies</w:t>
      </w:r>
    </w:p>
    <w:p>
      <w:r>
        <w:t>Response: __________________________________________________</w:t>
      </w:r>
    </w:p>
    <w:p>
      <w:pPr>
        <w:pStyle w:val="Heading3"/>
      </w:pPr>
      <w:r>
        <w:t>Fire extinguisher / first-aid supplies</w:t>
      </w:r>
    </w:p>
    <w:p>
      <w:r>
        <w:t>Response: __________________________________________________</w:t>
      </w:r>
    </w:p>
    <w:p>
      <w:pPr>
        <w:pStyle w:val="Heading3"/>
      </w:pPr>
      <w:r>
        <w:t>Trusted key holder and phone</w:t>
      </w:r>
    </w:p>
    <w:p>
      <w:r>
        <w:t>Response: __________________________________________________</w:t>
      </w:r>
    </w:p>
    <w:p>
      <w:pPr>
        <w:pStyle w:val="Heading3"/>
      </w:pPr>
      <w:r>
        <w:t>Alarm provider / official contact</w:t>
      </w:r>
    </w:p>
    <w:p>
      <w:r>
        <w:t>Response: __________________________________________________</w:t>
      </w:r>
    </w:p>
    <w:p>
      <w:pPr>
        <w:pStyle w:val="Heading3"/>
      </w:pPr>
      <w:r>
        <w:t>Router / internet provider</w:t>
      </w:r>
    </w:p>
    <w:p>
      <w:r>
        <w:t>Response: __________________________________________________</w:t>
      </w:r>
    </w:p>
    <w:p>
      <w:pPr>
        <w:pStyle w:val="Heading3"/>
      </w:pPr>
      <w:r>
        <w:t>HVAC / essential equipment instructions</w:t>
      </w:r>
    </w:p>
    <w:p>
      <w:r>
        <w:t>Response: __________________________________________________</w:t>
      </w:r>
    </w:p>
    <w:p>
      <w:pPr>
        <w:pStyle w:val="Heading3"/>
      </w:pPr>
      <w:r>
        <w:t>Accessibility, evacuation, pets, building restrictions and safety notes</w:t>
      </w:r>
    </w:p>
    <w:p>
      <w:r>
        <w:t>Response: __________________________________________________</w:t>
      </w:r>
    </w:p>
    <w:p>
      <w:r>
        <w:br w:type="page"/>
      </w:r>
    </w:p>
    <w:p>
      <w:pPr>
        <w:pStyle w:val="Heading1"/>
      </w:pPr>
      <w:r>
        <w:t>04-A — Primary contacts</w:t>
      </w:r>
    </w:p>
    <w:p>
      <w:r>
        <w:t>Choose people who have agreed to help. Keep contact roles separate from legal authority.</w:t>
      </w:r>
    </w:p>
    <w:p>
      <w:pPr>
        <w:pStyle w:val="Heading3"/>
      </w:pPr>
      <w:r>
        <w:t>Contact 1: full name</w:t>
      </w:r>
    </w:p>
    <w:p>
      <w:r>
        <w:t>Response: __________________________________________________</w:t>
      </w:r>
    </w:p>
    <w:p>
      <w:pPr>
        <w:pStyle w:val="Heading3"/>
      </w:pPr>
      <w:r>
        <w:t>Relationship / practical role</w:t>
      </w:r>
    </w:p>
    <w:p>
      <w:r>
        <w:t>Response: __________________________________________________</w:t>
      </w:r>
    </w:p>
    <w:p>
      <w:pPr>
        <w:pStyle w:val="Heading3"/>
      </w:pPr>
      <w:r>
        <w:t>Primary phone</w:t>
      </w:r>
    </w:p>
    <w:p>
      <w:r>
        <w:t>Response: __________________________________________________</w:t>
      </w:r>
    </w:p>
    <w:p>
      <w:pPr>
        <w:pStyle w:val="Heading3"/>
      </w:pPr>
      <w:r>
        <w:t>Alternate phone / email</w:t>
      </w:r>
    </w:p>
    <w:p>
      <w:r>
        <w:t>Response: __________________________________________________</w:t>
      </w:r>
    </w:p>
    <w:p>
      <w:pPr>
        <w:pStyle w:val="Heading3"/>
      </w:pPr>
      <w:r>
        <w:t>Address / preferred contact method / availability</w:t>
      </w:r>
    </w:p>
    <w:p>
      <w:r>
        <w:t>Response: __________________________________________________</w:t>
      </w:r>
    </w:p>
    <w:p>
      <w:pPr>
        <w:pStyle w:val="Heading3"/>
      </w:pPr>
      <w:r>
        <w:t>Contact 2: full name</w:t>
      </w:r>
    </w:p>
    <w:p>
      <w:r>
        <w:t>Response: __________________________________________________</w:t>
      </w:r>
    </w:p>
    <w:p>
      <w:pPr>
        <w:pStyle w:val="Heading3"/>
      </w:pPr>
      <w:r>
        <w:t>Relationship / practical role</w:t>
      </w:r>
    </w:p>
    <w:p>
      <w:r>
        <w:t>Response: __________________________________________________</w:t>
      </w:r>
    </w:p>
    <w:p>
      <w:pPr>
        <w:pStyle w:val="Heading3"/>
      </w:pPr>
      <w:r>
        <w:t>Primary phone</w:t>
      </w:r>
    </w:p>
    <w:p>
      <w:r>
        <w:t>Response: __________________________________________________</w:t>
      </w:r>
    </w:p>
    <w:p>
      <w:pPr>
        <w:pStyle w:val="Heading3"/>
      </w:pPr>
      <w:r>
        <w:t>Alternate phone / email</w:t>
      </w:r>
    </w:p>
    <w:p>
      <w:r>
        <w:t>Response: __________________________________________________</w:t>
      </w:r>
    </w:p>
    <w:p>
      <w:pPr>
        <w:pStyle w:val="Heading3"/>
      </w:pPr>
      <w:r>
        <w:t>Address / preferred contact method / availability</w:t>
      </w:r>
    </w:p>
    <w:p>
      <w:r>
        <w:t>Response: __________________________________________________</w:t>
      </w:r>
    </w:p>
    <w:p>
      <w:pPr>
        <w:pStyle w:val="Heading3"/>
      </w:pPr>
      <w:r>
        <w:t>Contact 3: full name</w:t>
      </w:r>
    </w:p>
    <w:p>
      <w:r>
        <w:t>Response: __________________________________________________</w:t>
      </w:r>
    </w:p>
    <w:p>
      <w:pPr>
        <w:pStyle w:val="Heading3"/>
      </w:pPr>
      <w:r>
        <w:t>Relationship / practical role</w:t>
      </w:r>
    </w:p>
    <w:p>
      <w:r>
        <w:t>Response: __________________________________________________</w:t>
      </w:r>
    </w:p>
    <w:p>
      <w:pPr>
        <w:pStyle w:val="Heading3"/>
      </w:pPr>
      <w:r>
        <w:t>Primary phone</w:t>
      </w:r>
    </w:p>
    <w:p>
      <w:r>
        <w:t>Response: __________________________________________________</w:t>
      </w:r>
    </w:p>
    <w:p>
      <w:pPr>
        <w:pStyle w:val="Heading3"/>
      </w:pPr>
      <w:r>
        <w:t>Alternate phone / email</w:t>
      </w:r>
    </w:p>
    <w:p>
      <w:r>
        <w:t>Response: __________________________________________________</w:t>
      </w:r>
    </w:p>
    <w:p>
      <w:pPr>
        <w:pStyle w:val="Heading3"/>
      </w:pPr>
      <w:r>
        <w:t>Address / preferred contact method / availability</w:t>
      </w:r>
    </w:p>
    <w:p>
      <w:r>
        <w:t>Response: __________________________________________________</w:t>
      </w:r>
    </w:p>
    <w:p>
      <w:r>
        <w:br w:type="page"/>
      </w:r>
    </w:p>
    <w:p>
      <w:pPr>
        <w:pStyle w:val="Heading1"/>
      </w:pPr>
      <w:r>
        <w:t>05-A — Additional contacts</w:t>
      </w:r>
    </w:p>
    <w:p>
      <w:r>
        <w:t>Use extra copies for relatives, neighbors, advisers, contractors and community contacts.</w:t>
      </w:r>
    </w:p>
    <w:p>
      <w:r>
        <w:t>Include country or area codes. Avoid writing access codes in the notes column. Ask permission before sharing someone else's address or phone number.</w:t>
      </w:r>
    </w:p>
    <w:p>
      <w:pPr>
        <w:pStyle w:val="Heading3"/>
      </w:pPr>
      <w:r>
        <w:t>Entry 1 — Name</w:t>
      </w:r>
    </w:p>
    <w:p>
      <w:r>
        <w:t>Response: __________________________________________________</w:t>
      </w:r>
    </w:p>
    <w:p>
      <w:pPr>
        <w:pStyle w:val="Heading3"/>
      </w:pPr>
      <w:r>
        <w:t>Entry 1 — Role</w:t>
      </w:r>
    </w:p>
    <w:p>
      <w:r>
        <w:t>Response: __________________________________________________</w:t>
      </w:r>
    </w:p>
    <w:p>
      <w:pPr>
        <w:pStyle w:val="Heading3"/>
      </w:pPr>
      <w:r>
        <w:t>Entry 1 — Address</w:t>
      </w:r>
    </w:p>
    <w:p>
      <w:r>
        <w:t>Response: __________________________________________________</w:t>
      </w:r>
    </w:p>
    <w:p>
      <w:pPr>
        <w:pStyle w:val="Heading3"/>
      </w:pPr>
      <w:r>
        <w:t>Entry 1 — Phone</w:t>
      </w:r>
    </w:p>
    <w:p>
      <w:r>
        <w:t>Response: __________________________________________________</w:t>
      </w:r>
    </w:p>
    <w:p>
      <w:pPr>
        <w:pStyle w:val="Heading3"/>
      </w:pPr>
      <w:r>
        <w:t>Entry 1 — Alt. phone</w:t>
      </w:r>
    </w:p>
    <w:p>
      <w:r>
        <w:t>Response: __________________________________________________</w:t>
      </w:r>
    </w:p>
    <w:p>
      <w:pPr>
        <w:pStyle w:val="Heading3"/>
      </w:pPr>
      <w:r>
        <w:t>Entry 1 — Notes</w:t>
      </w:r>
    </w:p>
    <w:p>
      <w:r>
        <w:t>Response: __________________________________________________</w:t>
      </w:r>
    </w:p>
    <w:p>
      <w:pPr>
        <w:pStyle w:val="Heading3"/>
      </w:pPr>
      <w:r>
        <w:t>Entry 2 — Name</w:t>
      </w:r>
    </w:p>
    <w:p>
      <w:r>
        <w:t>Response: __________________________________________________</w:t>
      </w:r>
    </w:p>
    <w:p>
      <w:pPr>
        <w:pStyle w:val="Heading3"/>
      </w:pPr>
      <w:r>
        <w:t>Entry 2 — Role</w:t>
      </w:r>
    </w:p>
    <w:p>
      <w:r>
        <w:t>Response: __________________________________________________</w:t>
      </w:r>
    </w:p>
    <w:p>
      <w:pPr>
        <w:pStyle w:val="Heading3"/>
      </w:pPr>
      <w:r>
        <w:t>Entry 2 — Address</w:t>
      </w:r>
    </w:p>
    <w:p>
      <w:r>
        <w:t>Response: __________________________________________________</w:t>
      </w:r>
    </w:p>
    <w:p>
      <w:pPr>
        <w:pStyle w:val="Heading3"/>
      </w:pPr>
      <w:r>
        <w:t>Entry 2 — Phone</w:t>
      </w:r>
    </w:p>
    <w:p>
      <w:r>
        <w:t>Response: __________________________________________________</w:t>
      </w:r>
    </w:p>
    <w:p>
      <w:pPr>
        <w:pStyle w:val="Heading3"/>
      </w:pPr>
      <w:r>
        <w:t>Entry 2 — Alt. phone</w:t>
      </w:r>
    </w:p>
    <w:p>
      <w:r>
        <w:t>Response: __________________________________________________</w:t>
      </w:r>
    </w:p>
    <w:p>
      <w:pPr>
        <w:pStyle w:val="Heading3"/>
      </w:pPr>
      <w:r>
        <w:t>Entry 2 — Notes</w:t>
      </w:r>
    </w:p>
    <w:p>
      <w:r>
        <w:t>Response: __________________________________________________</w:t>
      </w:r>
    </w:p>
    <w:p>
      <w:pPr>
        <w:pStyle w:val="Heading3"/>
      </w:pPr>
      <w:r>
        <w:t>Entry 3 — Name</w:t>
      </w:r>
    </w:p>
    <w:p>
      <w:r>
        <w:t>Response: __________________________________________________</w:t>
      </w:r>
    </w:p>
    <w:p>
      <w:pPr>
        <w:pStyle w:val="Heading3"/>
      </w:pPr>
      <w:r>
        <w:t>Entry 3 — Role</w:t>
      </w:r>
    </w:p>
    <w:p>
      <w:r>
        <w:t>Response: __________________________________________________</w:t>
      </w:r>
    </w:p>
    <w:p>
      <w:pPr>
        <w:pStyle w:val="Heading3"/>
      </w:pPr>
      <w:r>
        <w:t>Entry 3 — Address</w:t>
      </w:r>
    </w:p>
    <w:p>
      <w:r>
        <w:t>Response: __________________________________________________</w:t>
      </w:r>
    </w:p>
    <w:p>
      <w:pPr>
        <w:pStyle w:val="Heading3"/>
      </w:pPr>
      <w:r>
        <w:t>Entry 3 — Phone</w:t>
      </w:r>
    </w:p>
    <w:p>
      <w:r>
        <w:t>Response: __________________________________________________</w:t>
      </w:r>
    </w:p>
    <w:p>
      <w:pPr>
        <w:pStyle w:val="Heading3"/>
      </w:pPr>
      <w:r>
        <w:t>Entry 3 — Alt. phone</w:t>
      </w:r>
    </w:p>
    <w:p>
      <w:r>
        <w:t>Response: __________________________________________________</w:t>
      </w:r>
    </w:p>
    <w:p>
      <w:pPr>
        <w:pStyle w:val="Heading3"/>
      </w:pPr>
      <w:r>
        <w:t>Entry 3 — Notes</w:t>
      </w:r>
    </w:p>
    <w:p>
      <w:r>
        <w:t>Response: __________________________________________________</w:t>
      </w:r>
    </w:p>
    <w:p>
      <w:pPr>
        <w:pStyle w:val="Heading3"/>
      </w:pPr>
      <w:r>
        <w:t>Entry 4 — Name</w:t>
      </w:r>
    </w:p>
    <w:p>
      <w:r>
        <w:t>Response: __________________________________________________</w:t>
      </w:r>
    </w:p>
    <w:p>
      <w:pPr>
        <w:pStyle w:val="Heading3"/>
      </w:pPr>
      <w:r>
        <w:t>Entry 4 — Role</w:t>
      </w:r>
    </w:p>
    <w:p>
      <w:r>
        <w:t>Response: __________________________________________________</w:t>
      </w:r>
    </w:p>
    <w:p>
      <w:pPr>
        <w:pStyle w:val="Heading3"/>
      </w:pPr>
      <w:r>
        <w:t>Entry 4 — Address</w:t>
      </w:r>
    </w:p>
    <w:p>
      <w:r>
        <w:t>Response: __________________________________________________</w:t>
      </w:r>
    </w:p>
    <w:p>
      <w:pPr>
        <w:pStyle w:val="Heading3"/>
      </w:pPr>
      <w:r>
        <w:t>Entry 4 — Phone</w:t>
      </w:r>
    </w:p>
    <w:p>
      <w:r>
        <w:t>Response: __________________________________________________</w:t>
      </w:r>
    </w:p>
    <w:p>
      <w:pPr>
        <w:pStyle w:val="Heading3"/>
      </w:pPr>
      <w:r>
        <w:t>Entry 4 — Alt. phone</w:t>
      </w:r>
    </w:p>
    <w:p>
      <w:r>
        <w:t>Response: __________________________________________________</w:t>
      </w:r>
    </w:p>
    <w:p>
      <w:pPr>
        <w:pStyle w:val="Heading3"/>
      </w:pPr>
      <w:r>
        <w:t>Entry 4 — Notes</w:t>
      </w:r>
    </w:p>
    <w:p>
      <w:r>
        <w:t>Response: __________________________________________________</w:t>
      </w:r>
    </w:p>
    <w:p>
      <w:pPr>
        <w:pStyle w:val="Heading3"/>
      </w:pPr>
      <w:r>
        <w:t>Entry 5 — Name</w:t>
      </w:r>
    </w:p>
    <w:p>
      <w:r>
        <w:t>Response: __________________________________________________</w:t>
      </w:r>
    </w:p>
    <w:p>
      <w:pPr>
        <w:pStyle w:val="Heading3"/>
      </w:pPr>
      <w:r>
        <w:t>Entry 5 — Role</w:t>
      </w:r>
    </w:p>
    <w:p>
      <w:r>
        <w:t>Response: __________________________________________________</w:t>
      </w:r>
    </w:p>
    <w:p>
      <w:pPr>
        <w:pStyle w:val="Heading3"/>
      </w:pPr>
      <w:r>
        <w:t>Entry 5 — Address</w:t>
      </w:r>
    </w:p>
    <w:p>
      <w:r>
        <w:t>Response: __________________________________________________</w:t>
      </w:r>
    </w:p>
    <w:p>
      <w:pPr>
        <w:pStyle w:val="Heading3"/>
      </w:pPr>
      <w:r>
        <w:t>Entry 5 — Phone</w:t>
      </w:r>
    </w:p>
    <w:p>
      <w:r>
        <w:t>Response: __________________________________________________</w:t>
      </w:r>
    </w:p>
    <w:p>
      <w:pPr>
        <w:pStyle w:val="Heading3"/>
      </w:pPr>
      <w:r>
        <w:t>Entry 5 — Alt. phone</w:t>
      </w:r>
    </w:p>
    <w:p>
      <w:r>
        <w:t>Response: __________________________________________________</w:t>
      </w:r>
    </w:p>
    <w:p>
      <w:pPr>
        <w:pStyle w:val="Heading3"/>
      </w:pPr>
      <w:r>
        <w:t>Entry 5 — Notes</w:t>
      </w:r>
    </w:p>
    <w:p>
      <w:r>
        <w:t>Response: __________________________________________________</w:t>
      </w:r>
    </w:p>
    <w:p>
      <w:pPr>
        <w:pStyle w:val="Heading3"/>
      </w:pPr>
      <w:r>
        <w:t>Entry 6 — Name</w:t>
      </w:r>
    </w:p>
    <w:p>
      <w:r>
        <w:t>Response: __________________________________________________</w:t>
      </w:r>
    </w:p>
    <w:p>
      <w:pPr>
        <w:pStyle w:val="Heading3"/>
      </w:pPr>
      <w:r>
        <w:t>Entry 6 — Role</w:t>
      </w:r>
    </w:p>
    <w:p>
      <w:r>
        <w:t>Response: __________________________________________________</w:t>
      </w:r>
    </w:p>
    <w:p>
      <w:pPr>
        <w:pStyle w:val="Heading3"/>
      </w:pPr>
      <w:r>
        <w:t>Entry 6 — Address</w:t>
      </w:r>
    </w:p>
    <w:p>
      <w:r>
        <w:t>Response: __________________________________________________</w:t>
      </w:r>
    </w:p>
    <w:p>
      <w:pPr>
        <w:pStyle w:val="Heading3"/>
      </w:pPr>
      <w:r>
        <w:t>Entry 6 — Phone</w:t>
      </w:r>
    </w:p>
    <w:p>
      <w:r>
        <w:t>Response: __________________________________________________</w:t>
      </w:r>
    </w:p>
    <w:p>
      <w:pPr>
        <w:pStyle w:val="Heading3"/>
      </w:pPr>
      <w:r>
        <w:t>Entry 6 — Alt. phone</w:t>
      </w:r>
    </w:p>
    <w:p>
      <w:r>
        <w:t>Response: __________________________________________________</w:t>
      </w:r>
    </w:p>
    <w:p>
      <w:pPr>
        <w:pStyle w:val="Heading3"/>
      </w:pPr>
      <w:r>
        <w:t>Entry 6 — Notes</w:t>
      </w:r>
    </w:p>
    <w:p>
      <w:r>
        <w:t>Response: __________________________________________________</w:t>
      </w:r>
    </w:p>
    <w:p>
      <w:pPr>
        <w:pStyle w:val="Heading3"/>
      </w:pPr>
      <w:r>
        <w:t>Entry 7 — Name</w:t>
      </w:r>
    </w:p>
    <w:p>
      <w:r>
        <w:t>Response: __________________________________________________</w:t>
      </w:r>
    </w:p>
    <w:p>
      <w:pPr>
        <w:pStyle w:val="Heading3"/>
      </w:pPr>
      <w:r>
        <w:t>Entry 7 — Role</w:t>
      </w:r>
    </w:p>
    <w:p>
      <w:r>
        <w:t>Response: __________________________________________________</w:t>
      </w:r>
    </w:p>
    <w:p>
      <w:pPr>
        <w:pStyle w:val="Heading3"/>
      </w:pPr>
      <w:r>
        <w:t>Entry 7 — Address</w:t>
      </w:r>
    </w:p>
    <w:p>
      <w:r>
        <w:t>Response: __________________________________________________</w:t>
      </w:r>
    </w:p>
    <w:p>
      <w:pPr>
        <w:pStyle w:val="Heading3"/>
      </w:pPr>
      <w:r>
        <w:t>Entry 7 — Phone</w:t>
      </w:r>
    </w:p>
    <w:p>
      <w:r>
        <w:t>Response: __________________________________________________</w:t>
      </w:r>
    </w:p>
    <w:p>
      <w:pPr>
        <w:pStyle w:val="Heading3"/>
      </w:pPr>
      <w:r>
        <w:t>Entry 7 — Alt. phone</w:t>
      </w:r>
    </w:p>
    <w:p>
      <w:r>
        <w:t>Response: __________________________________________________</w:t>
      </w:r>
    </w:p>
    <w:p>
      <w:pPr>
        <w:pStyle w:val="Heading3"/>
      </w:pPr>
      <w:r>
        <w:t>Entry 7 — Notes</w:t>
      </w:r>
    </w:p>
    <w:p>
      <w:r>
        <w:t>Response: __________________________________________________</w:t>
      </w:r>
    </w:p>
    <w:p>
      <w:pPr>
        <w:pStyle w:val="Heading3"/>
      </w:pPr>
      <w:r>
        <w:t>Entry 8 — Name</w:t>
      </w:r>
    </w:p>
    <w:p>
      <w:r>
        <w:t>Response: __________________________________________________</w:t>
      </w:r>
    </w:p>
    <w:p>
      <w:pPr>
        <w:pStyle w:val="Heading3"/>
      </w:pPr>
      <w:r>
        <w:t>Entry 8 — Role</w:t>
      </w:r>
    </w:p>
    <w:p>
      <w:r>
        <w:t>Response: __________________________________________________</w:t>
      </w:r>
    </w:p>
    <w:p>
      <w:pPr>
        <w:pStyle w:val="Heading3"/>
      </w:pPr>
      <w:r>
        <w:t>Entry 8 — Address</w:t>
      </w:r>
    </w:p>
    <w:p>
      <w:r>
        <w:t>Response: __________________________________________________</w:t>
      </w:r>
    </w:p>
    <w:p>
      <w:pPr>
        <w:pStyle w:val="Heading3"/>
      </w:pPr>
      <w:r>
        <w:t>Entry 8 — Phone</w:t>
      </w:r>
    </w:p>
    <w:p>
      <w:r>
        <w:t>Response: __________________________________________________</w:t>
      </w:r>
    </w:p>
    <w:p>
      <w:pPr>
        <w:pStyle w:val="Heading3"/>
      </w:pPr>
      <w:r>
        <w:t>Entry 8 — Alt. phone</w:t>
      </w:r>
    </w:p>
    <w:p>
      <w:r>
        <w:t>Response: __________________________________________________</w:t>
      </w:r>
    </w:p>
    <w:p>
      <w:pPr>
        <w:pStyle w:val="Heading3"/>
      </w:pPr>
      <w:r>
        <w:t>Entry 8 — Notes</w:t>
      </w:r>
    </w:p>
    <w:p>
      <w:r>
        <w:t>Response: __________________________________________________</w:t>
      </w:r>
    </w:p>
    <w:p>
      <w:pPr>
        <w:pStyle w:val="Heading3"/>
      </w:pPr>
      <w:r>
        <w:t>Entry 9 — Name</w:t>
      </w:r>
    </w:p>
    <w:p>
      <w:r>
        <w:t>Response: __________________________________________________</w:t>
      </w:r>
    </w:p>
    <w:p>
      <w:pPr>
        <w:pStyle w:val="Heading3"/>
      </w:pPr>
      <w:r>
        <w:t>Entry 9 — Role</w:t>
      </w:r>
    </w:p>
    <w:p>
      <w:r>
        <w:t>Response: __________________________________________________</w:t>
      </w:r>
    </w:p>
    <w:p>
      <w:pPr>
        <w:pStyle w:val="Heading3"/>
      </w:pPr>
      <w:r>
        <w:t>Entry 9 — Address</w:t>
      </w:r>
    </w:p>
    <w:p>
      <w:r>
        <w:t>Response: __________________________________________________</w:t>
      </w:r>
    </w:p>
    <w:p>
      <w:pPr>
        <w:pStyle w:val="Heading3"/>
      </w:pPr>
      <w:r>
        <w:t>Entry 9 — Phone</w:t>
      </w:r>
    </w:p>
    <w:p>
      <w:r>
        <w:t>Response: __________________________________________________</w:t>
      </w:r>
    </w:p>
    <w:p>
      <w:pPr>
        <w:pStyle w:val="Heading3"/>
      </w:pPr>
      <w:r>
        <w:t>Entry 9 — Alt. phone</w:t>
      </w:r>
    </w:p>
    <w:p>
      <w:r>
        <w:t>Response: __________________________________________________</w:t>
      </w:r>
    </w:p>
    <w:p>
      <w:pPr>
        <w:pStyle w:val="Heading3"/>
      </w:pPr>
      <w:r>
        <w:t>Entry 9 — Notes</w:t>
      </w:r>
    </w:p>
    <w:p>
      <w:r>
        <w:t>Response: __________________________________________________</w:t>
      </w:r>
    </w:p>
    <w:p>
      <w:pPr>
        <w:pStyle w:val="Heading3"/>
      </w:pPr>
      <w:r>
        <w:t>Entry 10 — Name</w:t>
      </w:r>
    </w:p>
    <w:p>
      <w:r>
        <w:t>Response: __________________________________________________</w:t>
      </w:r>
    </w:p>
    <w:p>
      <w:pPr>
        <w:pStyle w:val="Heading3"/>
      </w:pPr>
      <w:r>
        <w:t>Entry 10 — Role</w:t>
      </w:r>
    </w:p>
    <w:p>
      <w:r>
        <w:t>Response: __________________________________________________</w:t>
      </w:r>
    </w:p>
    <w:p>
      <w:pPr>
        <w:pStyle w:val="Heading3"/>
      </w:pPr>
      <w:r>
        <w:t>Entry 10 — Address</w:t>
      </w:r>
    </w:p>
    <w:p>
      <w:r>
        <w:t>Response: __________________________________________________</w:t>
      </w:r>
    </w:p>
    <w:p>
      <w:pPr>
        <w:pStyle w:val="Heading3"/>
      </w:pPr>
      <w:r>
        <w:t>Entry 10 — Phone</w:t>
      </w:r>
    </w:p>
    <w:p>
      <w:r>
        <w:t>Response: __________________________________________________</w:t>
      </w:r>
    </w:p>
    <w:p>
      <w:pPr>
        <w:pStyle w:val="Heading3"/>
      </w:pPr>
      <w:r>
        <w:t>Entry 10 — Alt. phone</w:t>
      </w:r>
    </w:p>
    <w:p>
      <w:r>
        <w:t>Response: __________________________________________________</w:t>
      </w:r>
    </w:p>
    <w:p>
      <w:pPr>
        <w:pStyle w:val="Heading3"/>
      </w:pPr>
      <w:r>
        <w:t>Entry 10 — Notes</w:t>
      </w:r>
    </w:p>
    <w:p>
      <w:r>
        <w:t>Response: __________________________________________________</w:t>
      </w:r>
    </w:p>
    <w:p>
      <w:pPr>
        <w:pStyle w:val="Heading3"/>
      </w:pPr>
      <w:r>
        <w:t>List owner / last checked</w:t>
      </w:r>
    </w:p>
    <w:p>
      <w:r>
        <w:t>Response: __________________________________________________</w:t>
      </w:r>
    </w:p>
    <w:p>
      <w:pPr>
        <w:pStyle w:val="Heading3"/>
      </w:pPr>
      <w:r>
        <w:t>Continuation sheet ID</w:t>
      </w:r>
    </w:p>
    <w:p>
      <w:r>
        <w:t>Response: __________________________________________________</w:t>
      </w:r>
    </w:p>
    <w:p>
      <w:r>
        <w:br w:type="page"/>
      </w:r>
    </w:p>
    <w:p>
      <w:pPr>
        <w:pStyle w:val="Heading1"/>
      </w:pPr>
      <w:r>
        <w:t>06-A — Health &amp; care summary</w:t>
      </w:r>
    </w:p>
    <w:p>
      <w:r>
        <w:t>Repeat for each person. Keep this page private; use current clinician-supplied records.</w:t>
      </w:r>
    </w:p>
    <w:p>
      <w:r>
        <w:t>This summary is not a medical order or treatment plan. Use the actual current care instructions and discuss discrepancies with the treating team.</w:t>
      </w:r>
    </w:p>
    <w:p>
      <w:r>
        <w:t>ADD COPIES | Pocket 06-CARE Current medication list, care plan, insurance-card copy and current directives as appropriate.</w:t>
      </w:r>
    </w:p>
    <w:p>
      <w:pPr>
        <w:pStyle w:val="Heading3"/>
      </w:pPr>
      <w:r>
        <w:t>Person / record ID</w:t>
      </w:r>
    </w:p>
    <w:p>
      <w:r>
        <w:t>Response: __________________________________________________</w:t>
      </w:r>
    </w:p>
    <w:p>
      <w:pPr>
        <w:pStyle w:val="Heading3"/>
      </w:pPr>
      <w:r>
        <w:t>Date checked / checked by</w:t>
      </w:r>
    </w:p>
    <w:p>
      <w:r>
        <w:t>Response: __________________________________________________</w:t>
      </w:r>
    </w:p>
    <w:p>
      <w:pPr>
        <w:pStyle w:val="Heading3"/>
      </w:pPr>
      <w:r>
        <w:t>Date of birth (private)</w:t>
      </w:r>
    </w:p>
    <w:p>
      <w:r>
        <w:t>Response: __________________________________________________</w:t>
      </w:r>
    </w:p>
    <w:p>
      <w:pPr>
        <w:pStyle w:val="Heading3"/>
      </w:pPr>
      <w:r>
        <w:t>Preferred language / communication needs</w:t>
      </w:r>
    </w:p>
    <w:p>
      <w:r>
        <w:t>Response: __________________________________________________</w:t>
      </w:r>
    </w:p>
    <w:p>
      <w:pPr>
        <w:pStyle w:val="Heading3"/>
      </w:pPr>
      <w:r>
        <w:t>Healthcare representative / phone</w:t>
      </w:r>
    </w:p>
    <w:p>
      <w:r>
        <w:t>Response: __________________________________________________</w:t>
      </w:r>
    </w:p>
    <w:p>
      <w:pPr>
        <w:pStyle w:val="Heading3"/>
      </w:pPr>
      <w:r>
        <w:t>Primary clinician / phone</w:t>
      </w:r>
    </w:p>
    <w:p>
      <w:r>
        <w:t>Response: __________________________________________________</w:t>
      </w:r>
    </w:p>
    <w:p>
      <w:pPr>
        <w:pStyle w:val="Heading3"/>
      </w:pPr>
      <w:r>
        <w:t>Allergies and reactions; write UNKNOWN if not confirmed</w:t>
      </w:r>
    </w:p>
    <w:p>
      <w:r>
        <w:t>Response: __________________________________________________</w:t>
      </w:r>
    </w:p>
    <w:p>
      <w:pPr>
        <w:pStyle w:val="Heading3"/>
      </w:pPr>
      <w:r>
        <w:t>Important conditions, devices, accessibility and care needs</w:t>
      </w:r>
    </w:p>
    <w:p>
      <w:r>
        <w:t>Response: __________________________________________________</w:t>
      </w:r>
    </w:p>
    <w:p>
      <w:pPr>
        <w:pStyle w:val="Heading3"/>
      </w:pPr>
      <w:r>
        <w:t>Current medication list location</w:t>
      </w:r>
    </w:p>
    <w:p>
      <w:r>
        <w:t>Response: __________________________________________________</w:t>
      </w:r>
    </w:p>
    <w:p>
      <w:pPr>
        <w:pStyle w:val="Heading3"/>
      </w:pPr>
      <w:r>
        <w:t>Care plan / directive / medical orders location</w:t>
      </w:r>
    </w:p>
    <w:p>
      <w:r>
        <w:t>Response: __________________________________________________</w:t>
      </w:r>
    </w:p>
    <w:p>
      <w:pPr>
        <w:pStyle w:val="Heading3"/>
      </w:pPr>
      <w:r>
        <w:t>Insurance provider / member-card location</w:t>
      </w:r>
    </w:p>
    <w:p>
      <w:r>
        <w:t>Response: __________________________________________________</w:t>
      </w:r>
    </w:p>
    <w:p>
      <w:pPr>
        <w:pStyle w:val="Heading3"/>
      </w:pPr>
      <w:r>
        <w:t>Pharmacy / phone</w:t>
      </w:r>
    </w:p>
    <w:p>
      <w:r>
        <w:t>Response: __________________________________________________</w:t>
      </w:r>
    </w:p>
    <w:p>
      <w:pPr>
        <w:pStyle w:val="Heading3"/>
      </w:pPr>
      <w:r>
        <w:t>Equipment, supplier, support number and power-contingency plan</w:t>
      </w:r>
    </w:p>
    <w:p>
      <w:r>
        <w:t>Response: __________________________________________________</w:t>
      </w:r>
    </w:p>
    <w:p>
      <w:r>
        <w:br w:type="page"/>
      </w:r>
    </w:p>
    <w:p>
      <w:pPr>
        <w:pStyle w:val="Heading1"/>
      </w:pPr>
      <w:r>
        <w:t>06-B — Medication list</w:t>
      </w:r>
    </w:p>
    <w:p>
      <w:r>
        <w:t>Repeat per person. Copy from a current list and confirm with the clinician or pharmacist.</w:t>
      </w:r>
    </w:p>
    <w:p>
      <w:r>
        <w:t>Include prescribed medicines, over-the-counter products and supplements. Do not change treatment based on this worksheet. Leave uncertain information marked UNKNOWN.</w:t>
      </w:r>
    </w:p>
    <w:p>
      <w:r>
        <w:t>ADD COPIES | Pocket 06-CARE Dated medication printout; replace outdated copies after confirming the new list.</w:t>
      </w:r>
    </w:p>
    <w:p>
      <w:pPr>
        <w:pStyle w:val="Heading3"/>
      </w:pPr>
      <w:r>
        <w:t>Person</w:t>
      </w:r>
    </w:p>
    <w:p>
      <w:r>
        <w:t>Response: __________________________________________________</w:t>
      </w:r>
    </w:p>
    <w:p>
      <w:pPr>
        <w:pStyle w:val="Heading3"/>
      </w:pPr>
      <w:r>
        <w:t>Last reconciled / professional contact</w:t>
      </w:r>
    </w:p>
    <w:p>
      <w:r>
        <w:t>Response: __________________________________________________</w:t>
      </w:r>
    </w:p>
    <w:p>
      <w:pPr>
        <w:pStyle w:val="Heading3"/>
      </w:pPr>
      <w:r>
        <w:t>Entry 1 — Medicine / strength</w:t>
      </w:r>
    </w:p>
    <w:p>
      <w:r>
        <w:t>Response: __________________________________________________</w:t>
      </w:r>
    </w:p>
    <w:p>
      <w:pPr>
        <w:pStyle w:val="Heading3"/>
      </w:pPr>
      <w:r>
        <w:t>Entry 1 — Dose &amp; route</w:t>
      </w:r>
    </w:p>
    <w:p>
      <w:r>
        <w:t>Response: __________________________________________________</w:t>
      </w:r>
    </w:p>
    <w:p>
      <w:pPr>
        <w:pStyle w:val="Heading3"/>
      </w:pPr>
      <w:r>
        <w:t>Entry 1 — When taken</w:t>
      </w:r>
    </w:p>
    <w:p>
      <w:r>
        <w:t>Response: __________________________________________________</w:t>
      </w:r>
    </w:p>
    <w:p>
      <w:pPr>
        <w:pStyle w:val="Heading3"/>
      </w:pPr>
      <w:r>
        <w:t>Entry 1 — Prescriber / pharmacy</w:t>
      </w:r>
    </w:p>
    <w:p>
      <w:r>
        <w:t>Response: __________________________________________________</w:t>
      </w:r>
    </w:p>
    <w:p>
      <w:pPr>
        <w:pStyle w:val="Heading3"/>
      </w:pPr>
      <w:r>
        <w:t>Entry 2 — Medicine / strength</w:t>
      </w:r>
    </w:p>
    <w:p>
      <w:r>
        <w:t>Response: __________________________________________________</w:t>
      </w:r>
    </w:p>
    <w:p>
      <w:pPr>
        <w:pStyle w:val="Heading3"/>
      </w:pPr>
      <w:r>
        <w:t>Entry 2 — Dose &amp; route</w:t>
      </w:r>
    </w:p>
    <w:p>
      <w:r>
        <w:t>Response: __________________________________________________</w:t>
      </w:r>
    </w:p>
    <w:p>
      <w:pPr>
        <w:pStyle w:val="Heading3"/>
      </w:pPr>
      <w:r>
        <w:t>Entry 2 — When taken</w:t>
      </w:r>
    </w:p>
    <w:p>
      <w:r>
        <w:t>Response: __________________________________________________</w:t>
      </w:r>
    </w:p>
    <w:p>
      <w:pPr>
        <w:pStyle w:val="Heading3"/>
      </w:pPr>
      <w:r>
        <w:t>Entry 2 — Prescriber / pharmacy</w:t>
      </w:r>
    </w:p>
    <w:p>
      <w:r>
        <w:t>Response: __________________________________________________</w:t>
      </w:r>
    </w:p>
    <w:p>
      <w:pPr>
        <w:pStyle w:val="Heading3"/>
      </w:pPr>
      <w:r>
        <w:t>Entry 3 — Medicine / strength</w:t>
      </w:r>
    </w:p>
    <w:p>
      <w:r>
        <w:t>Response: __________________________________________________</w:t>
      </w:r>
    </w:p>
    <w:p>
      <w:pPr>
        <w:pStyle w:val="Heading3"/>
      </w:pPr>
      <w:r>
        <w:t>Entry 3 — Dose &amp; route</w:t>
      </w:r>
    </w:p>
    <w:p>
      <w:r>
        <w:t>Response: __________________________________________________</w:t>
      </w:r>
    </w:p>
    <w:p>
      <w:pPr>
        <w:pStyle w:val="Heading3"/>
      </w:pPr>
      <w:r>
        <w:t>Entry 3 — When taken</w:t>
      </w:r>
    </w:p>
    <w:p>
      <w:r>
        <w:t>Response: __________________________________________________</w:t>
      </w:r>
    </w:p>
    <w:p>
      <w:pPr>
        <w:pStyle w:val="Heading3"/>
      </w:pPr>
      <w:r>
        <w:t>Entry 3 — Prescriber / pharmacy</w:t>
      </w:r>
    </w:p>
    <w:p>
      <w:r>
        <w:t>Response: __________________________________________________</w:t>
      </w:r>
    </w:p>
    <w:p>
      <w:pPr>
        <w:pStyle w:val="Heading3"/>
      </w:pPr>
      <w:r>
        <w:t>Entry 4 — Medicine / strength</w:t>
      </w:r>
    </w:p>
    <w:p>
      <w:r>
        <w:t>Response: __________________________________________________</w:t>
      </w:r>
    </w:p>
    <w:p>
      <w:pPr>
        <w:pStyle w:val="Heading3"/>
      </w:pPr>
      <w:r>
        <w:t>Entry 4 — Dose &amp; route</w:t>
      </w:r>
    </w:p>
    <w:p>
      <w:r>
        <w:t>Response: __________________________________________________</w:t>
      </w:r>
    </w:p>
    <w:p>
      <w:pPr>
        <w:pStyle w:val="Heading3"/>
      </w:pPr>
      <w:r>
        <w:t>Entry 4 — When taken</w:t>
      </w:r>
    </w:p>
    <w:p>
      <w:r>
        <w:t>Response: __________________________________________________</w:t>
      </w:r>
    </w:p>
    <w:p>
      <w:pPr>
        <w:pStyle w:val="Heading3"/>
      </w:pPr>
      <w:r>
        <w:t>Entry 4 — Prescriber / pharmacy</w:t>
      </w:r>
    </w:p>
    <w:p>
      <w:r>
        <w:t>Response: __________________________________________________</w:t>
      </w:r>
    </w:p>
    <w:p>
      <w:pPr>
        <w:pStyle w:val="Heading3"/>
      </w:pPr>
      <w:r>
        <w:t>Entry 5 — Medicine / strength</w:t>
      </w:r>
    </w:p>
    <w:p>
      <w:r>
        <w:t>Response: __________________________________________________</w:t>
      </w:r>
    </w:p>
    <w:p>
      <w:pPr>
        <w:pStyle w:val="Heading3"/>
      </w:pPr>
      <w:r>
        <w:t>Entry 5 — Dose &amp; route</w:t>
      </w:r>
    </w:p>
    <w:p>
      <w:r>
        <w:t>Response: __________________________________________________</w:t>
      </w:r>
    </w:p>
    <w:p>
      <w:pPr>
        <w:pStyle w:val="Heading3"/>
      </w:pPr>
      <w:r>
        <w:t>Entry 5 — When taken</w:t>
      </w:r>
    </w:p>
    <w:p>
      <w:r>
        <w:t>Response: __________________________________________________</w:t>
      </w:r>
    </w:p>
    <w:p>
      <w:pPr>
        <w:pStyle w:val="Heading3"/>
      </w:pPr>
      <w:r>
        <w:t>Entry 5 — Prescriber / pharmacy</w:t>
      </w:r>
    </w:p>
    <w:p>
      <w:r>
        <w:t>Response: __________________________________________________</w:t>
      </w:r>
    </w:p>
    <w:p>
      <w:pPr>
        <w:pStyle w:val="Heading3"/>
      </w:pPr>
      <w:r>
        <w:t>Entry 6 — Medicine / strength</w:t>
      </w:r>
    </w:p>
    <w:p>
      <w:r>
        <w:t>Response: __________________________________________________</w:t>
      </w:r>
    </w:p>
    <w:p>
      <w:pPr>
        <w:pStyle w:val="Heading3"/>
      </w:pPr>
      <w:r>
        <w:t>Entry 6 — Dose &amp; route</w:t>
      </w:r>
    </w:p>
    <w:p>
      <w:r>
        <w:t>Response: __________________________________________________</w:t>
      </w:r>
    </w:p>
    <w:p>
      <w:pPr>
        <w:pStyle w:val="Heading3"/>
      </w:pPr>
      <w:r>
        <w:t>Entry 6 — When taken</w:t>
      </w:r>
    </w:p>
    <w:p>
      <w:r>
        <w:t>Response: __________________________________________________</w:t>
      </w:r>
    </w:p>
    <w:p>
      <w:pPr>
        <w:pStyle w:val="Heading3"/>
      </w:pPr>
      <w:r>
        <w:t>Entry 6 — Prescriber / pharmacy</w:t>
      </w:r>
    </w:p>
    <w:p>
      <w:r>
        <w:t>Response: __________________________________________________</w:t>
      </w:r>
    </w:p>
    <w:p>
      <w:pPr>
        <w:pStyle w:val="Heading3"/>
      </w:pPr>
      <w:r>
        <w:t>Entry 7 — Medicine / strength</w:t>
      </w:r>
    </w:p>
    <w:p>
      <w:r>
        <w:t>Response: __________________________________________________</w:t>
      </w:r>
    </w:p>
    <w:p>
      <w:pPr>
        <w:pStyle w:val="Heading3"/>
      </w:pPr>
      <w:r>
        <w:t>Entry 7 — Dose &amp; route</w:t>
      </w:r>
    </w:p>
    <w:p>
      <w:r>
        <w:t>Response: __________________________________________________</w:t>
      </w:r>
    </w:p>
    <w:p>
      <w:pPr>
        <w:pStyle w:val="Heading3"/>
      </w:pPr>
      <w:r>
        <w:t>Entry 7 — When taken</w:t>
      </w:r>
    </w:p>
    <w:p>
      <w:r>
        <w:t>Response: __________________________________________________</w:t>
      </w:r>
    </w:p>
    <w:p>
      <w:pPr>
        <w:pStyle w:val="Heading3"/>
      </w:pPr>
      <w:r>
        <w:t>Entry 7 — Prescriber / pharmacy</w:t>
      </w:r>
    </w:p>
    <w:p>
      <w:r>
        <w:t>Response: __________________________________________________</w:t>
      </w:r>
    </w:p>
    <w:p>
      <w:pPr>
        <w:pStyle w:val="Heading3"/>
      </w:pPr>
      <w:r>
        <w:t>As-needed instructions, storage, allergies and attached-list location</w:t>
      </w:r>
    </w:p>
    <w:p>
      <w:r>
        <w:t>Response: __________________________________________________</w:t>
      </w:r>
    </w:p>
    <w:p>
      <w:r>
        <w:br w:type="page"/>
      </w:r>
    </w:p>
    <w:p>
      <w:pPr>
        <w:pStyle w:val="Heading1"/>
      </w:pPr>
      <w:r>
        <w:t>06-C — Care providers &amp; plan locations</w:t>
      </w:r>
    </w:p>
    <w:p>
      <w:r>
        <w:t>Repeat as needed; include clinicians, pharmacy, home care and hospice when applicable.</w:t>
      </w:r>
    </w:p>
    <w:p>
      <w:r>
        <w:t>Keep medical portal access in section 11 without listing passwords. Provider and portal procedures may differ from financial access procedures.</w:t>
      </w:r>
    </w:p>
    <w:p>
      <w:r>
        <w:t>ADD COPIES | Pocket 06-CARE Provider contact sheet and relevant current care instructions.</w:t>
      </w:r>
    </w:p>
    <w:p>
      <w:pPr>
        <w:pStyle w:val="Heading3"/>
      </w:pPr>
      <w:r>
        <w:t>Person</w:t>
      </w:r>
    </w:p>
    <w:p>
      <w:r>
        <w:t>Response: __________________________________________________</w:t>
      </w:r>
    </w:p>
    <w:p>
      <w:pPr>
        <w:pStyle w:val="Heading3"/>
      </w:pPr>
      <w:r>
        <w:t>Last checked</w:t>
      </w:r>
    </w:p>
    <w:p>
      <w:r>
        <w:t>Response: __________________________________________________</w:t>
      </w:r>
    </w:p>
    <w:p>
      <w:pPr>
        <w:pStyle w:val="Heading3"/>
      </w:pPr>
      <w:r>
        <w:t>Entry 1 — Provider / role</w:t>
      </w:r>
    </w:p>
    <w:p>
      <w:r>
        <w:t>Response: __________________________________________________</w:t>
      </w:r>
    </w:p>
    <w:p>
      <w:pPr>
        <w:pStyle w:val="Heading3"/>
      </w:pPr>
      <w:r>
        <w:t>Entry 1 — Phone / after-hours</w:t>
      </w:r>
    </w:p>
    <w:p>
      <w:r>
        <w:t>Response: __________________________________________________</w:t>
      </w:r>
    </w:p>
    <w:p>
      <w:pPr>
        <w:pStyle w:val="Heading3"/>
      </w:pPr>
      <w:r>
        <w:t>Entry 1 — Address / portal</w:t>
      </w:r>
    </w:p>
    <w:p>
      <w:r>
        <w:t>Response: __________________________________________________</w:t>
      </w:r>
    </w:p>
    <w:p>
      <w:pPr>
        <w:pStyle w:val="Heading3"/>
      </w:pPr>
      <w:r>
        <w:t>Entry 1 — Record location</w:t>
      </w:r>
    </w:p>
    <w:p>
      <w:r>
        <w:t>Response: __________________________________________________</w:t>
      </w:r>
    </w:p>
    <w:p>
      <w:pPr>
        <w:pStyle w:val="Heading3"/>
      </w:pPr>
      <w:r>
        <w:t>Entry 2 — Provider / role</w:t>
      </w:r>
    </w:p>
    <w:p>
      <w:r>
        <w:t>Response: __________________________________________________</w:t>
      </w:r>
    </w:p>
    <w:p>
      <w:pPr>
        <w:pStyle w:val="Heading3"/>
      </w:pPr>
      <w:r>
        <w:t>Entry 2 — Phone / after-hours</w:t>
      </w:r>
    </w:p>
    <w:p>
      <w:r>
        <w:t>Response: __________________________________________________</w:t>
      </w:r>
    </w:p>
    <w:p>
      <w:pPr>
        <w:pStyle w:val="Heading3"/>
      </w:pPr>
      <w:r>
        <w:t>Entry 2 — Address / portal</w:t>
      </w:r>
    </w:p>
    <w:p>
      <w:r>
        <w:t>Response: __________________________________________________</w:t>
      </w:r>
    </w:p>
    <w:p>
      <w:pPr>
        <w:pStyle w:val="Heading3"/>
      </w:pPr>
      <w:r>
        <w:t>Entry 2 — Record location</w:t>
      </w:r>
    </w:p>
    <w:p>
      <w:r>
        <w:t>Response: __________________________________________________</w:t>
      </w:r>
    </w:p>
    <w:p>
      <w:pPr>
        <w:pStyle w:val="Heading3"/>
      </w:pPr>
      <w:r>
        <w:t>Entry 3 — Provider / role</w:t>
      </w:r>
    </w:p>
    <w:p>
      <w:r>
        <w:t>Response: __________________________________________________</w:t>
      </w:r>
    </w:p>
    <w:p>
      <w:pPr>
        <w:pStyle w:val="Heading3"/>
      </w:pPr>
      <w:r>
        <w:t>Entry 3 — Phone / after-hours</w:t>
      </w:r>
    </w:p>
    <w:p>
      <w:r>
        <w:t>Response: __________________________________________________</w:t>
      </w:r>
    </w:p>
    <w:p>
      <w:pPr>
        <w:pStyle w:val="Heading3"/>
      </w:pPr>
      <w:r>
        <w:t>Entry 3 — Address / portal</w:t>
      </w:r>
    </w:p>
    <w:p>
      <w:r>
        <w:t>Response: __________________________________________________</w:t>
      </w:r>
    </w:p>
    <w:p>
      <w:pPr>
        <w:pStyle w:val="Heading3"/>
      </w:pPr>
      <w:r>
        <w:t>Entry 3 — Record location</w:t>
      </w:r>
    </w:p>
    <w:p>
      <w:r>
        <w:t>Response: __________________________________________________</w:t>
      </w:r>
    </w:p>
    <w:p>
      <w:pPr>
        <w:pStyle w:val="Heading3"/>
      </w:pPr>
      <w:r>
        <w:t>Entry 4 — Provider / role</w:t>
      </w:r>
    </w:p>
    <w:p>
      <w:r>
        <w:t>Response: __________________________________________________</w:t>
      </w:r>
    </w:p>
    <w:p>
      <w:pPr>
        <w:pStyle w:val="Heading3"/>
      </w:pPr>
      <w:r>
        <w:t>Entry 4 — Phone / after-hours</w:t>
      </w:r>
    </w:p>
    <w:p>
      <w:r>
        <w:t>Response: __________________________________________________</w:t>
      </w:r>
    </w:p>
    <w:p>
      <w:pPr>
        <w:pStyle w:val="Heading3"/>
      </w:pPr>
      <w:r>
        <w:t>Entry 4 — Address / portal</w:t>
      </w:r>
    </w:p>
    <w:p>
      <w:r>
        <w:t>Response: __________________________________________________</w:t>
      </w:r>
    </w:p>
    <w:p>
      <w:pPr>
        <w:pStyle w:val="Heading3"/>
      </w:pPr>
      <w:r>
        <w:t>Entry 4 — Record location</w:t>
      </w:r>
    </w:p>
    <w:p>
      <w:r>
        <w:t>Response: __________________________________________________</w:t>
      </w:r>
    </w:p>
    <w:p>
      <w:pPr>
        <w:pStyle w:val="Heading3"/>
      </w:pPr>
      <w:r>
        <w:t>Entry 5 — Provider / role</w:t>
      </w:r>
    </w:p>
    <w:p>
      <w:r>
        <w:t>Response: __________________________________________________</w:t>
      </w:r>
    </w:p>
    <w:p>
      <w:pPr>
        <w:pStyle w:val="Heading3"/>
      </w:pPr>
      <w:r>
        <w:t>Entry 5 — Phone / after-hours</w:t>
      </w:r>
    </w:p>
    <w:p>
      <w:r>
        <w:t>Response: __________________________________________________</w:t>
      </w:r>
    </w:p>
    <w:p>
      <w:pPr>
        <w:pStyle w:val="Heading3"/>
      </w:pPr>
      <w:r>
        <w:t>Entry 5 — Address / portal</w:t>
      </w:r>
    </w:p>
    <w:p>
      <w:r>
        <w:t>Response: __________________________________________________</w:t>
      </w:r>
    </w:p>
    <w:p>
      <w:pPr>
        <w:pStyle w:val="Heading3"/>
      </w:pPr>
      <w:r>
        <w:t>Entry 5 — Record location</w:t>
      </w:r>
    </w:p>
    <w:p>
      <w:r>
        <w:t>Response: __________________________________________________</w:t>
      </w:r>
    </w:p>
    <w:p>
      <w:pPr>
        <w:pStyle w:val="Heading3"/>
      </w:pPr>
      <w:r>
        <w:t>Entry 6 — Provider / role</w:t>
      </w:r>
    </w:p>
    <w:p>
      <w:r>
        <w:t>Response: __________________________________________________</w:t>
      </w:r>
    </w:p>
    <w:p>
      <w:pPr>
        <w:pStyle w:val="Heading3"/>
      </w:pPr>
      <w:r>
        <w:t>Entry 6 — Phone / after-hours</w:t>
      </w:r>
    </w:p>
    <w:p>
      <w:r>
        <w:t>Response: __________________________________________________</w:t>
      </w:r>
    </w:p>
    <w:p>
      <w:pPr>
        <w:pStyle w:val="Heading3"/>
      </w:pPr>
      <w:r>
        <w:t>Entry 6 — Address / portal</w:t>
      </w:r>
    </w:p>
    <w:p>
      <w:r>
        <w:t>Response: __________________________________________________</w:t>
      </w:r>
    </w:p>
    <w:p>
      <w:pPr>
        <w:pStyle w:val="Heading3"/>
      </w:pPr>
      <w:r>
        <w:t>Entry 6 — Record location</w:t>
      </w:r>
    </w:p>
    <w:p>
      <w:r>
        <w:t>Response: __________________________________________________</w:t>
      </w:r>
    </w:p>
    <w:p>
      <w:pPr>
        <w:pStyle w:val="Heading3"/>
      </w:pPr>
      <w:r>
        <w:t>Current home-care or hospice plan contact and instructions location</w:t>
      </w:r>
    </w:p>
    <w:p>
      <w:r>
        <w:t>Response: __________________________________________________</w:t>
      </w:r>
    </w:p>
    <w:p>
      <w:r>
        <w:br w:type="page"/>
      </w:r>
    </w:p>
    <w:p>
      <w:pPr>
        <w:pStyle w:val="Heading1"/>
      </w:pPr>
      <w:r>
        <w:t>07-A — Legal document locator</w:t>
      </w:r>
    </w:p>
    <w:p>
      <w:r>
        <w:t>Record what actually exists and where the signed originals can be found.</w:t>
      </w:r>
    </w:p>
    <w:p>
      <w:r>
        <w:t>This workbook does not create or amend these documents. Do not remove staples, mark up, discard or replace signed originals based on this organizer. Ask the attorney how originals and copies should be stored.</w:t>
      </w:r>
    </w:p>
    <w:p>
      <w:r>
        <w:t>ADD COPIES | Pocket 07-LEGAL Clearly labeled reference copies, or location slips when the documents are stored separately.</w:t>
      </w:r>
    </w:p>
    <w:p>
      <w:pPr>
        <w:pStyle w:val="Heading3"/>
      </w:pPr>
      <w:r>
        <w:t>Will / codicils — Status / date</w:t>
      </w:r>
    </w:p>
    <w:p>
      <w:r>
        <w:t>Response: __________________________________________________</w:t>
      </w:r>
    </w:p>
    <w:p>
      <w:pPr>
        <w:pStyle w:val="Heading3"/>
      </w:pPr>
      <w:r>
        <w:t>Will / codicils — Original location</w:t>
      </w:r>
    </w:p>
    <w:p>
      <w:r>
        <w:t>Response: __________________________________________________</w:t>
      </w:r>
    </w:p>
    <w:p>
      <w:pPr>
        <w:pStyle w:val="Heading3"/>
      </w:pPr>
      <w:r>
        <w:t>Will / codicils — Copy ID / contact</w:t>
      </w:r>
    </w:p>
    <w:p>
      <w:r>
        <w:t>Response: __________________________________________________</w:t>
      </w:r>
    </w:p>
    <w:p>
      <w:pPr>
        <w:pStyle w:val="Heading3"/>
      </w:pPr>
      <w:r>
        <w:t>Trust / amendments — Status / date</w:t>
      </w:r>
    </w:p>
    <w:p>
      <w:r>
        <w:t>Response: __________________________________________________</w:t>
      </w:r>
    </w:p>
    <w:p>
      <w:pPr>
        <w:pStyle w:val="Heading3"/>
      </w:pPr>
      <w:r>
        <w:t>Trust / amendments — Original location</w:t>
      </w:r>
    </w:p>
    <w:p>
      <w:r>
        <w:t>Response: __________________________________________________</w:t>
      </w:r>
    </w:p>
    <w:p>
      <w:pPr>
        <w:pStyle w:val="Heading3"/>
      </w:pPr>
      <w:r>
        <w:t>Trust / amendments — Copy ID / contact</w:t>
      </w:r>
    </w:p>
    <w:p>
      <w:r>
        <w:t>Response: __________________________________________________</w:t>
      </w:r>
    </w:p>
    <w:p>
      <w:pPr>
        <w:pStyle w:val="Heading3"/>
      </w:pPr>
      <w:r>
        <w:t>Financial power of attorney — Status / date</w:t>
      </w:r>
    </w:p>
    <w:p>
      <w:r>
        <w:t>Response: __________________________________________________</w:t>
      </w:r>
    </w:p>
    <w:p>
      <w:pPr>
        <w:pStyle w:val="Heading3"/>
      </w:pPr>
      <w:r>
        <w:t>Financial power of attorney — Original location</w:t>
      </w:r>
    </w:p>
    <w:p>
      <w:r>
        <w:t>Response: __________________________________________________</w:t>
      </w:r>
    </w:p>
    <w:p>
      <w:pPr>
        <w:pStyle w:val="Heading3"/>
      </w:pPr>
      <w:r>
        <w:t>Financial power of attorney — Copy ID / contact</w:t>
      </w:r>
    </w:p>
    <w:p>
      <w:r>
        <w:t>Response: __________________________________________________</w:t>
      </w:r>
    </w:p>
    <w:p>
      <w:pPr>
        <w:pStyle w:val="Heading3"/>
      </w:pPr>
      <w:r>
        <w:t>Healthcare directive / POA — Status / date</w:t>
      </w:r>
    </w:p>
    <w:p>
      <w:r>
        <w:t>Response: __________________________________________________</w:t>
      </w:r>
    </w:p>
    <w:p>
      <w:pPr>
        <w:pStyle w:val="Heading3"/>
      </w:pPr>
      <w:r>
        <w:t>Healthcare directive / POA — Original location</w:t>
      </w:r>
    </w:p>
    <w:p>
      <w:r>
        <w:t>Response: __________________________________________________</w:t>
      </w:r>
    </w:p>
    <w:p>
      <w:pPr>
        <w:pStyle w:val="Heading3"/>
      </w:pPr>
      <w:r>
        <w:t>Healthcare directive / POA — Copy ID / contact</w:t>
      </w:r>
    </w:p>
    <w:p>
      <w:r>
        <w:t>Response: __________________________________________________</w:t>
      </w:r>
    </w:p>
    <w:p>
      <w:pPr>
        <w:pStyle w:val="Heading3"/>
      </w:pPr>
      <w:r>
        <w:t>Medical orders, if any — Status / date</w:t>
      </w:r>
    </w:p>
    <w:p>
      <w:r>
        <w:t>Response: __________________________________________________</w:t>
      </w:r>
    </w:p>
    <w:p>
      <w:pPr>
        <w:pStyle w:val="Heading3"/>
      </w:pPr>
      <w:r>
        <w:t>Medical orders, if any — Original location</w:t>
      </w:r>
    </w:p>
    <w:p>
      <w:r>
        <w:t>Response: __________________________________________________</w:t>
      </w:r>
    </w:p>
    <w:p>
      <w:pPr>
        <w:pStyle w:val="Heading3"/>
      </w:pPr>
      <w:r>
        <w:t>Medical orders, if any — Copy ID / contact</w:t>
      </w:r>
    </w:p>
    <w:p>
      <w:r>
        <w:t>Response: __________________________________________________</w:t>
      </w:r>
    </w:p>
    <w:p>
      <w:pPr>
        <w:pStyle w:val="Heading3"/>
      </w:pPr>
      <w:r>
        <w:t>Digital-asset authorization — Status / date</w:t>
      </w:r>
    </w:p>
    <w:p>
      <w:r>
        <w:t>Response: __________________________________________________</w:t>
      </w:r>
    </w:p>
    <w:p>
      <w:pPr>
        <w:pStyle w:val="Heading3"/>
      </w:pPr>
      <w:r>
        <w:t>Digital-asset authorization — Original location</w:t>
      </w:r>
    </w:p>
    <w:p>
      <w:r>
        <w:t>Response: __________________________________________________</w:t>
      </w:r>
    </w:p>
    <w:p>
      <w:pPr>
        <w:pStyle w:val="Heading3"/>
      </w:pPr>
      <w:r>
        <w:t>Digital-asset authorization — Copy ID / contact</w:t>
      </w:r>
    </w:p>
    <w:p>
      <w:r>
        <w:t>Response: __________________________________________________</w:t>
      </w:r>
    </w:p>
    <w:p>
      <w:pPr>
        <w:pStyle w:val="Heading3"/>
      </w:pPr>
      <w:r>
        <w:t>Guardian nomination / care authority — Status / date</w:t>
      </w:r>
    </w:p>
    <w:p>
      <w:r>
        <w:t>Response: __________________________________________________</w:t>
      </w:r>
    </w:p>
    <w:p>
      <w:pPr>
        <w:pStyle w:val="Heading3"/>
      </w:pPr>
      <w:r>
        <w:t>Guardian nomination / care authority — Original location</w:t>
      </w:r>
    </w:p>
    <w:p>
      <w:r>
        <w:t>Response: __________________________________________________</w:t>
      </w:r>
    </w:p>
    <w:p>
      <w:pPr>
        <w:pStyle w:val="Heading3"/>
      </w:pPr>
      <w:r>
        <w:t>Guardian nomination / care authority — Copy ID / contact</w:t>
      </w:r>
    </w:p>
    <w:p>
      <w:r>
        <w:t>Response: __________________________________________________</w:t>
      </w:r>
    </w:p>
    <w:p>
      <w:pPr>
        <w:pStyle w:val="Heading3"/>
      </w:pPr>
      <w:r>
        <w:t>Other legal agreement — Status / date</w:t>
      </w:r>
    </w:p>
    <w:p>
      <w:r>
        <w:t>Response: __________________________________________________</w:t>
      </w:r>
    </w:p>
    <w:p>
      <w:pPr>
        <w:pStyle w:val="Heading3"/>
      </w:pPr>
      <w:r>
        <w:t>Other legal agreement — Original location</w:t>
      </w:r>
    </w:p>
    <w:p>
      <w:r>
        <w:t>Response: __________________________________________________</w:t>
      </w:r>
    </w:p>
    <w:p>
      <w:pPr>
        <w:pStyle w:val="Heading3"/>
      </w:pPr>
      <w:r>
        <w:t>Other legal agreement — Copy ID / contact</w:t>
      </w:r>
    </w:p>
    <w:p>
      <w:r>
        <w:t>Response: __________________________________________________</w:t>
      </w:r>
    </w:p>
    <w:p>
      <w:pPr>
        <w:pStyle w:val="Heading3"/>
      </w:pPr>
      <w:r>
        <w:t>Attorney / firm / phone</w:t>
      </w:r>
    </w:p>
    <w:p>
      <w:r>
        <w:t>Response: __________________________________________________</w:t>
      </w:r>
    </w:p>
    <w:p>
      <w:pPr>
        <w:pStyle w:val="Heading3"/>
      </w:pPr>
      <w:r>
        <w:t>Local jurisdiction / last review date</w:t>
      </w:r>
    </w:p>
    <w:p>
      <w:r>
        <w:t>Response: __________________________________________________</w:t>
      </w:r>
    </w:p>
    <w:p>
      <w:pPr>
        <w:pStyle w:val="Heading3"/>
      </w:pPr>
      <w:r>
        <w:t>Missing items or inconsistencies to discuss with a qualified attorney</w:t>
      </w:r>
    </w:p>
    <w:p>
      <w:r>
        <w:t>Response: __________________________________________________</w:t>
      </w:r>
    </w:p>
    <w:p>
      <w:r>
        <w:br w:type="page"/>
      </w:r>
    </w:p>
    <w:p>
      <w:pPr>
        <w:pStyle w:val="Heading1"/>
      </w:pPr>
      <w:r>
        <w:t>07-B — Identity &amp; vital record locator</w:t>
      </w:r>
    </w:p>
    <w:p>
      <w:r>
        <w:t>For sensitive documents, a location reference may be safer than another copy.</w:t>
      </w:r>
    </w:p>
    <w:p>
      <w:r>
        <w:t>Do not write full identification numbers on this locator. Ordinary photocopies may not meet a provider's requirements; ask whether an original or certified copy is needed. [S2]</w:t>
      </w:r>
    </w:p>
    <w:p>
      <w:r>
        <w:t>ADD COPIES | Pocket 07-ID Location slips only by default; keep necessary ID copies in a separate secured packet.</w:t>
      </w:r>
    </w:p>
    <w:p>
      <w:pPr>
        <w:pStyle w:val="Heading3"/>
      </w:pPr>
      <w:r>
        <w:t>Birth / adoption record — Original location</w:t>
      </w:r>
    </w:p>
    <w:p>
      <w:r>
        <w:t>Response: __________________________________________________</w:t>
      </w:r>
    </w:p>
    <w:p>
      <w:pPr>
        <w:pStyle w:val="Heading3"/>
      </w:pPr>
      <w:r>
        <w:t>Birth / adoption record — Restricted copy ID</w:t>
      </w:r>
    </w:p>
    <w:p>
      <w:r>
        <w:t>Response: __________________________________________________</w:t>
      </w:r>
    </w:p>
    <w:p>
      <w:pPr>
        <w:pStyle w:val="Heading3"/>
      </w:pPr>
      <w:r>
        <w:t>Birth / adoption record — Who can retrieve it</w:t>
      </w:r>
    </w:p>
    <w:p>
      <w:r>
        <w:t>Response: __________________________________________________</w:t>
      </w:r>
    </w:p>
    <w:p>
      <w:pPr>
        <w:pStyle w:val="Heading3"/>
      </w:pPr>
      <w:r>
        <w:t>Marriage / partnership record — Original location</w:t>
      </w:r>
    </w:p>
    <w:p>
      <w:r>
        <w:t>Response: __________________________________________________</w:t>
      </w:r>
    </w:p>
    <w:p>
      <w:pPr>
        <w:pStyle w:val="Heading3"/>
      </w:pPr>
      <w:r>
        <w:t>Marriage / partnership record — Restricted copy ID</w:t>
      </w:r>
    </w:p>
    <w:p>
      <w:r>
        <w:t>Response: __________________________________________________</w:t>
      </w:r>
    </w:p>
    <w:p>
      <w:pPr>
        <w:pStyle w:val="Heading3"/>
      </w:pPr>
      <w:r>
        <w:t>Marriage / partnership record — Who can retrieve it</w:t>
      </w:r>
    </w:p>
    <w:p>
      <w:r>
        <w:t>Response: __________________________________________________</w:t>
      </w:r>
    </w:p>
    <w:p>
      <w:pPr>
        <w:pStyle w:val="Heading3"/>
      </w:pPr>
      <w:r>
        <w:t>Divorce / name change record — Original location</w:t>
      </w:r>
    </w:p>
    <w:p>
      <w:r>
        <w:t>Response: __________________________________________________</w:t>
      </w:r>
    </w:p>
    <w:p>
      <w:pPr>
        <w:pStyle w:val="Heading3"/>
      </w:pPr>
      <w:r>
        <w:t>Divorce / name change record — Restricted copy ID</w:t>
      </w:r>
    </w:p>
    <w:p>
      <w:r>
        <w:t>Response: __________________________________________________</w:t>
      </w:r>
    </w:p>
    <w:p>
      <w:pPr>
        <w:pStyle w:val="Heading3"/>
      </w:pPr>
      <w:r>
        <w:t>Divorce / name change record — Who can retrieve it</w:t>
      </w:r>
    </w:p>
    <w:p>
      <w:r>
        <w:t>Response: __________________________________________________</w:t>
      </w:r>
    </w:p>
    <w:p>
      <w:pPr>
        <w:pStyle w:val="Heading3"/>
      </w:pPr>
      <w:r>
        <w:t>Government ID / passport — Original location</w:t>
      </w:r>
    </w:p>
    <w:p>
      <w:r>
        <w:t>Response: __________________________________________________</w:t>
      </w:r>
    </w:p>
    <w:p>
      <w:pPr>
        <w:pStyle w:val="Heading3"/>
      </w:pPr>
      <w:r>
        <w:t>Government ID / passport — Restricted copy ID</w:t>
      </w:r>
    </w:p>
    <w:p>
      <w:r>
        <w:t>Response: __________________________________________________</w:t>
      </w:r>
    </w:p>
    <w:p>
      <w:pPr>
        <w:pStyle w:val="Heading3"/>
      </w:pPr>
      <w:r>
        <w:t>Government ID / passport — Who can retrieve it</w:t>
      </w:r>
    </w:p>
    <w:p>
      <w:r>
        <w:t>Response: __________________________________________________</w:t>
      </w:r>
    </w:p>
    <w:p>
      <w:pPr>
        <w:pStyle w:val="Heading3"/>
      </w:pPr>
      <w:r>
        <w:t>Social Security record — Original location</w:t>
      </w:r>
    </w:p>
    <w:p>
      <w:r>
        <w:t>Response: __________________________________________________</w:t>
      </w:r>
    </w:p>
    <w:p>
      <w:pPr>
        <w:pStyle w:val="Heading3"/>
      </w:pPr>
      <w:r>
        <w:t>Social Security record — Restricted copy ID</w:t>
      </w:r>
    </w:p>
    <w:p>
      <w:r>
        <w:t>Response: __________________________________________________</w:t>
      </w:r>
    </w:p>
    <w:p>
      <w:pPr>
        <w:pStyle w:val="Heading3"/>
      </w:pPr>
      <w:r>
        <w:t>Social Security record — Who can retrieve it</w:t>
      </w:r>
    </w:p>
    <w:p>
      <w:r>
        <w:t>Response: __________________________________________________</w:t>
      </w:r>
    </w:p>
    <w:p>
      <w:pPr>
        <w:pStyle w:val="Heading3"/>
      </w:pPr>
      <w:r>
        <w:t>Citizenship / immigration record — Original location</w:t>
      </w:r>
    </w:p>
    <w:p>
      <w:r>
        <w:t>Response: __________________________________________________</w:t>
      </w:r>
    </w:p>
    <w:p>
      <w:pPr>
        <w:pStyle w:val="Heading3"/>
      </w:pPr>
      <w:r>
        <w:t>Citizenship / immigration record — Restricted copy ID</w:t>
      </w:r>
    </w:p>
    <w:p>
      <w:r>
        <w:t>Response: __________________________________________________</w:t>
      </w:r>
    </w:p>
    <w:p>
      <w:pPr>
        <w:pStyle w:val="Heading3"/>
      </w:pPr>
      <w:r>
        <w:t>Citizenship / immigration record — Who can retrieve it</w:t>
      </w:r>
    </w:p>
    <w:p>
      <w:r>
        <w:t>Response: __________________________________________________</w:t>
      </w:r>
    </w:p>
    <w:p>
      <w:pPr>
        <w:pStyle w:val="Heading3"/>
      </w:pPr>
      <w:r>
        <w:t>Military discharge / service record — Original location</w:t>
      </w:r>
    </w:p>
    <w:p>
      <w:r>
        <w:t>Response: __________________________________________________</w:t>
      </w:r>
    </w:p>
    <w:p>
      <w:pPr>
        <w:pStyle w:val="Heading3"/>
      </w:pPr>
      <w:r>
        <w:t>Military discharge / service record — Restricted copy ID</w:t>
      </w:r>
    </w:p>
    <w:p>
      <w:r>
        <w:t>Response: __________________________________________________</w:t>
      </w:r>
    </w:p>
    <w:p>
      <w:pPr>
        <w:pStyle w:val="Heading3"/>
      </w:pPr>
      <w:r>
        <w:t>Military discharge / service record — Who can retrieve it</w:t>
      </w:r>
    </w:p>
    <w:p>
      <w:r>
        <w:t>Response: __________________________________________________</w:t>
      </w:r>
    </w:p>
    <w:p>
      <w:pPr>
        <w:pStyle w:val="Heading3"/>
      </w:pPr>
      <w:r>
        <w:t>Other vital record — Original location</w:t>
      </w:r>
    </w:p>
    <w:p>
      <w:r>
        <w:t>Response: __________________________________________________</w:t>
      </w:r>
    </w:p>
    <w:p>
      <w:pPr>
        <w:pStyle w:val="Heading3"/>
      </w:pPr>
      <w:r>
        <w:t>Other vital record — Restricted copy ID</w:t>
      </w:r>
    </w:p>
    <w:p>
      <w:r>
        <w:t>Response: __________________________________________________</w:t>
      </w:r>
    </w:p>
    <w:p>
      <w:pPr>
        <w:pStyle w:val="Heading3"/>
      </w:pPr>
      <w:r>
        <w:t>Other vital record — Who can retrieve it</w:t>
      </w:r>
    </w:p>
    <w:p>
      <w:r>
        <w:t>Response: __________________________________________________</w:t>
      </w:r>
    </w:p>
    <w:p>
      <w:pPr>
        <w:pStyle w:val="Heading3"/>
      </w:pPr>
      <w:r>
        <w:t>Restricted packet custodian / phone</w:t>
      </w:r>
    </w:p>
    <w:p>
      <w:r>
        <w:t>Response: __________________________________________________</w:t>
      </w:r>
    </w:p>
    <w:p>
      <w:pPr>
        <w:pStyle w:val="Heading3"/>
      </w:pPr>
      <w:r>
        <w:t>Access instructions location (not the code)</w:t>
      </w:r>
    </w:p>
    <w:p>
      <w:r>
        <w:t>Response: __________________________________________________</w:t>
      </w:r>
    </w:p>
    <w:p>
      <w:pPr>
        <w:pStyle w:val="Heading3"/>
      </w:pPr>
      <w:r>
        <w:t>Certified-copy requirements or replacement contact to verify</w:t>
      </w:r>
    </w:p>
    <w:p>
      <w:r>
        <w:t>Response: __________________________________________________</w:t>
      </w:r>
    </w:p>
    <w:p>
      <w:r>
        <w:br w:type="page"/>
      </w:r>
    </w:p>
    <w:p>
      <w:pPr>
        <w:pStyle w:val="Heading1"/>
      </w:pPr>
      <w:r>
        <w:t>08-A — Financial account map</w:t>
      </w:r>
    </w:p>
    <w:p>
      <w:r>
        <w:t>A directory, not permission to transact. Repeat for every institution and account type.</w:t>
      </w:r>
    </w:p>
    <w:p>
      <w:r>
        <w:t>Consider checking, savings, brokerage, retirement plans, pensions, education savings, health savings, cash-value policies and digital-asset platforms. Do not assume accounts at the same institution have the same ownership or beneficiaries.</w:t>
      </w:r>
    </w:p>
    <w:p>
      <w:r>
        <w:t>ADD COPIES | Pocket 08-FIN Recent dated statements or location slips; redact unnecessary full numbers on convenience copies.</w:t>
      </w:r>
    </w:p>
    <w:p>
      <w:pPr>
        <w:pStyle w:val="Heading3"/>
      </w:pPr>
      <w:r>
        <w:t>Entry 1 — Institution / type</w:t>
      </w:r>
    </w:p>
    <w:p>
      <w:r>
        <w:t>Response: __________________________________________________</w:t>
      </w:r>
    </w:p>
    <w:p>
      <w:pPr>
        <w:pStyle w:val="Heading3"/>
      </w:pPr>
      <w:r>
        <w:t>Entry 1 — Owner / title</w:t>
      </w:r>
    </w:p>
    <w:p>
      <w:r>
        <w:t>Response: __________________________________________________</w:t>
      </w:r>
    </w:p>
    <w:p>
      <w:pPr>
        <w:pStyle w:val="Heading3"/>
      </w:pPr>
      <w:r>
        <w:t>Entry 1 — Last 4 / record ID</w:t>
      </w:r>
    </w:p>
    <w:p>
      <w:r>
        <w:t>Response: __________________________________________________</w:t>
      </w:r>
    </w:p>
    <w:p>
      <w:pPr>
        <w:pStyle w:val="Heading3"/>
      </w:pPr>
      <w:r>
        <w:t>Entry 1 — Contact / statement location</w:t>
      </w:r>
    </w:p>
    <w:p>
      <w:r>
        <w:t>Response: __________________________________________________</w:t>
      </w:r>
    </w:p>
    <w:p>
      <w:pPr>
        <w:pStyle w:val="Heading3"/>
      </w:pPr>
      <w:r>
        <w:t>Entry 2 — Institution / type</w:t>
      </w:r>
    </w:p>
    <w:p>
      <w:r>
        <w:t>Response: __________________________________________________</w:t>
      </w:r>
    </w:p>
    <w:p>
      <w:pPr>
        <w:pStyle w:val="Heading3"/>
      </w:pPr>
      <w:r>
        <w:t>Entry 2 — Owner / title</w:t>
      </w:r>
    </w:p>
    <w:p>
      <w:r>
        <w:t>Response: __________________________________________________</w:t>
      </w:r>
    </w:p>
    <w:p>
      <w:pPr>
        <w:pStyle w:val="Heading3"/>
      </w:pPr>
      <w:r>
        <w:t>Entry 2 — Last 4 / record ID</w:t>
      </w:r>
    </w:p>
    <w:p>
      <w:r>
        <w:t>Response: __________________________________________________</w:t>
      </w:r>
    </w:p>
    <w:p>
      <w:pPr>
        <w:pStyle w:val="Heading3"/>
      </w:pPr>
      <w:r>
        <w:t>Entry 2 — Contact / statement location</w:t>
      </w:r>
    </w:p>
    <w:p>
      <w:r>
        <w:t>Response: __________________________________________________</w:t>
      </w:r>
    </w:p>
    <w:p>
      <w:pPr>
        <w:pStyle w:val="Heading3"/>
      </w:pPr>
      <w:r>
        <w:t>Entry 3 — Institution / type</w:t>
      </w:r>
    </w:p>
    <w:p>
      <w:r>
        <w:t>Response: __________________________________________________</w:t>
      </w:r>
    </w:p>
    <w:p>
      <w:pPr>
        <w:pStyle w:val="Heading3"/>
      </w:pPr>
      <w:r>
        <w:t>Entry 3 — Owner / title</w:t>
      </w:r>
    </w:p>
    <w:p>
      <w:r>
        <w:t>Response: __________________________________________________</w:t>
      </w:r>
    </w:p>
    <w:p>
      <w:pPr>
        <w:pStyle w:val="Heading3"/>
      </w:pPr>
      <w:r>
        <w:t>Entry 3 — Last 4 / record ID</w:t>
      </w:r>
    </w:p>
    <w:p>
      <w:r>
        <w:t>Response: __________________________________________________</w:t>
      </w:r>
    </w:p>
    <w:p>
      <w:pPr>
        <w:pStyle w:val="Heading3"/>
      </w:pPr>
      <w:r>
        <w:t>Entry 3 — Contact / statement location</w:t>
      </w:r>
    </w:p>
    <w:p>
      <w:r>
        <w:t>Response: __________________________________________________</w:t>
      </w:r>
    </w:p>
    <w:p>
      <w:pPr>
        <w:pStyle w:val="Heading3"/>
      </w:pPr>
      <w:r>
        <w:t>Entry 4 — Institution / type</w:t>
      </w:r>
    </w:p>
    <w:p>
      <w:r>
        <w:t>Response: __________________________________________________</w:t>
      </w:r>
    </w:p>
    <w:p>
      <w:pPr>
        <w:pStyle w:val="Heading3"/>
      </w:pPr>
      <w:r>
        <w:t>Entry 4 — Owner / title</w:t>
      </w:r>
    </w:p>
    <w:p>
      <w:r>
        <w:t>Response: __________________________________________________</w:t>
      </w:r>
    </w:p>
    <w:p>
      <w:pPr>
        <w:pStyle w:val="Heading3"/>
      </w:pPr>
      <w:r>
        <w:t>Entry 4 — Last 4 / record ID</w:t>
      </w:r>
    </w:p>
    <w:p>
      <w:r>
        <w:t>Response: __________________________________________________</w:t>
      </w:r>
    </w:p>
    <w:p>
      <w:pPr>
        <w:pStyle w:val="Heading3"/>
      </w:pPr>
      <w:r>
        <w:t>Entry 4 — Contact / statement location</w:t>
      </w:r>
    </w:p>
    <w:p>
      <w:r>
        <w:t>Response: __________________________________________________</w:t>
      </w:r>
    </w:p>
    <w:p>
      <w:pPr>
        <w:pStyle w:val="Heading3"/>
      </w:pPr>
      <w:r>
        <w:t>Entry 5 — Institution / type</w:t>
      </w:r>
    </w:p>
    <w:p>
      <w:r>
        <w:t>Response: __________________________________________________</w:t>
      </w:r>
    </w:p>
    <w:p>
      <w:pPr>
        <w:pStyle w:val="Heading3"/>
      </w:pPr>
      <w:r>
        <w:t>Entry 5 — Owner / title</w:t>
      </w:r>
    </w:p>
    <w:p>
      <w:r>
        <w:t>Response: __________________________________________________</w:t>
      </w:r>
    </w:p>
    <w:p>
      <w:pPr>
        <w:pStyle w:val="Heading3"/>
      </w:pPr>
      <w:r>
        <w:t>Entry 5 — Last 4 / record ID</w:t>
      </w:r>
    </w:p>
    <w:p>
      <w:r>
        <w:t>Response: __________________________________________________</w:t>
      </w:r>
    </w:p>
    <w:p>
      <w:pPr>
        <w:pStyle w:val="Heading3"/>
      </w:pPr>
      <w:r>
        <w:t>Entry 5 — Contact / statement location</w:t>
      </w:r>
    </w:p>
    <w:p>
      <w:r>
        <w:t>Response: __________________________________________________</w:t>
      </w:r>
    </w:p>
    <w:p>
      <w:pPr>
        <w:pStyle w:val="Heading3"/>
      </w:pPr>
      <w:r>
        <w:t>Entry 6 — Institution / type</w:t>
      </w:r>
    </w:p>
    <w:p>
      <w:r>
        <w:t>Response: __________________________________________________</w:t>
      </w:r>
    </w:p>
    <w:p>
      <w:pPr>
        <w:pStyle w:val="Heading3"/>
      </w:pPr>
      <w:r>
        <w:t>Entry 6 — Owner / title</w:t>
      </w:r>
    </w:p>
    <w:p>
      <w:r>
        <w:t>Response: __________________________________________________</w:t>
      </w:r>
    </w:p>
    <w:p>
      <w:pPr>
        <w:pStyle w:val="Heading3"/>
      </w:pPr>
      <w:r>
        <w:t>Entry 6 — Last 4 / record ID</w:t>
      </w:r>
    </w:p>
    <w:p>
      <w:r>
        <w:t>Response: __________________________________________________</w:t>
      </w:r>
    </w:p>
    <w:p>
      <w:pPr>
        <w:pStyle w:val="Heading3"/>
      </w:pPr>
      <w:r>
        <w:t>Entry 6 — Contact / statement location</w:t>
      </w:r>
    </w:p>
    <w:p>
      <w:r>
        <w:t>Response: __________________________________________________</w:t>
      </w:r>
    </w:p>
    <w:p>
      <w:pPr>
        <w:pStyle w:val="Heading3"/>
      </w:pPr>
      <w:r>
        <w:t>Entry 7 — Institution / type</w:t>
      </w:r>
    </w:p>
    <w:p>
      <w:r>
        <w:t>Response: __________________________________________________</w:t>
      </w:r>
    </w:p>
    <w:p>
      <w:pPr>
        <w:pStyle w:val="Heading3"/>
      </w:pPr>
      <w:r>
        <w:t>Entry 7 — Owner / title</w:t>
      </w:r>
    </w:p>
    <w:p>
      <w:r>
        <w:t>Response: __________________________________________________</w:t>
      </w:r>
    </w:p>
    <w:p>
      <w:pPr>
        <w:pStyle w:val="Heading3"/>
      </w:pPr>
      <w:r>
        <w:t>Entry 7 — Last 4 / record ID</w:t>
      </w:r>
    </w:p>
    <w:p>
      <w:r>
        <w:t>Response: __________________________________________________</w:t>
      </w:r>
    </w:p>
    <w:p>
      <w:pPr>
        <w:pStyle w:val="Heading3"/>
      </w:pPr>
      <w:r>
        <w:t>Entry 7 — Contact / statement location</w:t>
      </w:r>
    </w:p>
    <w:p>
      <w:r>
        <w:t>Response: __________________________________________________</w:t>
      </w:r>
    </w:p>
    <w:p>
      <w:pPr>
        <w:pStyle w:val="Heading3"/>
      </w:pPr>
      <w:r>
        <w:t>Entry 8 — Institution / type</w:t>
      </w:r>
    </w:p>
    <w:p>
      <w:r>
        <w:t>Response: __________________________________________________</w:t>
      </w:r>
    </w:p>
    <w:p>
      <w:pPr>
        <w:pStyle w:val="Heading3"/>
      </w:pPr>
      <w:r>
        <w:t>Entry 8 — Owner / title</w:t>
      </w:r>
    </w:p>
    <w:p>
      <w:r>
        <w:t>Response: __________________________________________________</w:t>
      </w:r>
    </w:p>
    <w:p>
      <w:pPr>
        <w:pStyle w:val="Heading3"/>
      </w:pPr>
      <w:r>
        <w:t>Entry 8 — Last 4 / record ID</w:t>
      </w:r>
    </w:p>
    <w:p>
      <w:r>
        <w:t>Response: __________________________________________________</w:t>
      </w:r>
    </w:p>
    <w:p>
      <w:pPr>
        <w:pStyle w:val="Heading3"/>
      </w:pPr>
      <w:r>
        <w:t>Entry 8 — Contact / statement location</w:t>
      </w:r>
    </w:p>
    <w:p>
      <w:r>
        <w:t>Response: __________________________________________________</w:t>
      </w:r>
    </w:p>
    <w:p>
      <w:pPr>
        <w:pStyle w:val="Heading3"/>
      </w:pPr>
      <w:r>
        <w:t>Primary financial professional / phone</w:t>
      </w:r>
    </w:p>
    <w:p>
      <w:r>
        <w:t>Response: __________________________________________________</w:t>
      </w:r>
    </w:p>
    <w:p>
      <w:pPr>
        <w:pStyle w:val="Heading3"/>
      </w:pPr>
      <w:r>
        <w:t>Tax professional / phone</w:t>
      </w:r>
    </w:p>
    <w:p>
      <w:r>
        <w:t>Response: __________________________________________________</w:t>
      </w:r>
    </w:p>
    <w:p>
      <w:pPr>
        <w:pStyle w:val="Heading3"/>
      </w:pPr>
      <w:r>
        <w:t>Missing institutions, records to request or account access questions</w:t>
      </w:r>
    </w:p>
    <w:p>
      <w:r>
        <w:t>Response: __________________________________________________</w:t>
      </w:r>
    </w:p>
    <w:p>
      <w:r>
        <w:br w:type="page"/>
      </w:r>
    </w:p>
    <w:p>
      <w:pPr>
        <w:pStyle w:val="Heading1"/>
      </w:pPr>
      <w:r>
        <w:t>08-B — Financial account record</w:t>
      </w:r>
    </w:p>
    <w:p>
      <w:r>
        <w:t>Repeat one page per account. Recheck provider records rather than relying on memory.</w:t>
      </w:r>
    </w:p>
    <w:p>
      <w:r>
        <w:t>Writing a beneficiary here does not change the institution's designation. Follow the provider's formal process; coordinate ownership and beneficiary decisions with qualified advisers.</w:t>
      </w:r>
    </w:p>
    <w:p>
      <w:r>
        <w:t>ADD COPIES | Pocket 08-FIN Recent statement and provider-confirmed ownership / beneficiary documentation.</w:t>
      </w:r>
    </w:p>
    <w:p>
      <w:pPr>
        <w:pStyle w:val="Heading3"/>
      </w:pPr>
      <w:r>
        <w:t>Record ID / institution / account type</w:t>
      </w:r>
    </w:p>
    <w:p>
      <w:r>
        <w:t>Response: __________________________________________________</w:t>
      </w:r>
    </w:p>
    <w:p>
      <w:pPr>
        <w:pStyle w:val="Heading3"/>
      </w:pPr>
      <w:r>
        <w:t>Owner(s) / exact title</w:t>
      </w:r>
    </w:p>
    <w:p>
      <w:r>
        <w:t>Response: __________________________________________________</w:t>
      </w:r>
    </w:p>
    <w:p>
      <w:pPr>
        <w:pStyle w:val="Heading3"/>
      </w:pPr>
      <w:r>
        <w:t>Account last 4 only</w:t>
      </w:r>
    </w:p>
    <w:p>
      <w:r>
        <w:t>Response: __________________________________________________</w:t>
      </w:r>
    </w:p>
    <w:p>
      <w:pPr>
        <w:pStyle w:val="Heading3"/>
      </w:pPr>
      <w:r>
        <w:t>Provider phone / verified website</w:t>
      </w:r>
    </w:p>
    <w:p>
      <w:r>
        <w:t>Response: __________________________________________________</w:t>
      </w:r>
    </w:p>
    <w:p>
      <w:pPr>
        <w:pStyle w:val="Heading3"/>
      </w:pPr>
      <w:r>
        <w:t>Statement date / secure location</w:t>
      </w:r>
    </w:p>
    <w:p>
      <w:r>
        <w:t>Response: __________________________________________________</w:t>
      </w:r>
    </w:p>
    <w:p>
      <w:pPr>
        <w:pStyle w:val="Heading3"/>
      </w:pPr>
      <w:r>
        <w:t>Ownership or trust documentation location</w:t>
      </w:r>
    </w:p>
    <w:p>
      <w:r>
        <w:t>Response: __________________________________________________</w:t>
      </w:r>
    </w:p>
    <w:p>
      <w:pPr>
        <w:pStyle w:val="Heading3"/>
      </w:pPr>
      <w:r>
        <w:t>Beneficiary status: confirmed / unknown / not used</w:t>
      </w:r>
    </w:p>
    <w:p>
      <w:r>
        <w:t>Response: __________________________________________________</w:t>
      </w:r>
    </w:p>
    <w:p>
      <w:pPr>
        <w:pStyle w:val="Heading3"/>
      </w:pPr>
      <w:r>
        <w:t>Provider verification date / contact</w:t>
      </w:r>
    </w:p>
    <w:p>
      <w:r>
        <w:t>Response: __________________________________________________</w:t>
      </w:r>
    </w:p>
    <w:p>
      <w:pPr>
        <w:pStyle w:val="Heading3"/>
      </w:pPr>
      <w:r>
        <w:t>Primary and contingent beneficiary record location; do not change designations here</w:t>
      </w:r>
    </w:p>
    <w:p>
      <w:r>
        <w:t>Response: __________________________________________________</w:t>
      </w:r>
    </w:p>
    <w:p>
      <w:pPr>
        <w:pStyle w:val="Heading3"/>
      </w:pPr>
      <w:r>
        <w:t>Incapacity process / authorized person</w:t>
      </w:r>
    </w:p>
    <w:p>
      <w:r>
        <w:t>Response: __________________________________________________</w:t>
      </w:r>
    </w:p>
    <w:p>
      <w:pPr>
        <w:pStyle w:val="Heading3"/>
      </w:pPr>
      <w:r>
        <w:t>Death-claim or transfer department</w:t>
      </w:r>
    </w:p>
    <w:p>
      <w:r>
        <w:t>Response: __________________________________________________</w:t>
      </w:r>
    </w:p>
    <w:p>
      <w:pPr>
        <w:pStyle w:val="Heading3"/>
      </w:pPr>
      <w:r>
        <w:t>Documents the provider requires, deadlines to verify, and restrictions</w:t>
      </w:r>
    </w:p>
    <w:p>
      <w:r>
        <w:t>Response: __________________________________________________</w:t>
      </w:r>
    </w:p>
    <w:p>
      <w:pPr>
        <w:pStyle w:val="Heading3"/>
      </w:pPr>
      <w:r>
        <w:t>Linked deposits, autopay bills and dependents on this account</w:t>
      </w:r>
    </w:p>
    <w:p>
      <w:r>
        <w:t>Response: __________________________________________________</w:t>
      </w:r>
    </w:p>
    <w:p>
      <w:r>
        <w:br w:type="page"/>
      </w:r>
    </w:p>
    <w:p>
      <w:pPr>
        <w:pStyle w:val="Heading1"/>
      </w:pPr>
      <w:r>
        <w:t>08-C — Insurance &amp; benefit claim record</w:t>
      </w:r>
    </w:p>
    <w:p>
      <w:r>
        <w:t>Repeat for life, disability, long-term care or other policies and survivor benefits.</w:t>
      </w:r>
    </w:p>
    <w:p>
      <w:r>
        <w:t>Coverage and payment are subject to the actual policy or plan. This worksheet does not establish eligibility or promise a payout.</w:t>
      </w:r>
    </w:p>
    <w:p>
      <w:r>
        <w:t>ADD COPIES | Pocket 08-INS Current policy or coverage summary, beneficiary confirmation and claim-contact instructions.</w:t>
      </w:r>
    </w:p>
    <w:p>
      <w:pPr>
        <w:pStyle w:val="Heading3"/>
      </w:pPr>
      <w:r>
        <w:t>Record ID / provider / policy type</w:t>
      </w:r>
    </w:p>
    <w:p>
      <w:r>
        <w:t>Response: __________________________________________________</w:t>
      </w:r>
    </w:p>
    <w:p>
      <w:pPr>
        <w:pStyle w:val="Heading3"/>
      </w:pPr>
      <w:r>
        <w:t>Insured person / policy owner</w:t>
      </w:r>
    </w:p>
    <w:p>
      <w:r>
        <w:t>Response: __________________________________________________</w:t>
      </w:r>
    </w:p>
    <w:p>
      <w:pPr>
        <w:pStyle w:val="Heading3"/>
      </w:pPr>
      <w:r>
        <w:t>Policy last 4 / record location</w:t>
      </w:r>
    </w:p>
    <w:p>
      <w:r>
        <w:t>Response: __________________________________________________</w:t>
      </w:r>
    </w:p>
    <w:p>
      <w:pPr>
        <w:pStyle w:val="Heading3"/>
      </w:pPr>
      <w:r>
        <w:t>Claims phone / verified website</w:t>
      </w:r>
    </w:p>
    <w:p>
      <w:r>
        <w:t>Response: __________________________________________________</w:t>
      </w:r>
    </w:p>
    <w:p>
      <w:pPr>
        <w:pStyle w:val="Heading3"/>
      </w:pPr>
      <w:r>
        <w:t>Employer plan or individual policy</w:t>
      </w:r>
    </w:p>
    <w:p>
      <w:r>
        <w:t>Response: __________________________________________________</w:t>
      </w:r>
    </w:p>
    <w:p>
      <w:pPr>
        <w:pStyle w:val="Heading3"/>
      </w:pPr>
      <w:r>
        <w:t>Coverage amount / as-of date (optional)</w:t>
      </w:r>
    </w:p>
    <w:p>
      <w:r>
        <w:t>Response: __________________________________________________</w:t>
      </w:r>
    </w:p>
    <w:p>
      <w:pPr>
        <w:pStyle w:val="Heading3"/>
      </w:pPr>
      <w:r>
        <w:t>Premium / frequency / paid from alias</w:t>
      </w:r>
    </w:p>
    <w:p>
      <w:r>
        <w:t>Response: __________________________________________________</w:t>
      </w:r>
    </w:p>
    <w:p>
      <w:pPr>
        <w:pStyle w:val="Heading3"/>
      </w:pPr>
      <w:r>
        <w:t>Next due date / autopay status</w:t>
      </w:r>
    </w:p>
    <w:p>
      <w:r>
        <w:t>Response: __________________________________________________</w:t>
      </w:r>
    </w:p>
    <w:p>
      <w:pPr>
        <w:pStyle w:val="Heading3"/>
      </w:pPr>
      <w:r>
        <w:t>Beneficiary record location and date verified with provider</w:t>
      </w:r>
    </w:p>
    <w:p>
      <w:r>
        <w:t>Response: __________________________________________________</w:t>
      </w:r>
    </w:p>
    <w:p>
      <w:pPr>
        <w:pStyle w:val="Heading3"/>
      </w:pPr>
      <w:r>
        <w:t>Claim requirements, exclusions or time limits to confirm with the provider</w:t>
      </w:r>
    </w:p>
    <w:p>
      <w:r>
        <w:t>Response: __________________________________________________</w:t>
      </w:r>
    </w:p>
    <w:p>
      <w:pPr>
        <w:pStyle w:val="Heading3"/>
      </w:pPr>
      <w:r>
        <w:t>Agent / broker / benefits contact</w:t>
      </w:r>
    </w:p>
    <w:p>
      <w:r>
        <w:t>Response: __________________________________________________</w:t>
      </w:r>
    </w:p>
    <w:p>
      <w:pPr>
        <w:pStyle w:val="Heading3"/>
      </w:pPr>
      <w:r>
        <w:t>Linked account or household bill ID</w:t>
      </w:r>
    </w:p>
    <w:p>
      <w:r>
        <w:t>Response: __________________________________________________</w:t>
      </w:r>
    </w:p>
    <w:p>
      <w:r>
        <w:br w:type="page"/>
      </w:r>
    </w:p>
    <w:p>
      <w:pPr>
        <w:pStyle w:val="Heading1"/>
      </w:pPr>
      <w:r>
        <w:t>08-D — Debts, taxes &amp; other obligations</w:t>
      </w:r>
    </w:p>
    <w:p>
      <w:r>
        <w:t>Identify obligations and the right professional; do not make assumptions about who owes a debt.</w:t>
      </w:r>
    </w:p>
    <w:p>
      <w:r>
        <w:t>Record only verified obligations. Ask the estate attorney or tax professional which debts, filings and payments apply before paying from personal or estate funds.</w:t>
      </w:r>
    </w:p>
    <w:p>
      <w:r>
        <w:t>ADD COPIES | Pocket 08-DEBT Recent debt statements and tax-record location slips; sensitive returns can remain secured separately.</w:t>
      </w:r>
    </w:p>
    <w:p>
      <w:pPr>
        <w:pStyle w:val="Heading3"/>
      </w:pPr>
      <w:r>
        <w:t>Entry 1 — Creditor / obligation</w:t>
      </w:r>
    </w:p>
    <w:p>
      <w:r>
        <w:t>Response: __________________________________________________</w:t>
      </w:r>
    </w:p>
    <w:p>
      <w:pPr>
        <w:pStyle w:val="Heading3"/>
      </w:pPr>
      <w:r>
        <w:t>Entry 1 — Borrower / responsible party</w:t>
      </w:r>
    </w:p>
    <w:p>
      <w:r>
        <w:t>Response: __________________________________________________</w:t>
      </w:r>
    </w:p>
    <w:p>
      <w:pPr>
        <w:pStyle w:val="Heading3"/>
      </w:pPr>
      <w:r>
        <w:t>Entry 1 — Last 4 / reference</w:t>
      </w:r>
    </w:p>
    <w:p>
      <w:r>
        <w:t>Response: __________________________________________________</w:t>
      </w:r>
    </w:p>
    <w:p>
      <w:pPr>
        <w:pStyle w:val="Heading3"/>
      </w:pPr>
      <w:r>
        <w:t>Entry 1 — Statement / contact</w:t>
      </w:r>
    </w:p>
    <w:p>
      <w:r>
        <w:t>Response: __________________________________________________</w:t>
      </w:r>
    </w:p>
    <w:p>
      <w:pPr>
        <w:pStyle w:val="Heading3"/>
      </w:pPr>
      <w:r>
        <w:t>Entry 2 — Creditor / obligation</w:t>
      </w:r>
    </w:p>
    <w:p>
      <w:r>
        <w:t>Response: __________________________________________________</w:t>
      </w:r>
    </w:p>
    <w:p>
      <w:pPr>
        <w:pStyle w:val="Heading3"/>
      </w:pPr>
      <w:r>
        <w:t>Entry 2 — Borrower / responsible party</w:t>
      </w:r>
    </w:p>
    <w:p>
      <w:r>
        <w:t>Response: __________________________________________________</w:t>
      </w:r>
    </w:p>
    <w:p>
      <w:pPr>
        <w:pStyle w:val="Heading3"/>
      </w:pPr>
      <w:r>
        <w:t>Entry 2 — Last 4 / reference</w:t>
      </w:r>
    </w:p>
    <w:p>
      <w:r>
        <w:t>Response: __________________________________________________</w:t>
      </w:r>
    </w:p>
    <w:p>
      <w:pPr>
        <w:pStyle w:val="Heading3"/>
      </w:pPr>
      <w:r>
        <w:t>Entry 2 — Statement / contact</w:t>
      </w:r>
    </w:p>
    <w:p>
      <w:r>
        <w:t>Response: __________________________________________________</w:t>
      </w:r>
    </w:p>
    <w:p>
      <w:pPr>
        <w:pStyle w:val="Heading3"/>
      </w:pPr>
      <w:r>
        <w:t>Entry 3 — Creditor / obligation</w:t>
      </w:r>
    </w:p>
    <w:p>
      <w:r>
        <w:t>Response: __________________________________________________</w:t>
      </w:r>
    </w:p>
    <w:p>
      <w:pPr>
        <w:pStyle w:val="Heading3"/>
      </w:pPr>
      <w:r>
        <w:t>Entry 3 — Borrower / responsible party</w:t>
      </w:r>
    </w:p>
    <w:p>
      <w:r>
        <w:t>Response: __________________________________________________</w:t>
      </w:r>
    </w:p>
    <w:p>
      <w:pPr>
        <w:pStyle w:val="Heading3"/>
      </w:pPr>
      <w:r>
        <w:t>Entry 3 — Last 4 / reference</w:t>
      </w:r>
    </w:p>
    <w:p>
      <w:r>
        <w:t>Response: __________________________________________________</w:t>
      </w:r>
    </w:p>
    <w:p>
      <w:pPr>
        <w:pStyle w:val="Heading3"/>
      </w:pPr>
      <w:r>
        <w:t>Entry 3 — Statement / contact</w:t>
      </w:r>
    </w:p>
    <w:p>
      <w:r>
        <w:t>Response: __________________________________________________</w:t>
      </w:r>
    </w:p>
    <w:p>
      <w:pPr>
        <w:pStyle w:val="Heading3"/>
      </w:pPr>
      <w:r>
        <w:t>Entry 4 — Creditor / obligation</w:t>
      </w:r>
    </w:p>
    <w:p>
      <w:r>
        <w:t>Response: __________________________________________________</w:t>
      </w:r>
    </w:p>
    <w:p>
      <w:pPr>
        <w:pStyle w:val="Heading3"/>
      </w:pPr>
      <w:r>
        <w:t>Entry 4 — Borrower / responsible party</w:t>
      </w:r>
    </w:p>
    <w:p>
      <w:r>
        <w:t>Response: __________________________________________________</w:t>
      </w:r>
    </w:p>
    <w:p>
      <w:pPr>
        <w:pStyle w:val="Heading3"/>
      </w:pPr>
      <w:r>
        <w:t>Entry 4 — Last 4 / reference</w:t>
      </w:r>
    </w:p>
    <w:p>
      <w:r>
        <w:t>Response: __________________________________________________</w:t>
      </w:r>
    </w:p>
    <w:p>
      <w:pPr>
        <w:pStyle w:val="Heading3"/>
      </w:pPr>
      <w:r>
        <w:t>Entry 4 — Statement / contact</w:t>
      </w:r>
    </w:p>
    <w:p>
      <w:r>
        <w:t>Response: __________________________________________________</w:t>
      </w:r>
    </w:p>
    <w:p>
      <w:pPr>
        <w:pStyle w:val="Heading3"/>
      </w:pPr>
      <w:r>
        <w:t>Entry 5 — Creditor / obligation</w:t>
      </w:r>
    </w:p>
    <w:p>
      <w:r>
        <w:t>Response: __________________________________________________</w:t>
      </w:r>
    </w:p>
    <w:p>
      <w:pPr>
        <w:pStyle w:val="Heading3"/>
      </w:pPr>
      <w:r>
        <w:t>Entry 5 — Borrower / responsible party</w:t>
      </w:r>
    </w:p>
    <w:p>
      <w:r>
        <w:t>Response: __________________________________________________</w:t>
      </w:r>
    </w:p>
    <w:p>
      <w:pPr>
        <w:pStyle w:val="Heading3"/>
      </w:pPr>
      <w:r>
        <w:t>Entry 5 — Last 4 / reference</w:t>
      </w:r>
    </w:p>
    <w:p>
      <w:r>
        <w:t>Response: __________________________________________________</w:t>
      </w:r>
    </w:p>
    <w:p>
      <w:pPr>
        <w:pStyle w:val="Heading3"/>
      </w:pPr>
      <w:r>
        <w:t>Entry 5 — Statement / contact</w:t>
      </w:r>
    </w:p>
    <w:p>
      <w:r>
        <w:t>Response: __________________________________________________</w:t>
      </w:r>
    </w:p>
    <w:p>
      <w:pPr>
        <w:pStyle w:val="Heading3"/>
      </w:pPr>
      <w:r>
        <w:t>Entry 6 — Creditor / obligation</w:t>
      </w:r>
    </w:p>
    <w:p>
      <w:r>
        <w:t>Response: __________________________________________________</w:t>
      </w:r>
    </w:p>
    <w:p>
      <w:pPr>
        <w:pStyle w:val="Heading3"/>
      </w:pPr>
      <w:r>
        <w:t>Entry 6 — Borrower / responsible party</w:t>
      </w:r>
    </w:p>
    <w:p>
      <w:r>
        <w:t>Response: __________________________________________________</w:t>
      </w:r>
    </w:p>
    <w:p>
      <w:pPr>
        <w:pStyle w:val="Heading3"/>
      </w:pPr>
      <w:r>
        <w:t>Entry 6 — Last 4 / reference</w:t>
      </w:r>
    </w:p>
    <w:p>
      <w:r>
        <w:t>Response: __________________________________________________</w:t>
      </w:r>
    </w:p>
    <w:p>
      <w:pPr>
        <w:pStyle w:val="Heading3"/>
      </w:pPr>
      <w:r>
        <w:t>Entry 6 — Statement / contact</w:t>
      </w:r>
    </w:p>
    <w:p>
      <w:r>
        <w:t>Response: __________________________________________________</w:t>
      </w:r>
    </w:p>
    <w:p>
      <w:pPr>
        <w:pStyle w:val="Heading3"/>
      </w:pPr>
      <w:r>
        <w:t>Tax preparer / phone</w:t>
      </w:r>
    </w:p>
    <w:p>
      <w:r>
        <w:t>Response: __________________________________________________</w:t>
      </w:r>
    </w:p>
    <w:p>
      <w:pPr>
        <w:pStyle w:val="Heading3"/>
      </w:pPr>
      <w:r>
        <w:t>Returns and tax records location</w:t>
      </w:r>
    </w:p>
    <w:p>
      <w:r>
        <w:t>Response: __________________________________________________</w:t>
      </w:r>
    </w:p>
    <w:p>
      <w:pPr>
        <w:pStyle w:val="Heading3"/>
      </w:pPr>
      <w:r>
        <w:t>Most recent filed tax year / status</w:t>
      </w:r>
    </w:p>
    <w:p>
      <w:r>
        <w:t>Response: __________________________________________________</w:t>
      </w:r>
    </w:p>
    <w:p>
      <w:pPr>
        <w:pStyle w:val="Heading3"/>
      </w:pPr>
      <w:r>
        <w:t>Known upcoming deadlines to verify</w:t>
      </w:r>
    </w:p>
    <w:p>
      <w:r>
        <w:t>Response: __________________________________________________</w:t>
      </w:r>
    </w:p>
    <w:p>
      <w:pPr>
        <w:pStyle w:val="Heading3"/>
      </w:pPr>
      <w:r>
        <w:t>Private loans, guarantees, support orders, business debts or unresolved matters</w:t>
      </w:r>
    </w:p>
    <w:p>
      <w:r>
        <w:t>Response: __________________________________________________</w:t>
      </w:r>
    </w:p>
    <w:p>
      <w:r>
        <w:br w:type="page"/>
      </w:r>
    </w:p>
    <w:p>
      <w:pPr>
        <w:pStyle w:val="Heading1"/>
      </w:pPr>
      <w:r>
        <w:t>09-A — Household bills &amp; essential services</w:t>
      </w:r>
    </w:p>
    <w:p>
      <w:r>
        <w:t>Core living expenses only. Digital subscriptions belong in section 10.</w:t>
      </w:r>
    </w:p>
    <w:p>
      <w:r>
        <w:t>ADD COPIES | Pocket 09-BILLS Recent bills, renewal notices and service instructions; use 09-B for detailed records.</w:t>
      </w:r>
    </w:p>
    <w:p>
      <w:pPr>
        <w:pStyle w:val="Heading3"/>
      </w:pPr>
      <w:r>
        <w:t>Housing / mortgage / rent — Amount / cycle</w:t>
      </w:r>
    </w:p>
    <w:p>
      <w:r>
        <w:t>Response: __________________________________________________</w:t>
      </w:r>
    </w:p>
    <w:p>
      <w:pPr>
        <w:pStyle w:val="Heading3"/>
      </w:pPr>
      <w:r>
        <w:t>Housing / mortgage / rent — Due / autopay</w:t>
      </w:r>
    </w:p>
    <w:p>
      <w:r>
        <w:t>Response: __________________________________________________</w:t>
      </w:r>
    </w:p>
    <w:p>
      <w:pPr>
        <w:pStyle w:val="Heading3"/>
      </w:pPr>
      <w:r>
        <w:t>Housing / mortgage / rent — Paid from / record ID</w:t>
      </w:r>
    </w:p>
    <w:p>
      <w:r>
        <w:t>Response: __________________________________________________</w:t>
      </w:r>
    </w:p>
    <w:p>
      <w:pPr>
        <w:pStyle w:val="Heading3"/>
      </w:pPr>
      <w:r>
        <w:t>HOA / property tax — Amount / cycle</w:t>
      </w:r>
    </w:p>
    <w:p>
      <w:r>
        <w:t>Response: __________________________________________________</w:t>
      </w:r>
    </w:p>
    <w:p>
      <w:pPr>
        <w:pStyle w:val="Heading3"/>
      </w:pPr>
      <w:r>
        <w:t>HOA / property tax — Due / autopay</w:t>
      </w:r>
    </w:p>
    <w:p>
      <w:r>
        <w:t>Response: __________________________________________________</w:t>
      </w:r>
    </w:p>
    <w:p>
      <w:pPr>
        <w:pStyle w:val="Heading3"/>
      </w:pPr>
      <w:r>
        <w:t>HOA / property tax — Paid from / record ID</w:t>
      </w:r>
    </w:p>
    <w:p>
      <w:r>
        <w:t>Response: __________________________________________________</w:t>
      </w:r>
    </w:p>
    <w:p>
      <w:pPr>
        <w:pStyle w:val="Heading3"/>
      </w:pPr>
      <w:r>
        <w:t>Electric / gas — Amount / cycle</w:t>
      </w:r>
    </w:p>
    <w:p>
      <w:r>
        <w:t>Response: __________________________________________________</w:t>
      </w:r>
    </w:p>
    <w:p>
      <w:pPr>
        <w:pStyle w:val="Heading3"/>
      </w:pPr>
      <w:r>
        <w:t>Electric / gas — Due / autopay</w:t>
      </w:r>
    </w:p>
    <w:p>
      <w:r>
        <w:t>Response: __________________________________________________</w:t>
      </w:r>
    </w:p>
    <w:p>
      <w:pPr>
        <w:pStyle w:val="Heading3"/>
      </w:pPr>
      <w:r>
        <w:t>Electric / gas — Paid from / record ID</w:t>
      </w:r>
    </w:p>
    <w:p>
      <w:r>
        <w:t>Response: __________________________________________________</w:t>
      </w:r>
    </w:p>
    <w:p>
      <w:pPr>
        <w:pStyle w:val="Heading3"/>
      </w:pPr>
      <w:r>
        <w:t>Water / sewer / trash — Amount / cycle</w:t>
      </w:r>
    </w:p>
    <w:p>
      <w:r>
        <w:t>Response: __________________________________________________</w:t>
      </w:r>
    </w:p>
    <w:p>
      <w:pPr>
        <w:pStyle w:val="Heading3"/>
      </w:pPr>
      <w:r>
        <w:t>Water / sewer / trash — Due / autopay</w:t>
      </w:r>
    </w:p>
    <w:p>
      <w:r>
        <w:t>Response: __________________________________________________</w:t>
      </w:r>
    </w:p>
    <w:p>
      <w:pPr>
        <w:pStyle w:val="Heading3"/>
      </w:pPr>
      <w:r>
        <w:t>Water / sewer / trash — Paid from / record ID</w:t>
      </w:r>
    </w:p>
    <w:p>
      <w:r>
        <w:t>Response: __________________________________________________</w:t>
      </w:r>
    </w:p>
    <w:p>
      <w:pPr>
        <w:pStyle w:val="Heading3"/>
      </w:pPr>
      <w:r>
        <w:t>Internet — Amount / cycle</w:t>
      </w:r>
    </w:p>
    <w:p>
      <w:r>
        <w:t>Response: __________________________________________________</w:t>
      </w:r>
    </w:p>
    <w:p>
      <w:pPr>
        <w:pStyle w:val="Heading3"/>
      </w:pPr>
      <w:r>
        <w:t>Internet — Due / autopay</w:t>
      </w:r>
    </w:p>
    <w:p>
      <w:r>
        <w:t>Response: __________________________________________________</w:t>
      </w:r>
    </w:p>
    <w:p>
      <w:pPr>
        <w:pStyle w:val="Heading3"/>
      </w:pPr>
      <w:r>
        <w:t>Internet — Paid from / record ID</w:t>
      </w:r>
    </w:p>
    <w:p>
      <w:r>
        <w:t>Response: __________________________________________________</w:t>
      </w:r>
    </w:p>
    <w:p>
      <w:pPr>
        <w:pStyle w:val="Heading3"/>
      </w:pPr>
      <w:r>
        <w:t>Phone — Amount / cycle</w:t>
      </w:r>
    </w:p>
    <w:p>
      <w:r>
        <w:t>Response: __________________________________________________</w:t>
      </w:r>
    </w:p>
    <w:p>
      <w:pPr>
        <w:pStyle w:val="Heading3"/>
      </w:pPr>
      <w:r>
        <w:t>Phone — Due / autopay</w:t>
      </w:r>
    </w:p>
    <w:p>
      <w:r>
        <w:t>Response: __________________________________________________</w:t>
      </w:r>
    </w:p>
    <w:p>
      <w:pPr>
        <w:pStyle w:val="Heading3"/>
      </w:pPr>
      <w:r>
        <w:t>Phone — Paid from / record ID</w:t>
      </w:r>
    </w:p>
    <w:p>
      <w:r>
        <w:t>Response: __________________________________________________</w:t>
      </w:r>
    </w:p>
    <w:p>
      <w:pPr>
        <w:pStyle w:val="Heading3"/>
      </w:pPr>
      <w:r>
        <w:t>Home / auto insurance — Amount / cycle</w:t>
      </w:r>
    </w:p>
    <w:p>
      <w:r>
        <w:t>Response: __________________________________________________</w:t>
      </w:r>
    </w:p>
    <w:p>
      <w:pPr>
        <w:pStyle w:val="Heading3"/>
      </w:pPr>
      <w:r>
        <w:t>Home / auto insurance — Due / autopay</w:t>
      </w:r>
    </w:p>
    <w:p>
      <w:r>
        <w:t>Response: __________________________________________________</w:t>
      </w:r>
    </w:p>
    <w:p>
      <w:pPr>
        <w:pStyle w:val="Heading3"/>
      </w:pPr>
      <w:r>
        <w:t>Home / auto insurance — Paid from / record ID</w:t>
      </w:r>
    </w:p>
    <w:p>
      <w:r>
        <w:t>Response: __________________________________________________</w:t>
      </w:r>
    </w:p>
    <w:p>
      <w:pPr>
        <w:pStyle w:val="Heading3"/>
      </w:pPr>
      <w:r>
        <w:t>Alarm / monitoring — Amount / cycle</w:t>
      </w:r>
    </w:p>
    <w:p>
      <w:r>
        <w:t>Response: __________________________________________________</w:t>
      </w:r>
    </w:p>
    <w:p>
      <w:pPr>
        <w:pStyle w:val="Heading3"/>
      </w:pPr>
      <w:r>
        <w:t>Alarm / monitoring — Due / autopay</w:t>
      </w:r>
    </w:p>
    <w:p>
      <w:r>
        <w:t>Response: __________________________________________________</w:t>
      </w:r>
    </w:p>
    <w:p>
      <w:pPr>
        <w:pStyle w:val="Heading3"/>
      </w:pPr>
      <w:r>
        <w:t>Alarm / monitoring — Paid from / record ID</w:t>
      </w:r>
    </w:p>
    <w:p>
      <w:r>
        <w:t>Response: __________________________________________________</w:t>
      </w:r>
    </w:p>
    <w:p>
      <w:pPr>
        <w:pStyle w:val="Heading3"/>
      </w:pPr>
      <w:r>
        <w:t>Other essential service — Amount / cycle</w:t>
      </w:r>
    </w:p>
    <w:p>
      <w:r>
        <w:t>Response: __________________________________________________</w:t>
      </w:r>
    </w:p>
    <w:p>
      <w:pPr>
        <w:pStyle w:val="Heading3"/>
      </w:pPr>
      <w:r>
        <w:t>Other essential service — Due / autopay</w:t>
      </w:r>
    </w:p>
    <w:p>
      <w:r>
        <w:t>Response: __________________________________________________</w:t>
      </w:r>
    </w:p>
    <w:p>
      <w:pPr>
        <w:pStyle w:val="Heading3"/>
      </w:pPr>
      <w:r>
        <w:t>Other essential service — Paid from / record ID</w:t>
      </w:r>
    </w:p>
    <w:p>
      <w:r>
        <w:t>Response: __________________________________________________</w:t>
      </w:r>
    </w:p>
    <w:p>
      <w:pPr>
        <w:pStyle w:val="Heading3"/>
      </w:pPr>
      <w:r>
        <w:t>Bills mailbox / email receipts location</w:t>
      </w:r>
    </w:p>
    <w:p>
      <w:r>
        <w:t>Response: __________________________________________________</w:t>
      </w:r>
    </w:p>
    <w:p>
      <w:pPr>
        <w:pStyle w:val="Heading3"/>
      </w:pPr>
      <w:r>
        <w:t>Next review date</w:t>
      </w:r>
    </w:p>
    <w:p>
      <w:r>
        <w:t>Response: __________________________________________________</w:t>
      </w:r>
    </w:p>
    <w:p>
      <w:pPr>
        <w:pStyle w:val="Heading3"/>
      </w:pPr>
      <w:r>
        <w:t>Services that need continuity; people or equipment affected by interruption</w:t>
      </w:r>
    </w:p>
    <w:p>
      <w:r>
        <w:t>Response: __________________________________________________</w:t>
      </w:r>
    </w:p>
    <w:p>
      <w:r>
        <w:br w:type="page"/>
      </w:r>
    </w:p>
    <w:p>
      <w:pPr>
        <w:pStyle w:val="Heading1"/>
      </w:pPr>
      <w:r>
        <w:t>09-B — Household service record</w:t>
      </w:r>
    </w:p>
    <w:p>
      <w:r>
        <w:t>Repeat for each important bill. Record a plan, not an automatic cancellation instruction.</w:t>
      </w:r>
    </w:p>
    <w:p>
      <w:r>
        <w:t>Keep account-recovery phone service, email, insurance and home security under review before cancellation. Protect continuity without assuming authority to use someone else's account.</w:t>
      </w:r>
    </w:p>
    <w:p>
      <w:r>
        <w:t>ADD COPIES | Pocket 09-BILLS Current bill and provider transfer / cancellation instructions.</w:t>
      </w:r>
    </w:p>
    <w:p>
      <w:pPr>
        <w:pStyle w:val="Heading3"/>
      </w:pPr>
      <w:r>
        <w:t>Record ID / company / service</w:t>
      </w:r>
    </w:p>
    <w:p>
      <w:r>
        <w:t>Response: __________________________________________________</w:t>
      </w:r>
    </w:p>
    <w:p>
      <w:pPr>
        <w:pStyle w:val="Heading3"/>
      </w:pPr>
      <w:r>
        <w:t>Account holder / service address</w:t>
      </w:r>
    </w:p>
    <w:p>
      <w:r>
        <w:t>Response: __________________________________________________</w:t>
      </w:r>
    </w:p>
    <w:p>
      <w:pPr>
        <w:pStyle w:val="Heading3"/>
      </w:pPr>
      <w:r>
        <w:t>Provider contact / verified website</w:t>
      </w:r>
    </w:p>
    <w:p>
      <w:r>
        <w:t>Response: __________________________________________________</w:t>
      </w:r>
    </w:p>
    <w:p>
      <w:pPr>
        <w:pStyle w:val="Heading3"/>
      </w:pPr>
      <w:r>
        <w:t>Account last 4 / statement location</w:t>
      </w:r>
    </w:p>
    <w:p>
      <w:r>
        <w:t>Response: __________________________________________________</w:t>
      </w:r>
    </w:p>
    <w:p>
      <w:pPr>
        <w:pStyle w:val="Heading3"/>
      </w:pPr>
      <w:r>
        <w:t>Amount / billing cycle / variable?</w:t>
      </w:r>
    </w:p>
    <w:p>
      <w:r>
        <w:t>Response: __________________________________________________</w:t>
      </w:r>
    </w:p>
    <w:p>
      <w:pPr>
        <w:pStyle w:val="Heading3"/>
      </w:pPr>
      <w:r>
        <w:t>Due date / renewal date</w:t>
      </w:r>
    </w:p>
    <w:p>
      <w:r>
        <w:t>Response: __________________________________________________</w:t>
      </w:r>
    </w:p>
    <w:p>
      <w:pPr>
        <w:pStyle w:val="Heading3"/>
      </w:pPr>
      <w:r>
        <w:t>Autopay status / payment account alias</w:t>
      </w:r>
    </w:p>
    <w:p>
      <w:r>
        <w:t>Response: __________________________________________________</w:t>
      </w:r>
    </w:p>
    <w:p>
      <w:pPr>
        <w:pStyle w:val="Heading3"/>
      </w:pPr>
      <w:r>
        <w:t>People or essential equipment affected</w:t>
      </w:r>
    </w:p>
    <w:p>
      <w:r>
        <w:t>Response: __________________________________________________</w:t>
      </w:r>
    </w:p>
    <w:p>
      <w:pPr>
        <w:pStyle w:val="Heading3"/>
      </w:pPr>
      <w:r>
        <w:t>Incapacity plan: keep / review / other</w:t>
      </w:r>
    </w:p>
    <w:p>
      <w:r>
        <w:t>Response: __________________________________________________</w:t>
      </w:r>
    </w:p>
    <w:p>
      <w:pPr>
        <w:pStyle w:val="Heading3"/>
      </w:pPr>
      <w:r>
        <w:t>After-death plan: keep / transfer / review</w:t>
      </w:r>
    </w:p>
    <w:p>
      <w:r>
        <w:t>Response: __________________________________________________</w:t>
      </w:r>
    </w:p>
    <w:p>
      <w:pPr>
        <w:pStyle w:val="Heading3"/>
      </w:pPr>
      <w:r>
        <w:t>Cancellation or transfer route, notice period and fees to verify</w:t>
      </w:r>
    </w:p>
    <w:p>
      <w:r>
        <w:t>Response: __________________________________________________</w:t>
      </w:r>
    </w:p>
    <w:p>
      <w:pPr>
        <w:pStyle w:val="Heading3"/>
      </w:pPr>
      <w:r>
        <w:t>Continuity steps, authorized helper and alternative payment plan to confirm</w:t>
      </w:r>
    </w:p>
    <w:p>
      <w:r>
        <w:t>Response: __________________________________________________</w:t>
      </w:r>
    </w:p>
    <w:p>
      <w:r>
        <w:br w:type="page"/>
      </w:r>
    </w:p>
    <w:p>
      <w:pPr>
        <w:pStyle w:val="Heading1"/>
      </w:pPr>
      <w:r>
        <w:t>10-A — Digital subscription register</w:t>
      </w:r>
    </w:p>
    <w:p>
      <w:r>
        <w:t>Streaming, music, cloud storage, apps, software, gaming, newsletters and online memberships.</w:t>
      </w:r>
    </w:p>
    <w:p>
      <w:r>
        <w:t>List each paid subscription once. Billed through means the actual billing provider: directly, an app store, an internet / phone bundle, an employer or another household member. A bundle may cover several services.</w:t>
      </w:r>
    </w:p>
    <w:p>
      <w:r>
        <w:t>ADD COPIES | Pocket 10-DIGITAL Subscription summaries, renewal receipts and export instructions; never saved credentials.</w:t>
      </w:r>
    </w:p>
    <w:p>
      <w:pPr>
        <w:pStyle w:val="Heading3"/>
      </w:pPr>
      <w:r>
        <w:t>Entry 1 — Service / record ID</w:t>
      </w:r>
    </w:p>
    <w:p>
      <w:r>
        <w:t>Response: __________________________________________________</w:t>
      </w:r>
    </w:p>
    <w:p>
      <w:pPr>
        <w:pStyle w:val="Heading3"/>
      </w:pPr>
      <w:r>
        <w:t>Entry 1 — Account owner</w:t>
      </w:r>
    </w:p>
    <w:p>
      <w:r>
        <w:t>Response: __________________________________________________</w:t>
      </w:r>
    </w:p>
    <w:p>
      <w:pPr>
        <w:pStyle w:val="Heading3"/>
      </w:pPr>
      <w:r>
        <w:t>Entry 1 — Billed through</w:t>
      </w:r>
    </w:p>
    <w:p>
      <w:r>
        <w:t>Response: __________________________________________________</w:t>
      </w:r>
    </w:p>
    <w:p>
      <w:pPr>
        <w:pStyle w:val="Heading3"/>
      </w:pPr>
      <w:r>
        <w:t>Entry 1 — Renewal / cost</w:t>
      </w:r>
    </w:p>
    <w:p>
      <w:r>
        <w:t>Response: __________________________________________________</w:t>
      </w:r>
    </w:p>
    <w:p>
      <w:pPr>
        <w:pStyle w:val="Heading3"/>
      </w:pPr>
      <w:r>
        <w:t>Entry 2 — Service / record ID</w:t>
      </w:r>
    </w:p>
    <w:p>
      <w:r>
        <w:t>Response: __________________________________________________</w:t>
      </w:r>
    </w:p>
    <w:p>
      <w:pPr>
        <w:pStyle w:val="Heading3"/>
      </w:pPr>
      <w:r>
        <w:t>Entry 2 — Account owner</w:t>
      </w:r>
    </w:p>
    <w:p>
      <w:r>
        <w:t>Response: __________________________________________________</w:t>
      </w:r>
    </w:p>
    <w:p>
      <w:pPr>
        <w:pStyle w:val="Heading3"/>
      </w:pPr>
      <w:r>
        <w:t>Entry 2 — Billed through</w:t>
      </w:r>
    </w:p>
    <w:p>
      <w:r>
        <w:t>Response: __________________________________________________</w:t>
      </w:r>
    </w:p>
    <w:p>
      <w:pPr>
        <w:pStyle w:val="Heading3"/>
      </w:pPr>
      <w:r>
        <w:t>Entry 2 — Renewal / cost</w:t>
      </w:r>
    </w:p>
    <w:p>
      <w:r>
        <w:t>Response: __________________________________________________</w:t>
      </w:r>
    </w:p>
    <w:p>
      <w:pPr>
        <w:pStyle w:val="Heading3"/>
      </w:pPr>
      <w:r>
        <w:t>Entry 3 — Service / record ID</w:t>
      </w:r>
    </w:p>
    <w:p>
      <w:r>
        <w:t>Response: __________________________________________________</w:t>
      </w:r>
    </w:p>
    <w:p>
      <w:pPr>
        <w:pStyle w:val="Heading3"/>
      </w:pPr>
      <w:r>
        <w:t>Entry 3 — Account owner</w:t>
      </w:r>
    </w:p>
    <w:p>
      <w:r>
        <w:t>Response: __________________________________________________</w:t>
      </w:r>
    </w:p>
    <w:p>
      <w:pPr>
        <w:pStyle w:val="Heading3"/>
      </w:pPr>
      <w:r>
        <w:t>Entry 3 — Billed through</w:t>
      </w:r>
    </w:p>
    <w:p>
      <w:r>
        <w:t>Response: __________________________________________________</w:t>
      </w:r>
    </w:p>
    <w:p>
      <w:pPr>
        <w:pStyle w:val="Heading3"/>
      </w:pPr>
      <w:r>
        <w:t>Entry 3 — Renewal / cost</w:t>
      </w:r>
    </w:p>
    <w:p>
      <w:r>
        <w:t>Response: __________________________________________________</w:t>
      </w:r>
    </w:p>
    <w:p>
      <w:pPr>
        <w:pStyle w:val="Heading3"/>
      </w:pPr>
      <w:r>
        <w:t>Entry 4 — Service / record ID</w:t>
      </w:r>
    </w:p>
    <w:p>
      <w:r>
        <w:t>Response: __________________________________________________</w:t>
      </w:r>
    </w:p>
    <w:p>
      <w:pPr>
        <w:pStyle w:val="Heading3"/>
      </w:pPr>
      <w:r>
        <w:t>Entry 4 — Account owner</w:t>
      </w:r>
    </w:p>
    <w:p>
      <w:r>
        <w:t>Response: __________________________________________________</w:t>
      </w:r>
    </w:p>
    <w:p>
      <w:pPr>
        <w:pStyle w:val="Heading3"/>
      </w:pPr>
      <w:r>
        <w:t>Entry 4 — Billed through</w:t>
      </w:r>
    </w:p>
    <w:p>
      <w:r>
        <w:t>Response: __________________________________________________</w:t>
      </w:r>
    </w:p>
    <w:p>
      <w:pPr>
        <w:pStyle w:val="Heading3"/>
      </w:pPr>
      <w:r>
        <w:t>Entry 4 — Renewal / cost</w:t>
      </w:r>
    </w:p>
    <w:p>
      <w:r>
        <w:t>Response: __________________________________________________</w:t>
      </w:r>
    </w:p>
    <w:p>
      <w:pPr>
        <w:pStyle w:val="Heading3"/>
      </w:pPr>
      <w:r>
        <w:t>Entry 5 — Service / record ID</w:t>
      </w:r>
    </w:p>
    <w:p>
      <w:r>
        <w:t>Response: __________________________________________________</w:t>
      </w:r>
    </w:p>
    <w:p>
      <w:pPr>
        <w:pStyle w:val="Heading3"/>
      </w:pPr>
      <w:r>
        <w:t>Entry 5 — Account owner</w:t>
      </w:r>
    </w:p>
    <w:p>
      <w:r>
        <w:t>Response: __________________________________________________</w:t>
      </w:r>
    </w:p>
    <w:p>
      <w:pPr>
        <w:pStyle w:val="Heading3"/>
      </w:pPr>
      <w:r>
        <w:t>Entry 5 — Billed through</w:t>
      </w:r>
    </w:p>
    <w:p>
      <w:r>
        <w:t>Response: __________________________________________________</w:t>
      </w:r>
    </w:p>
    <w:p>
      <w:pPr>
        <w:pStyle w:val="Heading3"/>
      </w:pPr>
      <w:r>
        <w:t>Entry 5 — Renewal / cost</w:t>
      </w:r>
    </w:p>
    <w:p>
      <w:r>
        <w:t>Response: __________________________________________________</w:t>
      </w:r>
    </w:p>
    <w:p>
      <w:pPr>
        <w:pStyle w:val="Heading3"/>
      </w:pPr>
      <w:r>
        <w:t>Entry 6 — Service / record ID</w:t>
      </w:r>
    </w:p>
    <w:p>
      <w:r>
        <w:t>Response: __________________________________________________</w:t>
      </w:r>
    </w:p>
    <w:p>
      <w:pPr>
        <w:pStyle w:val="Heading3"/>
      </w:pPr>
      <w:r>
        <w:t>Entry 6 — Account owner</w:t>
      </w:r>
    </w:p>
    <w:p>
      <w:r>
        <w:t>Response: __________________________________________________</w:t>
      </w:r>
    </w:p>
    <w:p>
      <w:pPr>
        <w:pStyle w:val="Heading3"/>
      </w:pPr>
      <w:r>
        <w:t>Entry 6 — Billed through</w:t>
      </w:r>
    </w:p>
    <w:p>
      <w:r>
        <w:t>Response: __________________________________________________</w:t>
      </w:r>
    </w:p>
    <w:p>
      <w:pPr>
        <w:pStyle w:val="Heading3"/>
      </w:pPr>
      <w:r>
        <w:t>Entry 6 — Renewal / cost</w:t>
      </w:r>
    </w:p>
    <w:p>
      <w:r>
        <w:t>Response: __________________________________________________</w:t>
      </w:r>
    </w:p>
    <w:p>
      <w:pPr>
        <w:pStyle w:val="Heading3"/>
      </w:pPr>
      <w:r>
        <w:t>Entry 7 — Service / record ID</w:t>
      </w:r>
    </w:p>
    <w:p>
      <w:r>
        <w:t>Response: __________________________________________________</w:t>
      </w:r>
    </w:p>
    <w:p>
      <w:pPr>
        <w:pStyle w:val="Heading3"/>
      </w:pPr>
      <w:r>
        <w:t>Entry 7 — Account owner</w:t>
      </w:r>
    </w:p>
    <w:p>
      <w:r>
        <w:t>Response: __________________________________________________</w:t>
      </w:r>
    </w:p>
    <w:p>
      <w:pPr>
        <w:pStyle w:val="Heading3"/>
      </w:pPr>
      <w:r>
        <w:t>Entry 7 — Billed through</w:t>
      </w:r>
    </w:p>
    <w:p>
      <w:r>
        <w:t>Response: __________________________________________________</w:t>
      </w:r>
    </w:p>
    <w:p>
      <w:pPr>
        <w:pStyle w:val="Heading3"/>
      </w:pPr>
      <w:r>
        <w:t>Entry 7 — Renewal / cost</w:t>
      </w:r>
    </w:p>
    <w:p>
      <w:r>
        <w:t>Response: __________________________________________________</w:t>
      </w:r>
    </w:p>
    <w:p>
      <w:pPr>
        <w:pStyle w:val="Heading3"/>
      </w:pPr>
      <w:r>
        <w:t>Entry 8 — Service / record ID</w:t>
      </w:r>
    </w:p>
    <w:p>
      <w:r>
        <w:t>Response: __________________________________________________</w:t>
      </w:r>
    </w:p>
    <w:p>
      <w:pPr>
        <w:pStyle w:val="Heading3"/>
      </w:pPr>
      <w:r>
        <w:t>Entry 8 — Account owner</w:t>
      </w:r>
    </w:p>
    <w:p>
      <w:r>
        <w:t>Response: __________________________________________________</w:t>
      </w:r>
    </w:p>
    <w:p>
      <w:pPr>
        <w:pStyle w:val="Heading3"/>
      </w:pPr>
      <w:r>
        <w:t>Entry 8 — Billed through</w:t>
      </w:r>
    </w:p>
    <w:p>
      <w:r>
        <w:t>Response: __________________________________________________</w:t>
      </w:r>
    </w:p>
    <w:p>
      <w:pPr>
        <w:pStyle w:val="Heading3"/>
      </w:pPr>
      <w:r>
        <w:t>Entry 8 — Renewal / cost</w:t>
      </w:r>
    </w:p>
    <w:p>
      <w:r>
        <w:t>Response: __________________________________________________</w:t>
      </w:r>
    </w:p>
    <w:p>
      <w:pPr>
        <w:pStyle w:val="Heading3"/>
      </w:pPr>
      <w:r>
        <w:t>Entry 9 — Service / record ID</w:t>
      </w:r>
    </w:p>
    <w:p>
      <w:r>
        <w:t>Response: __________________________________________________</w:t>
      </w:r>
    </w:p>
    <w:p>
      <w:pPr>
        <w:pStyle w:val="Heading3"/>
      </w:pPr>
      <w:r>
        <w:t>Entry 9 — Account owner</w:t>
      </w:r>
    </w:p>
    <w:p>
      <w:r>
        <w:t>Response: __________________________________________________</w:t>
      </w:r>
    </w:p>
    <w:p>
      <w:pPr>
        <w:pStyle w:val="Heading3"/>
      </w:pPr>
      <w:r>
        <w:t>Entry 9 — Billed through</w:t>
      </w:r>
    </w:p>
    <w:p>
      <w:r>
        <w:t>Response: __________________________________________________</w:t>
      </w:r>
    </w:p>
    <w:p>
      <w:pPr>
        <w:pStyle w:val="Heading3"/>
      </w:pPr>
      <w:r>
        <w:t>Entry 9 — Renewal / cost</w:t>
      </w:r>
    </w:p>
    <w:p>
      <w:r>
        <w:t>Response: __________________________________________________</w:t>
      </w:r>
    </w:p>
    <w:p>
      <w:pPr>
        <w:pStyle w:val="Heading3"/>
      </w:pPr>
      <w:r>
        <w:t>Receipts / subscription dashboard location</w:t>
      </w:r>
    </w:p>
    <w:p>
      <w:r>
        <w:t>Response: __________________________________________________</w:t>
      </w:r>
    </w:p>
    <w:p>
      <w:pPr>
        <w:pStyle w:val="Heading3"/>
      </w:pPr>
      <w:r>
        <w:t>Last reviewed / next review</w:t>
      </w:r>
    </w:p>
    <w:p>
      <w:r>
        <w:t>Response: __________________________________________________</w:t>
      </w:r>
    </w:p>
    <w:p>
      <w:pPr>
        <w:pStyle w:val="Heading3"/>
      </w:pPr>
      <w:r>
        <w:t>Duplicate plans, shared users, trials or renewals needing attention</w:t>
      </w:r>
    </w:p>
    <w:p>
      <w:r>
        <w:t>Response: __________________________________________________</w:t>
      </w:r>
    </w:p>
    <w:p>
      <w:r>
        <w:br w:type="page"/>
      </w:r>
    </w:p>
    <w:p>
      <w:pPr>
        <w:pStyle w:val="Heading1"/>
      </w:pPr>
      <w:r>
        <w:t>10-B — Digital subscription record</w:t>
      </w:r>
    </w:p>
    <w:p>
      <w:r>
        <w:t>Repeat one page per subscription or paid bundle, including annual and trial plans.</w:t>
      </w:r>
    </w:p>
    <w:p>
      <w:r>
        <w:t>A preference is not authorization. Confirm the owner, provider rules and data preservation before taking action. Do not list a bundled service twice as a separate paid bill.</w:t>
      </w:r>
    </w:p>
    <w:p>
      <w:r>
        <w:t>ADD COPIES | Pocket 10-DIGITAL Plan receipt, billing-provider record and non-secret cancellation / export guidance.</w:t>
      </w:r>
    </w:p>
    <w:p>
      <w:pPr>
        <w:pStyle w:val="Heading3"/>
      </w:pPr>
      <w:r>
        <w:t>Record ID / service / plan</w:t>
      </w:r>
    </w:p>
    <w:p>
      <w:r>
        <w:t>Response: __________________________________________________</w:t>
      </w:r>
    </w:p>
    <w:p>
      <w:pPr>
        <w:pStyle w:val="Heading3"/>
      </w:pPr>
      <w:r>
        <w:t>Category / personal or business</w:t>
      </w:r>
    </w:p>
    <w:p>
      <w:r>
        <w:t>Response: __________________________________________________</w:t>
      </w:r>
    </w:p>
    <w:p>
      <w:pPr>
        <w:pStyle w:val="Heading3"/>
      </w:pPr>
      <w:r>
        <w:t>Account owner / account email</w:t>
      </w:r>
    </w:p>
    <w:p>
      <w:r>
        <w:t>Response: __________________________________________________</w:t>
      </w:r>
    </w:p>
    <w:p>
      <w:pPr>
        <w:pStyle w:val="Heading3"/>
      </w:pPr>
      <w:r>
        <w:t>Billing provider / order reference last 4</w:t>
      </w:r>
    </w:p>
    <w:p>
      <w:r>
        <w:t>Response: __________________________________________________</w:t>
      </w:r>
    </w:p>
    <w:p>
      <w:pPr>
        <w:pStyle w:val="Heading3"/>
      </w:pPr>
      <w:r>
        <w:t>Amount / currency / billing cycle</w:t>
      </w:r>
    </w:p>
    <w:p>
      <w:r>
        <w:t>Response: __________________________________________________</w:t>
      </w:r>
    </w:p>
    <w:p>
      <w:pPr>
        <w:pStyle w:val="Heading3"/>
      </w:pPr>
      <w:r>
        <w:t>Next renewal / trial ends / notice deadline</w:t>
      </w:r>
    </w:p>
    <w:p>
      <w:r>
        <w:t>Response: __________________________________________________</w:t>
      </w:r>
    </w:p>
    <w:p>
      <w:pPr>
        <w:pStyle w:val="Heading3"/>
      </w:pPr>
      <w:r>
        <w:t>Payment method alias / autopay</w:t>
      </w:r>
    </w:p>
    <w:p>
      <w:r>
        <w:t>Response: __________________________________________________</w:t>
      </w:r>
    </w:p>
    <w:p>
      <w:pPr>
        <w:pStyle w:val="Heading3"/>
      </w:pPr>
      <w:r>
        <w:t>Shared users / family-plan organizer</w:t>
      </w:r>
    </w:p>
    <w:p>
      <w:r>
        <w:t>Response: __________________________________________________</w:t>
      </w:r>
    </w:p>
    <w:p>
      <w:pPr>
        <w:pStyle w:val="Heading3"/>
      </w:pPr>
      <w:r>
        <w:t>Support / cancellation route</w:t>
      </w:r>
    </w:p>
    <w:p>
      <w:r>
        <w:t>Response: __________________________________________________</w:t>
      </w:r>
    </w:p>
    <w:p>
      <w:pPr>
        <w:pStyle w:val="Heading3"/>
      </w:pPr>
      <w:r>
        <w:t>Credential location reference (not password)</w:t>
      </w:r>
    </w:p>
    <w:p>
      <w:r>
        <w:t>Response: __________________________________________________</w:t>
      </w:r>
    </w:p>
    <w:p>
      <w:pPr>
        <w:pStyle w:val="Heading3"/>
      </w:pPr>
      <w:r>
        <w:t>Incapacity preference: keep / review / cancel</w:t>
      </w:r>
    </w:p>
    <w:p>
      <w:r>
        <w:t>Response: __________________________________________________</w:t>
      </w:r>
    </w:p>
    <w:p>
      <w:pPr>
        <w:pStyle w:val="Heading3"/>
      </w:pPr>
      <w:r>
        <w:t>After-death preference: keep / review / cancel</w:t>
      </w:r>
    </w:p>
    <w:p>
      <w:r>
        <w:t>Response: __________________________________________________</w:t>
      </w:r>
    </w:p>
    <w:p>
      <w:pPr>
        <w:pStyle w:val="Heading3"/>
      </w:pPr>
      <w:r>
        <w:t>Data to preserve, linked accounts and people affected before cancellation</w:t>
      </w:r>
    </w:p>
    <w:p>
      <w:r>
        <w:t>Response: __________________________________________________</w:t>
      </w:r>
    </w:p>
    <w:p>
      <w:pPr>
        <w:pStyle w:val="Heading3"/>
      </w:pPr>
      <w:r>
        <w:t>Export / transfer steps and confirmation needed; provider may not allow transfer</w:t>
      </w:r>
    </w:p>
    <w:p>
      <w:r>
        <w:t>Response: __________________________________________________</w:t>
      </w:r>
    </w:p>
    <w:p>
      <w:r>
        <w:br w:type="page"/>
      </w:r>
    </w:p>
    <w:p>
      <w:pPr>
        <w:pStyle w:val="Heading1"/>
      </w:pPr>
      <w:r>
        <w:t>10-C — Cloud &amp; digital memories</w:t>
      </w:r>
    </w:p>
    <w:p>
      <w:r>
        <w:t>Plan for the files, not just the subscription bill. Repeat for each storage service.</w:t>
      </w:r>
    </w:p>
    <w:p>
      <w:r>
        <w:t>Do not assume family sharing transfers ownership or that a legacy contact receives every data type. Verify the service's current terms and the applicable authority. [S3-S5]</w:t>
      </w:r>
    </w:p>
    <w:p>
      <w:r>
        <w:t>ADD COPIES | Pocket 10-DIGITAL Non-secret export checklist, backup inventory and relevant provider instructions.</w:t>
      </w:r>
    </w:p>
    <w:p>
      <w:pPr>
        <w:pStyle w:val="Heading3"/>
      </w:pPr>
      <w:r>
        <w:t>Service / owner / record ID</w:t>
      </w:r>
    </w:p>
    <w:p>
      <w:r>
        <w:t>Response: __________________________________________________</w:t>
      </w:r>
    </w:p>
    <w:p>
      <w:pPr>
        <w:pStyle w:val="Heading3"/>
      </w:pPr>
      <w:r>
        <w:t>Content: photos / files / backup / email / other</w:t>
      </w:r>
    </w:p>
    <w:p>
      <w:r>
        <w:t>Response: __________________________________________________</w:t>
      </w:r>
    </w:p>
    <w:p>
      <w:pPr>
        <w:pStyle w:val="Heading3"/>
      </w:pPr>
      <w:r>
        <w:t>Important folders / file locations</w:t>
      </w:r>
    </w:p>
    <w:p>
      <w:r>
        <w:t>Response: __________________________________________________</w:t>
      </w:r>
    </w:p>
    <w:p>
      <w:pPr>
        <w:pStyle w:val="Heading3"/>
      </w:pPr>
      <w:r>
        <w:t>Storage plan / renewal / linked subscription ID</w:t>
      </w:r>
    </w:p>
    <w:p>
      <w:r>
        <w:t>Response: __________________________________________________</w:t>
      </w:r>
    </w:p>
    <w:p>
      <w:pPr>
        <w:pStyle w:val="Heading3"/>
      </w:pPr>
      <w:r>
        <w:t>Approved recipient / role</w:t>
      </w:r>
    </w:p>
    <w:p>
      <w:r>
        <w:t>Response: __________________________________________________</w:t>
      </w:r>
    </w:p>
    <w:p>
      <w:pPr>
        <w:pStyle w:val="Heading3"/>
      </w:pPr>
      <w:r>
        <w:t>Provider legacy process / access plan ID</w:t>
      </w:r>
    </w:p>
    <w:p>
      <w:r>
        <w:t>Response: __________________________________________________</w:t>
      </w:r>
    </w:p>
    <w:p>
      <w:pPr>
        <w:pStyle w:val="Heading3"/>
      </w:pPr>
      <w:r>
        <w:t>Existing local / offline backup location</w:t>
      </w:r>
    </w:p>
    <w:p>
      <w:r>
        <w:t>Response: __________________________________________________</w:t>
      </w:r>
    </w:p>
    <w:p>
      <w:pPr>
        <w:pStyle w:val="Heading3"/>
      </w:pPr>
      <w:r>
        <w:t>Last backup checked / checked by</w:t>
      </w:r>
    </w:p>
    <w:p>
      <w:r>
        <w:t>Response: __________________________________________________</w:t>
      </w:r>
    </w:p>
    <w:p>
      <w:pPr>
        <w:pStyle w:val="Heading3"/>
      </w:pPr>
      <w:r>
        <w:t>Keep, share, archive or delete preferences; identify private or third-party material</w:t>
      </w:r>
    </w:p>
    <w:p>
      <w:r>
        <w:t>Response: __________________________________________________</w:t>
      </w:r>
    </w:p>
    <w:p>
      <w:pPr>
        <w:pStyle w:val="Heading3"/>
      </w:pPr>
      <w:r>
        <w:t>Export instructions, file format, destination and how to check the files open</w:t>
      </w:r>
    </w:p>
    <w:p>
      <w:r>
        <w:t>Response: __________________________________________________</w:t>
      </w:r>
    </w:p>
    <w:p>
      <w:pPr>
        <w:pStyle w:val="Heading3"/>
      </w:pPr>
      <w:r>
        <w:t>Dependencies to resolve before any cancellation, downgrade or deletion</w:t>
      </w:r>
    </w:p>
    <w:p>
      <w:r>
        <w:t>Response: __________________________________________________</w:t>
      </w:r>
    </w:p>
    <w:p>
      <w:r>
        <w:br w:type="page"/>
      </w:r>
    </w:p>
    <w:p>
      <w:pPr>
        <w:pStyle w:val="Heading1"/>
      </w:pPr>
      <w:r>
        <w:t>11-A — Digital emergency access plan</w:t>
      </w:r>
    </w:p>
    <w:p>
      <w:r>
        <w:t>An access roadmap, not a password notebook. Arrange access while you can test it.</w:t>
      </w:r>
    </w:p>
    <w:p>
      <w:r>
        <w:t>Keep master passwords, recovery codes, private keys and seed phrases outside the general binder. Do not make the only recovery instructions available solely inside the locked account they recover.</w:t>
      </w:r>
    </w:p>
    <w:p>
      <w:r>
        <w:t>Apple Legacy Contact does not provide iCloud Keychain passwords or passkeys. Google Inactive Account Manager shares selected data after inactivity; it is not an immediate password handoff. [S3-S5]</w:t>
      </w:r>
    </w:p>
    <w:p>
      <w:r>
        <w:t>ADD COPIES | Pocket 11-ACCESS Non-secret recovery roadmap and provider instructions only. Keep secret recovery material separately.</w:t>
      </w:r>
    </w:p>
    <w:p>
      <w:pPr>
        <w:pStyle w:val="Heading3"/>
      </w:pPr>
      <w:r>
        <w:t>Password manager / account owner</w:t>
      </w:r>
    </w:p>
    <w:p>
      <w:r>
        <w:t>Response: __________________________________________________</w:t>
      </w:r>
    </w:p>
    <w:p>
      <w:pPr>
        <w:pStyle w:val="Heading3"/>
      </w:pPr>
      <w:r>
        <w:t>Approved emergency contact / phone</w:t>
      </w:r>
    </w:p>
    <w:p>
      <w:r>
        <w:t>Response: __________________________________________________</w:t>
      </w:r>
    </w:p>
    <w:p>
      <w:pPr>
        <w:pStyle w:val="Heading3"/>
      </w:pPr>
      <w:r>
        <w:t>Emergency access feature / status / wait period</w:t>
      </w:r>
    </w:p>
    <w:p>
      <w:r>
        <w:t>Response: __________________________________________________</w:t>
      </w:r>
    </w:p>
    <w:p>
      <w:pPr>
        <w:pStyle w:val="Heading3"/>
      </w:pPr>
      <w:r>
        <w:t>Last successful check / checked with whom</w:t>
      </w:r>
    </w:p>
    <w:p>
      <w:r>
        <w:t>Response: __________________________________________________</w:t>
      </w:r>
    </w:p>
    <w:p>
      <w:pPr>
        <w:pStyle w:val="Heading3"/>
      </w:pPr>
      <w:r>
        <w:t>Separate secure recovery kit location reference</w:t>
      </w:r>
    </w:p>
    <w:p>
      <w:r>
        <w:t>Response: __________________________________________________</w:t>
      </w:r>
    </w:p>
    <w:p>
      <w:pPr>
        <w:pStyle w:val="Heading3"/>
      </w:pPr>
      <w:r>
        <w:t>Recovery kit custodian / phone</w:t>
      </w:r>
    </w:p>
    <w:p>
      <w:r>
        <w:t>Response: __________________________________________________</w:t>
      </w:r>
    </w:p>
    <w:p>
      <w:pPr>
        <w:pStyle w:val="Heading3"/>
      </w:pPr>
      <w:r>
        <w:t>Primary email / recovery route reference</w:t>
      </w:r>
    </w:p>
    <w:p>
      <w:r>
        <w:t>Response: __________________________________________________</w:t>
      </w:r>
    </w:p>
    <w:p>
      <w:pPr>
        <w:pStyle w:val="Heading3"/>
      </w:pPr>
      <w:r>
        <w:t>Phone service needed for account recovery</w:t>
      </w:r>
    </w:p>
    <w:p>
      <w:r>
        <w:t>Response: __________________________________________________</w:t>
      </w:r>
    </w:p>
    <w:p>
      <w:pPr>
        <w:pStyle w:val="Heading3"/>
      </w:pPr>
      <w:r>
        <w:t>Authenticator / passkey / hardware-key plan reference</w:t>
      </w:r>
    </w:p>
    <w:p>
      <w:r>
        <w:t>Response: __________________________________________________</w:t>
      </w:r>
    </w:p>
    <w:p>
      <w:pPr>
        <w:pStyle w:val="Heading3"/>
      </w:pPr>
      <w:r>
        <w:t>Encrypted device recovery-key location reference</w:t>
      </w:r>
    </w:p>
    <w:p>
      <w:r>
        <w:t>Response: __________________________________________________</w:t>
      </w:r>
    </w:p>
    <w:p>
      <w:pPr>
        <w:pStyle w:val="Heading3"/>
      </w:pPr>
      <w:r>
        <w:t>Independent access route if the phone, email or password vault is unavailable</w:t>
      </w:r>
    </w:p>
    <w:p>
      <w:r>
        <w:t>Response: __________________________________________________</w:t>
      </w:r>
    </w:p>
    <w:p>
      <w:pPr>
        <w:pStyle w:val="Heading3"/>
      </w:pPr>
      <w:r>
        <w:t>Who should receive access, limits, and provider or legal steps to confirm</w:t>
      </w:r>
    </w:p>
    <w:p>
      <w:r>
        <w:t>Response: __________________________________________________</w:t>
      </w:r>
    </w:p>
    <w:p>
      <w:r>
        <w:br w:type="page"/>
      </w:r>
    </w:p>
    <w:p>
      <w:pPr>
        <w:pStyle w:val="Heading1"/>
      </w:pPr>
      <w:r>
        <w:t>11-B — Digital account &amp; legacy record</w:t>
      </w:r>
    </w:p>
    <w:p>
      <w:r>
        <w:t>Repeat for email, device ecosystems, social accounts, websites and other critical accounts.</w:t>
      </w:r>
    </w:p>
    <w:p>
      <w:r>
        <w:t>Google states that it does not provide passwords or other login details for deceased users. Use approved provider processes rather than assuming a family relationship supplies login rights. [S5]</w:t>
      </w:r>
    </w:p>
    <w:p>
      <w:r>
        <w:t>ADD COPIES | Pocket 11-ACCESS Current provider help instructions and non-secret configuration confirmation.</w:t>
      </w:r>
    </w:p>
    <w:p>
      <w:pPr>
        <w:pStyle w:val="Heading3"/>
      </w:pPr>
      <w:r>
        <w:t>Record ID / provider / purpose</w:t>
      </w:r>
    </w:p>
    <w:p>
      <w:r>
        <w:t>Response: __________________________________________________</w:t>
      </w:r>
    </w:p>
    <w:p>
      <w:pPr>
        <w:pStyle w:val="Heading3"/>
      </w:pPr>
      <w:r>
        <w:t>Owner / account identifier or email</w:t>
      </w:r>
    </w:p>
    <w:p>
      <w:r>
        <w:t>Response: __________________________________________________</w:t>
      </w:r>
    </w:p>
    <w:p>
      <w:pPr>
        <w:pStyle w:val="Heading3"/>
      </w:pPr>
      <w:r>
        <w:t>Recovery plan reference</w:t>
      </w:r>
    </w:p>
    <w:p>
      <w:r>
        <w:t>Response: __________________________________________________</w:t>
      </w:r>
    </w:p>
    <w:p>
      <w:pPr>
        <w:pStyle w:val="Heading3"/>
      </w:pPr>
      <w:r>
        <w:t>Legacy contact / status / date checked</w:t>
      </w:r>
    </w:p>
    <w:p>
      <w:r>
        <w:t>Response: __________________________________________________</w:t>
      </w:r>
    </w:p>
    <w:p>
      <w:pPr>
        <w:pStyle w:val="Heading3"/>
      </w:pPr>
      <w:r>
        <w:t>Two-factor method / location reference</w:t>
      </w:r>
    </w:p>
    <w:p>
      <w:r>
        <w:t>Response: __________________________________________________</w:t>
      </w:r>
    </w:p>
    <w:p>
      <w:pPr>
        <w:pStyle w:val="Heading3"/>
      </w:pPr>
      <w:r>
        <w:t>Provider support / official help page</w:t>
      </w:r>
    </w:p>
    <w:p>
      <w:r>
        <w:t>Response: __________________________________________________</w:t>
      </w:r>
    </w:p>
    <w:p>
      <w:pPr>
        <w:pStyle w:val="Heading3"/>
      </w:pPr>
      <w:r>
        <w:t>Desired outcome: preserve / transfer / close / other</w:t>
      </w:r>
    </w:p>
    <w:p>
      <w:r>
        <w:t>Response: __________________________________________________</w:t>
      </w:r>
    </w:p>
    <w:p>
      <w:pPr>
        <w:pStyle w:val="Heading3"/>
      </w:pPr>
      <w:r>
        <w:t>Who may request action and evidence to verify</w:t>
      </w:r>
    </w:p>
    <w:p>
      <w:r>
        <w:t>Response: __________________________________________________</w:t>
      </w:r>
    </w:p>
    <w:p>
      <w:pPr>
        <w:pStyle w:val="Heading3"/>
      </w:pPr>
      <w:r>
        <w:t>Data or services not covered by the legacy feature; access limits</w:t>
      </w:r>
    </w:p>
    <w:p>
      <w:r>
        <w:t>Response: __________________________________________________</w:t>
      </w:r>
    </w:p>
    <w:p>
      <w:pPr>
        <w:pStyle w:val="Heading3"/>
      </w:pPr>
      <w:r>
        <w:t>Dependencies: other accounts, email, phone, devices, billing or business services</w:t>
      </w:r>
    </w:p>
    <w:p>
      <w:r>
        <w:t>Response: __________________________________________________</w:t>
      </w:r>
    </w:p>
    <w:p>
      <w:pPr>
        <w:pStyle w:val="Heading3"/>
      </w:pPr>
      <w:r>
        <w:t>Provider request and preservation instructions</w:t>
      </w:r>
    </w:p>
    <w:p>
      <w:r>
        <w:t>Response: __________________________________________________</w:t>
      </w:r>
    </w:p>
    <w:p>
      <w:r>
        <w:br w:type="page"/>
      </w:r>
    </w:p>
    <w:p>
      <w:pPr>
        <w:pStyle w:val="Heading1"/>
      </w:pPr>
      <w:r>
        <w:t>11-C — Devices, keys &amp; backups</w:t>
      </w:r>
    </w:p>
    <w:p>
      <w:r>
        <w:t>Document where equipment and recovery instructions are kept, without exposing secrets.</w:t>
      </w:r>
    </w:p>
    <w:p>
      <w:r>
        <w:t>Preserve devices and data until the authorized person has assessed what must be retained. Do not write device PINs, Wi-Fi passwords or encryption keys on this page.</w:t>
      </w:r>
    </w:p>
    <w:p>
      <w:r>
        <w:t>ADD COPIES | Pocket 11-ACCESS Inventory, non-secret backup instructions and equipment return requirements.</w:t>
      </w:r>
    </w:p>
    <w:p>
      <w:pPr>
        <w:pStyle w:val="Heading3"/>
      </w:pPr>
      <w:r>
        <w:t>Entry 1 — Device / backup / key</w:t>
      </w:r>
    </w:p>
    <w:p>
      <w:r>
        <w:t>Response: __________________________________________________</w:t>
      </w:r>
    </w:p>
    <w:p>
      <w:pPr>
        <w:pStyle w:val="Heading3"/>
      </w:pPr>
      <w:r>
        <w:t>Entry 1 — Owner / purpose</w:t>
      </w:r>
    </w:p>
    <w:p>
      <w:r>
        <w:t>Response: __________________________________________________</w:t>
      </w:r>
    </w:p>
    <w:p>
      <w:pPr>
        <w:pStyle w:val="Heading3"/>
      </w:pPr>
      <w:r>
        <w:t>Entry 1 — Physical location</w:t>
      </w:r>
    </w:p>
    <w:p>
      <w:r>
        <w:t>Response: __________________________________________________</w:t>
      </w:r>
    </w:p>
    <w:p>
      <w:pPr>
        <w:pStyle w:val="Heading3"/>
      </w:pPr>
      <w:r>
        <w:t>Entry 1 — Recovery-plan reference</w:t>
      </w:r>
    </w:p>
    <w:p>
      <w:r>
        <w:t>Response: __________________________________________________</w:t>
      </w:r>
    </w:p>
    <w:p>
      <w:pPr>
        <w:pStyle w:val="Heading3"/>
      </w:pPr>
      <w:r>
        <w:t>Entry 2 — Device / backup / key</w:t>
      </w:r>
    </w:p>
    <w:p>
      <w:r>
        <w:t>Response: __________________________________________________</w:t>
      </w:r>
    </w:p>
    <w:p>
      <w:pPr>
        <w:pStyle w:val="Heading3"/>
      </w:pPr>
      <w:r>
        <w:t>Entry 2 — Owner / purpose</w:t>
      </w:r>
    </w:p>
    <w:p>
      <w:r>
        <w:t>Response: __________________________________________________</w:t>
      </w:r>
    </w:p>
    <w:p>
      <w:pPr>
        <w:pStyle w:val="Heading3"/>
      </w:pPr>
      <w:r>
        <w:t>Entry 2 — Physical location</w:t>
      </w:r>
    </w:p>
    <w:p>
      <w:r>
        <w:t>Response: __________________________________________________</w:t>
      </w:r>
    </w:p>
    <w:p>
      <w:pPr>
        <w:pStyle w:val="Heading3"/>
      </w:pPr>
      <w:r>
        <w:t>Entry 2 — Recovery-plan reference</w:t>
      </w:r>
    </w:p>
    <w:p>
      <w:r>
        <w:t>Response: __________________________________________________</w:t>
      </w:r>
    </w:p>
    <w:p>
      <w:pPr>
        <w:pStyle w:val="Heading3"/>
      </w:pPr>
      <w:r>
        <w:t>Entry 3 — Device / backup / key</w:t>
      </w:r>
    </w:p>
    <w:p>
      <w:r>
        <w:t>Response: __________________________________________________</w:t>
      </w:r>
    </w:p>
    <w:p>
      <w:pPr>
        <w:pStyle w:val="Heading3"/>
      </w:pPr>
      <w:r>
        <w:t>Entry 3 — Owner / purpose</w:t>
      </w:r>
    </w:p>
    <w:p>
      <w:r>
        <w:t>Response: __________________________________________________</w:t>
      </w:r>
    </w:p>
    <w:p>
      <w:pPr>
        <w:pStyle w:val="Heading3"/>
      </w:pPr>
      <w:r>
        <w:t>Entry 3 — Physical location</w:t>
      </w:r>
    </w:p>
    <w:p>
      <w:r>
        <w:t>Response: __________________________________________________</w:t>
      </w:r>
    </w:p>
    <w:p>
      <w:pPr>
        <w:pStyle w:val="Heading3"/>
      </w:pPr>
      <w:r>
        <w:t>Entry 3 — Recovery-plan reference</w:t>
      </w:r>
    </w:p>
    <w:p>
      <w:r>
        <w:t>Response: __________________________________________________</w:t>
      </w:r>
    </w:p>
    <w:p>
      <w:pPr>
        <w:pStyle w:val="Heading3"/>
      </w:pPr>
      <w:r>
        <w:t>Entry 4 — Device / backup / key</w:t>
      </w:r>
    </w:p>
    <w:p>
      <w:r>
        <w:t>Response: __________________________________________________</w:t>
      </w:r>
    </w:p>
    <w:p>
      <w:pPr>
        <w:pStyle w:val="Heading3"/>
      </w:pPr>
      <w:r>
        <w:t>Entry 4 — Owner / purpose</w:t>
      </w:r>
    </w:p>
    <w:p>
      <w:r>
        <w:t>Response: __________________________________________________</w:t>
      </w:r>
    </w:p>
    <w:p>
      <w:pPr>
        <w:pStyle w:val="Heading3"/>
      </w:pPr>
      <w:r>
        <w:t>Entry 4 — Physical location</w:t>
      </w:r>
    </w:p>
    <w:p>
      <w:r>
        <w:t>Response: __________________________________________________</w:t>
      </w:r>
    </w:p>
    <w:p>
      <w:pPr>
        <w:pStyle w:val="Heading3"/>
      </w:pPr>
      <w:r>
        <w:t>Entry 4 — Recovery-plan reference</w:t>
      </w:r>
    </w:p>
    <w:p>
      <w:r>
        <w:t>Response: __________________________________________________</w:t>
      </w:r>
    </w:p>
    <w:p>
      <w:pPr>
        <w:pStyle w:val="Heading3"/>
      </w:pPr>
      <w:r>
        <w:t>Entry 5 — Device / backup / key</w:t>
      </w:r>
    </w:p>
    <w:p>
      <w:r>
        <w:t>Response: __________________________________________________</w:t>
      </w:r>
    </w:p>
    <w:p>
      <w:pPr>
        <w:pStyle w:val="Heading3"/>
      </w:pPr>
      <w:r>
        <w:t>Entry 5 — Owner / purpose</w:t>
      </w:r>
    </w:p>
    <w:p>
      <w:r>
        <w:t>Response: __________________________________________________</w:t>
      </w:r>
    </w:p>
    <w:p>
      <w:pPr>
        <w:pStyle w:val="Heading3"/>
      </w:pPr>
      <w:r>
        <w:t>Entry 5 — Physical location</w:t>
      </w:r>
    </w:p>
    <w:p>
      <w:r>
        <w:t>Response: __________________________________________________</w:t>
      </w:r>
    </w:p>
    <w:p>
      <w:pPr>
        <w:pStyle w:val="Heading3"/>
      </w:pPr>
      <w:r>
        <w:t>Entry 5 — Recovery-plan reference</w:t>
      </w:r>
    </w:p>
    <w:p>
      <w:r>
        <w:t>Response: __________________________________________________</w:t>
      </w:r>
    </w:p>
    <w:p>
      <w:pPr>
        <w:pStyle w:val="Heading3"/>
      </w:pPr>
      <w:r>
        <w:t>Entry 6 — Device / backup / key</w:t>
      </w:r>
    </w:p>
    <w:p>
      <w:r>
        <w:t>Response: __________________________________________________</w:t>
      </w:r>
    </w:p>
    <w:p>
      <w:pPr>
        <w:pStyle w:val="Heading3"/>
      </w:pPr>
      <w:r>
        <w:t>Entry 6 — Owner / purpose</w:t>
      </w:r>
    </w:p>
    <w:p>
      <w:r>
        <w:t>Response: __________________________________________________</w:t>
      </w:r>
    </w:p>
    <w:p>
      <w:pPr>
        <w:pStyle w:val="Heading3"/>
      </w:pPr>
      <w:r>
        <w:t>Entry 6 — Physical location</w:t>
      </w:r>
    </w:p>
    <w:p>
      <w:r>
        <w:t>Response: __________________________________________________</w:t>
      </w:r>
    </w:p>
    <w:p>
      <w:pPr>
        <w:pStyle w:val="Heading3"/>
      </w:pPr>
      <w:r>
        <w:t>Entry 6 — Recovery-plan reference</w:t>
      </w:r>
    </w:p>
    <w:p>
      <w:r>
        <w:t>Response: __________________________________________________</w:t>
      </w:r>
    </w:p>
    <w:p>
      <w:pPr>
        <w:pStyle w:val="Heading3"/>
      </w:pPr>
      <w:r>
        <w:t>Entry 7 — Device / backup / key</w:t>
      </w:r>
    </w:p>
    <w:p>
      <w:r>
        <w:t>Response: __________________________________________________</w:t>
      </w:r>
    </w:p>
    <w:p>
      <w:pPr>
        <w:pStyle w:val="Heading3"/>
      </w:pPr>
      <w:r>
        <w:t>Entry 7 — Owner / purpose</w:t>
      </w:r>
    </w:p>
    <w:p>
      <w:r>
        <w:t>Response: __________________________________________________</w:t>
      </w:r>
    </w:p>
    <w:p>
      <w:pPr>
        <w:pStyle w:val="Heading3"/>
      </w:pPr>
      <w:r>
        <w:t>Entry 7 — Physical location</w:t>
      </w:r>
    </w:p>
    <w:p>
      <w:r>
        <w:t>Response: __________________________________________________</w:t>
      </w:r>
    </w:p>
    <w:p>
      <w:pPr>
        <w:pStyle w:val="Heading3"/>
      </w:pPr>
      <w:r>
        <w:t>Entry 7 — Recovery-plan reference</w:t>
      </w:r>
    </w:p>
    <w:p>
      <w:r>
        <w:t>Response: __________________________________________________</w:t>
      </w:r>
    </w:p>
    <w:p>
      <w:pPr>
        <w:pStyle w:val="Heading3"/>
      </w:pPr>
      <w:r>
        <w:t>Trusted technical helper / phone</w:t>
      </w:r>
    </w:p>
    <w:p>
      <w:r>
        <w:t>Response: __________________________________________________</w:t>
      </w:r>
    </w:p>
    <w:p>
      <w:pPr>
        <w:pStyle w:val="Heading3"/>
      </w:pPr>
      <w:r>
        <w:t>Last backup restore test / result location</w:t>
      </w:r>
    </w:p>
    <w:p>
      <w:r>
        <w:t>Response: __________________________________________________</w:t>
      </w:r>
    </w:p>
    <w:p>
      <w:pPr>
        <w:pStyle w:val="Heading3"/>
      </w:pPr>
      <w:r>
        <w:t>Instructions before wiping, trading in, resetting or disposing of equipment</w:t>
      </w:r>
    </w:p>
    <w:p>
      <w:r>
        <w:t>Response: __________________________________________________</w:t>
      </w:r>
    </w:p>
    <w:p>
      <w:r>
        <w:br w:type="page"/>
      </w:r>
    </w:p>
    <w:p>
      <w:pPr>
        <w:pStyle w:val="Heading1"/>
      </w:pPr>
      <w:r>
        <w:t>12-A — Employment &amp; benefits</w:t>
      </w:r>
    </w:p>
    <w:p>
      <w:r>
        <w:t>Repeat for each employer, pension administrator, union or benefit source that applies.</w:t>
      </w:r>
    </w:p>
    <w:p>
      <w:r>
        <w:t>Do not put employer credentials, customer records or proprietary information in the household binder. Benefit rules and eligibility must be confirmed with the administrator.</w:t>
      </w:r>
    </w:p>
    <w:p>
      <w:r>
        <w:t>ADD COPIES | Pocket 12-WORK Benefits summary, current coverage and official contact instructions; no employer confidential files.</w:t>
      </w:r>
    </w:p>
    <w:p>
      <w:pPr>
        <w:pStyle w:val="Heading3"/>
      </w:pPr>
      <w:r>
        <w:t>Employer / organization / employee name</w:t>
      </w:r>
    </w:p>
    <w:p>
      <w:r>
        <w:t>Response: __________________________________________________</w:t>
      </w:r>
    </w:p>
    <w:p>
      <w:pPr>
        <w:pStyle w:val="Heading3"/>
      </w:pPr>
      <w:r>
        <w:t>Department / role / employment status</w:t>
      </w:r>
    </w:p>
    <w:p>
      <w:r>
        <w:t>Response: __________________________________________________</w:t>
      </w:r>
    </w:p>
    <w:p>
      <w:pPr>
        <w:pStyle w:val="Heading3"/>
      </w:pPr>
      <w:r>
        <w:t>HR or benefits contact / phone</w:t>
      </w:r>
    </w:p>
    <w:p>
      <w:r>
        <w:t>Response: __________________________________________________</w:t>
      </w:r>
    </w:p>
    <w:p>
      <w:pPr>
        <w:pStyle w:val="Heading3"/>
      </w:pPr>
      <w:r>
        <w:t>Supervisor / alternate contact</w:t>
      </w:r>
    </w:p>
    <w:p>
      <w:r>
        <w:t>Response: __________________________________________________</w:t>
      </w:r>
    </w:p>
    <w:p>
      <w:pPr>
        <w:pStyle w:val="Heading3"/>
      </w:pPr>
      <w:r>
        <w:t>Retirement / pension provider</w:t>
      </w:r>
    </w:p>
    <w:p>
      <w:r>
        <w:t>Response: __________________________________________________</w:t>
      </w:r>
    </w:p>
    <w:p>
      <w:pPr>
        <w:pStyle w:val="Heading3"/>
      </w:pPr>
      <w:r>
        <w:t>Related financial / insurance record IDs</w:t>
      </w:r>
    </w:p>
    <w:p>
      <w:r>
        <w:t>Response: __________________________________________________</w:t>
      </w:r>
    </w:p>
    <w:p>
      <w:pPr>
        <w:pStyle w:val="Heading3"/>
      </w:pPr>
      <w:r>
        <w:t>Life / disability / other benefit provider</w:t>
      </w:r>
    </w:p>
    <w:p>
      <w:r>
        <w:t>Response: __________________________________________________</w:t>
      </w:r>
    </w:p>
    <w:p>
      <w:pPr>
        <w:pStyle w:val="Heading3"/>
      </w:pPr>
      <w:r>
        <w:t>Coverage and beneficiary confirmation location</w:t>
      </w:r>
    </w:p>
    <w:p>
      <w:r>
        <w:t>Response: __________________________________________________</w:t>
      </w:r>
    </w:p>
    <w:p>
      <w:pPr>
        <w:pStyle w:val="Heading3"/>
      </w:pPr>
      <w:r>
        <w:t>Final pay, unused leave, survivor benefits and deadlines to ask HR about</w:t>
      </w:r>
    </w:p>
    <w:p>
      <w:r>
        <w:t>Response: __________________________________________________</w:t>
      </w:r>
    </w:p>
    <w:p>
      <w:pPr>
        <w:pStyle w:val="Heading3"/>
      </w:pPr>
      <w:r>
        <w:t>Dependents' coverage, continuation options and important dates to verify</w:t>
      </w:r>
    </w:p>
    <w:p>
      <w:r>
        <w:t>Response: __________________________________________________</w:t>
      </w:r>
    </w:p>
    <w:p>
      <w:pPr>
        <w:pStyle w:val="Heading3"/>
      </w:pPr>
      <w:r>
        <w:t>Employer equipment, records and accounts to return or refer to HR / IT</w:t>
      </w:r>
    </w:p>
    <w:p>
      <w:r>
        <w:t>Response: __________________________________________________</w:t>
      </w:r>
    </w:p>
    <w:p>
      <w:r>
        <w:br w:type="page"/>
      </w:r>
    </w:p>
    <w:p>
      <w:pPr>
        <w:pStyle w:val="Heading1"/>
      </w:pPr>
      <w:r>
        <w:t>13-A — Home &amp; property record</w:t>
      </w:r>
    </w:p>
    <w:p>
      <w:r>
        <w:t>Repeat for each owned or rented property. Include the household that relies on it.</w:t>
      </w:r>
    </w:p>
    <w:p>
      <w:r>
        <w:t>Do not change locks, remove occupants, sell or transfer title without confirming authority and local requirements. Keep necessary originals secure and record their locations.</w:t>
      </w:r>
    </w:p>
    <w:p>
      <w:r>
        <w:t>ADD COPIES | Pocket 13-PROPERTY Deed or lease copy, insurance summary and maintenance / inventory location slips.</w:t>
      </w:r>
    </w:p>
    <w:p>
      <w:pPr>
        <w:pStyle w:val="Heading3"/>
      </w:pPr>
      <w:r>
        <w:t>Property address / record ID</w:t>
      </w:r>
    </w:p>
    <w:p>
      <w:r>
        <w:t>Response: __________________________________________________</w:t>
      </w:r>
    </w:p>
    <w:p>
      <w:pPr>
        <w:pStyle w:val="Heading3"/>
      </w:pPr>
      <w:r>
        <w:t>Owner(s) / title or lease location</w:t>
      </w:r>
    </w:p>
    <w:p>
      <w:r>
        <w:t>Response: __________________________________________________</w:t>
      </w:r>
    </w:p>
    <w:p>
      <w:pPr>
        <w:pStyle w:val="Heading3"/>
      </w:pPr>
      <w:r>
        <w:t>Mortgage / landlord / property manager</w:t>
      </w:r>
    </w:p>
    <w:p>
      <w:r>
        <w:t>Response: __________________________________________________</w:t>
      </w:r>
    </w:p>
    <w:p>
      <w:pPr>
        <w:pStyle w:val="Heading3"/>
      </w:pPr>
      <w:r>
        <w:t>Phone / related debt or bill record ID</w:t>
      </w:r>
    </w:p>
    <w:p>
      <w:r>
        <w:t>Response: __________________________________________________</w:t>
      </w:r>
    </w:p>
    <w:p>
      <w:pPr>
        <w:pStyle w:val="Heading3"/>
      </w:pPr>
      <w:r>
        <w:t>Insurance provider / claims phone</w:t>
      </w:r>
    </w:p>
    <w:p>
      <w:r>
        <w:t>Response: __________________________________________________</w:t>
      </w:r>
    </w:p>
    <w:p>
      <w:pPr>
        <w:pStyle w:val="Heading3"/>
      </w:pPr>
      <w:r>
        <w:t>Policy location / renewal date</w:t>
      </w:r>
    </w:p>
    <w:p>
      <w:r>
        <w:t>Response: __________________________________________________</w:t>
      </w:r>
    </w:p>
    <w:p>
      <w:pPr>
        <w:pStyle w:val="Heading3"/>
      </w:pPr>
      <w:r>
        <w:t>Property tax / HOA contact</w:t>
      </w:r>
    </w:p>
    <w:p>
      <w:r>
        <w:t>Response: __________________________________________________</w:t>
      </w:r>
    </w:p>
    <w:p>
      <w:pPr>
        <w:pStyle w:val="Heading3"/>
      </w:pPr>
      <w:r>
        <w:t>Due dates / related bill record IDs</w:t>
      </w:r>
    </w:p>
    <w:p>
      <w:r>
        <w:t>Response: __________________________________________________</w:t>
      </w:r>
    </w:p>
    <w:p>
      <w:pPr>
        <w:pStyle w:val="Heading3"/>
      </w:pPr>
      <w:r>
        <w:t>Trusted key holder / phone</w:t>
      </w:r>
    </w:p>
    <w:p>
      <w:r>
        <w:t>Response: __________________________________________________</w:t>
      </w:r>
    </w:p>
    <w:p>
      <w:pPr>
        <w:pStyle w:val="Heading3"/>
      </w:pPr>
      <w:r>
        <w:t>Maintenance / emergency contractor contact</w:t>
      </w:r>
    </w:p>
    <w:p>
      <w:r>
        <w:t>Response: __________________________________________________</w:t>
      </w:r>
    </w:p>
    <w:p>
      <w:pPr>
        <w:pStyle w:val="Heading3"/>
      </w:pPr>
      <w:r>
        <w:t>Occupants, rental obligations, vacant-property questions and access restrictions</w:t>
      </w:r>
    </w:p>
    <w:p>
      <w:r>
        <w:t>Response: __________________________________________________</w:t>
      </w:r>
    </w:p>
    <w:p>
      <w:pPr>
        <w:pStyle w:val="Heading3"/>
      </w:pPr>
      <w:r>
        <w:t>Important repairs, valuables inventory location and unresolved property matters</w:t>
      </w:r>
    </w:p>
    <w:p>
      <w:r>
        <w:t>Response: __________________________________________________</w:t>
      </w:r>
    </w:p>
    <w:p>
      <w:r>
        <w:br w:type="page"/>
      </w:r>
    </w:p>
    <w:p>
      <w:pPr>
        <w:pStyle w:val="Heading1"/>
      </w:pPr>
      <w:r>
        <w:t>14-A — Vehicle record</w:t>
      </w:r>
    </w:p>
    <w:p>
      <w:r>
        <w:t>Repeat for cars, motorcycles, boats, recreational vehicles or other titled property.</w:t>
      </w:r>
    </w:p>
    <w:p>
      <w:r>
        <w:t>Keep insurance and registration under review before allowing someone to drive. Title transfer and loan responsibilities require the appropriate provider and local processes.</w:t>
      </w:r>
    </w:p>
    <w:p>
      <w:r>
        <w:t>ADD COPIES | Pocket 14-VEHICLE Title / registration reference copies, insurance summary and lease or loan location slip.</w:t>
      </w:r>
    </w:p>
    <w:p>
      <w:pPr>
        <w:pStyle w:val="Heading3"/>
      </w:pPr>
      <w:r>
        <w:t>Owner / record ID</w:t>
      </w:r>
    </w:p>
    <w:p>
      <w:r>
        <w:t>Response: __________________________________________________</w:t>
      </w:r>
    </w:p>
    <w:p>
      <w:pPr>
        <w:pStyle w:val="Heading3"/>
      </w:pPr>
      <w:r>
        <w:t>Year / make / model / description</w:t>
      </w:r>
    </w:p>
    <w:p>
      <w:r>
        <w:t>Response: __________________________________________________</w:t>
      </w:r>
    </w:p>
    <w:p>
      <w:pPr>
        <w:pStyle w:val="Heading3"/>
      </w:pPr>
      <w:r>
        <w:t>Plate / VIN record location</w:t>
      </w:r>
    </w:p>
    <w:p>
      <w:r>
        <w:t>Response: __________________________________________________</w:t>
      </w:r>
    </w:p>
    <w:p>
      <w:pPr>
        <w:pStyle w:val="Heading3"/>
      </w:pPr>
      <w:r>
        <w:t>Title location / lienholder</w:t>
      </w:r>
    </w:p>
    <w:p>
      <w:r>
        <w:t>Response: __________________________________________________</w:t>
      </w:r>
    </w:p>
    <w:p>
      <w:pPr>
        <w:pStyle w:val="Heading3"/>
      </w:pPr>
      <w:r>
        <w:t>Loan provider / related record ID</w:t>
      </w:r>
    </w:p>
    <w:p>
      <w:r>
        <w:t>Response: __________________________________________________</w:t>
      </w:r>
    </w:p>
    <w:p>
      <w:pPr>
        <w:pStyle w:val="Heading3"/>
      </w:pPr>
      <w:r>
        <w:t>Registration location / renewal date</w:t>
      </w:r>
    </w:p>
    <w:p>
      <w:r>
        <w:t>Response: __________________________________________________</w:t>
      </w:r>
    </w:p>
    <w:p>
      <w:pPr>
        <w:pStyle w:val="Heading3"/>
      </w:pPr>
      <w:r>
        <w:t>Insurance provider / claims phone</w:t>
      </w:r>
    </w:p>
    <w:p>
      <w:r>
        <w:t>Response: __________________________________________________</w:t>
      </w:r>
    </w:p>
    <w:p>
      <w:pPr>
        <w:pStyle w:val="Heading3"/>
      </w:pPr>
      <w:r>
        <w:t>Policy location / related record ID</w:t>
      </w:r>
    </w:p>
    <w:p>
      <w:r>
        <w:t>Response: __________________________________________________</w:t>
      </w:r>
    </w:p>
    <w:p>
      <w:pPr>
        <w:pStyle w:val="Heading3"/>
      </w:pPr>
      <w:r>
        <w:t>Roadside assistance / phone</w:t>
      </w:r>
    </w:p>
    <w:p>
      <w:r>
        <w:t>Response: __________________________________________________</w:t>
      </w:r>
    </w:p>
    <w:p>
      <w:pPr>
        <w:pStyle w:val="Heading3"/>
      </w:pPr>
      <w:r>
        <w:t>Spare key custodian / phone</w:t>
      </w:r>
    </w:p>
    <w:p>
      <w:r>
        <w:t>Response: __________________________________________________</w:t>
      </w:r>
    </w:p>
    <w:p>
      <w:pPr>
        <w:pStyle w:val="Heading3"/>
      </w:pPr>
      <w:r>
        <w:t>Vehicle location, permitted drivers and mobility or charging needs</w:t>
      </w:r>
    </w:p>
    <w:p>
      <w:r>
        <w:t>Response: __________________________________________________</w:t>
      </w:r>
    </w:p>
    <w:p>
      <w:pPr>
        <w:pStyle w:val="Heading3"/>
      </w:pPr>
      <w:r>
        <w:t>Maintenance records, leased-vehicle terms and return / transfer instructions to verify</w:t>
      </w:r>
    </w:p>
    <w:p>
      <w:r>
        <w:t>Response: __________________________________________________</w:t>
      </w:r>
    </w:p>
    <w:p>
      <w:r>
        <w:br w:type="page"/>
      </w:r>
    </w:p>
    <w:p>
      <w:pPr>
        <w:pStyle w:val="Heading1"/>
      </w:pPr>
      <w:r>
        <w:t>15-A — Dependent care plan</w:t>
      </w:r>
    </w:p>
    <w:p>
      <w:r>
        <w:t>Repeat for each child or adult dependent. This page does not appoint a guardian.</w:t>
      </w:r>
    </w:p>
    <w:p>
      <w:r>
        <w:t>Use existing legal and care authorizations. Obtain professional help for guardianship, supported decision-making or disability-specific planning.</w:t>
      </w:r>
    </w:p>
    <w:p>
      <w:r>
        <w:t>ADD COPIES | Pocket 15-CARE Existing care / pickup authorizations, routine and relevant school or support contacts.</w:t>
      </w:r>
    </w:p>
    <w:p>
      <w:pPr>
        <w:pStyle w:val="Heading3"/>
      </w:pPr>
      <w:r>
        <w:t>Name / record ID / age or birth date</w:t>
      </w:r>
    </w:p>
    <w:p>
      <w:r>
        <w:t>Response: __________________________________________________</w:t>
      </w:r>
    </w:p>
    <w:p>
      <w:pPr>
        <w:pStyle w:val="Heading3"/>
      </w:pPr>
      <w:r>
        <w:t>Relationship / current caregiver</w:t>
      </w:r>
    </w:p>
    <w:p>
      <w:r>
        <w:t>Response: __________________________________________________</w:t>
      </w:r>
    </w:p>
    <w:p>
      <w:pPr>
        <w:pStyle w:val="Heading3"/>
      </w:pPr>
      <w:r>
        <w:t>Primary temporary caregiver / phone</w:t>
      </w:r>
    </w:p>
    <w:p>
      <w:r>
        <w:t>Response: __________________________________________________</w:t>
      </w:r>
    </w:p>
    <w:p>
      <w:pPr>
        <w:pStyle w:val="Heading3"/>
      </w:pPr>
      <w:r>
        <w:t>Backup caregiver / phone</w:t>
      </w:r>
    </w:p>
    <w:p>
      <w:r>
        <w:t>Response: __________________________________________________</w:t>
      </w:r>
    </w:p>
    <w:p>
      <w:pPr>
        <w:pStyle w:val="Heading3"/>
      </w:pPr>
      <w:r>
        <w:t>School / program / care service / phone</w:t>
      </w:r>
    </w:p>
    <w:p>
      <w:r>
        <w:t>Response: __________________________________________________</w:t>
      </w:r>
    </w:p>
    <w:p>
      <w:pPr>
        <w:pStyle w:val="Heading3"/>
      </w:pPr>
      <w:r>
        <w:t>Authorized pickup or care-document location</w:t>
      </w:r>
    </w:p>
    <w:p>
      <w:r>
        <w:t>Response: __________________________________________________</w:t>
      </w:r>
    </w:p>
    <w:p>
      <w:pPr>
        <w:pStyle w:val="Heading3"/>
      </w:pPr>
      <w:r>
        <w:t>Legal guardian / applicable document location</w:t>
      </w:r>
    </w:p>
    <w:p>
      <w:r>
        <w:t>Response: __________________________________________________</w:t>
      </w:r>
    </w:p>
    <w:p>
      <w:pPr>
        <w:pStyle w:val="Heading3"/>
      </w:pPr>
      <w:r>
        <w:t>Medical summary / medication sheet ID</w:t>
      </w:r>
    </w:p>
    <w:p>
      <w:r>
        <w:t>Response: __________________________________________________</w:t>
      </w:r>
    </w:p>
    <w:p>
      <w:pPr>
        <w:pStyle w:val="Heading3"/>
      </w:pPr>
      <w:r>
        <w:t>Routine, food, accessibility, communication and comfort needs</w:t>
      </w:r>
    </w:p>
    <w:p>
      <w:r>
        <w:t>Response: __________________________________________________</w:t>
      </w:r>
    </w:p>
    <w:p>
      <w:pPr>
        <w:pStyle w:val="Heading3"/>
      </w:pPr>
      <w:r>
        <w:t>Transport, appointments, supplies and immediate care arrangements</w:t>
      </w:r>
    </w:p>
    <w:p>
      <w:r>
        <w:t>Response: __________________________________________________</w:t>
      </w:r>
    </w:p>
    <w:p>
      <w:pPr>
        <w:pStyle w:val="Heading3"/>
      </w:pPr>
      <w:r>
        <w:t>Restrictions, existing orders and people who must be consulted</w:t>
      </w:r>
    </w:p>
    <w:p>
      <w:r>
        <w:t>Response: __________________________________________________</w:t>
      </w:r>
    </w:p>
    <w:p>
      <w:r>
        <w:br w:type="page"/>
      </w:r>
    </w:p>
    <w:p>
      <w:pPr>
        <w:pStyle w:val="Heading1"/>
      </w:pPr>
      <w:r>
        <w:t>15-B — Pet care plan</w:t>
      </w:r>
    </w:p>
    <w:p>
      <w:r>
        <w:t>Repeat for each pet. Confirm that the proposed caregivers are willing and able to help.</w:t>
      </w:r>
    </w:p>
    <w:p>
      <w:r>
        <w:t>ADD COPIES | Pocket 15-CARE Current veterinary instructions, vaccination record, photo and microchip location slip.</w:t>
      </w:r>
    </w:p>
    <w:p>
      <w:pPr>
        <w:pStyle w:val="Heading3"/>
      </w:pPr>
      <w:r>
        <w:t>Pet / species / identifying description</w:t>
      </w:r>
    </w:p>
    <w:p>
      <w:r>
        <w:t>Response: __________________________________________________</w:t>
      </w:r>
    </w:p>
    <w:p>
      <w:pPr>
        <w:pStyle w:val="Heading3"/>
      </w:pPr>
      <w:r>
        <w:t>Microchip record location</w:t>
      </w:r>
    </w:p>
    <w:p>
      <w:r>
        <w:t>Response: __________________________________________________</w:t>
      </w:r>
    </w:p>
    <w:p>
      <w:pPr>
        <w:pStyle w:val="Heading3"/>
      </w:pPr>
      <w:r>
        <w:t>Temporary caregiver / phone</w:t>
      </w:r>
    </w:p>
    <w:p>
      <w:r>
        <w:t>Response: __________________________________________________</w:t>
      </w:r>
    </w:p>
    <w:p>
      <w:pPr>
        <w:pStyle w:val="Heading3"/>
      </w:pPr>
      <w:r>
        <w:t>Backup or long-term caregiver / phone</w:t>
      </w:r>
    </w:p>
    <w:p>
      <w:r>
        <w:t>Response: __________________________________________________</w:t>
      </w:r>
    </w:p>
    <w:p>
      <w:pPr>
        <w:pStyle w:val="Heading3"/>
      </w:pPr>
      <w:r>
        <w:t>Veterinarian / phone</w:t>
      </w:r>
    </w:p>
    <w:p>
      <w:r>
        <w:t>Response: __________________________________________________</w:t>
      </w:r>
    </w:p>
    <w:p>
      <w:pPr>
        <w:pStyle w:val="Heading3"/>
      </w:pPr>
      <w:r>
        <w:t>Emergency veterinary clinic / phone</w:t>
      </w:r>
    </w:p>
    <w:p>
      <w:r>
        <w:t>Response: __________________________________________________</w:t>
      </w:r>
    </w:p>
    <w:p>
      <w:pPr>
        <w:pStyle w:val="Heading3"/>
      </w:pPr>
      <w:r>
        <w:t>Food / supplies / carrier / leash location</w:t>
      </w:r>
    </w:p>
    <w:p>
      <w:r>
        <w:t>Response: __________________________________________________</w:t>
      </w:r>
    </w:p>
    <w:p>
      <w:pPr>
        <w:pStyle w:val="Heading3"/>
      </w:pPr>
      <w:r>
        <w:t>Medication and care instructions location</w:t>
      </w:r>
    </w:p>
    <w:p>
      <w:r>
        <w:t>Response: __________________________________________________</w:t>
      </w:r>
    </w:p>
    <w:p>
      <w:pPr>
        <w:pStyle w:val="Heading3"/>
      </w:pPr>
      <w:r>
        <w:t>Feeding, exercise, temperament, hiding places and handling needs</w:t>
      </w:r>
    </w:p>
    <w:p>
      <w:r>
        <w:t>Response: __________________________________________________</w:t>
      </w:r>
    </w:p>
    <w:p>
      <w:pPr>
        <w:pStyle w:val="Heading3"/>
      </w:pPr>
      <w:r>
        <w:t>Insurance, boarding, costs and arrangements with the caregiver</w:t>
      </w:r>
    </w:p>
    <w:p>
      <w:r>
        <w:t>Response: __________________________________________________</w:t>
      </w:r>
    </w:p>
    <w:p>
      <w:pPr>
        <w:pStyle w:val="Heading3"/>
      </w:pPr>
      <w:r>
        <w:t>Important notes and last confirmed date</w:t>
      </w:r>
    </w:p>
    <w:p>
      <w:r>
        <w:t>Response: __________________________________________________</w:t>
      </w:r>
    </w:p>
    <w:p>
      <w:r>
        <w:br w:type="page"/>
      </w:r>
    </w:p>
    <w:p>
      <w:pPr>
        <w:pStyle w:val="Heading1"/>
      </w:pPr>
      <w:r>
        <w:t>16-A — Funeral &amp; memorial preferences</w:t>
      </w:r>
    </w:p>
    <w:p>
      <w:r>
        <w:t>These are preferences for discussion, not a substitute for required legal authorizations.</w:t>
      </w:r>
    </w:p>
    <w:p>
      <w:r>
        <w:t>Check existing contracts and legal decision-making authority before new purchases. Do not delay urgent clinical or donation-related decisions while searching this workbook.</w:t>
      </w:r>
    </w:p>
    <w:p>
      <w:r>
        <w:t>ADD COPIES | Pocket 16-WISHES Existing arrangements, contract copies, cemetery information and approved service notes.</w:t>
      </w:r>
    </w:p>
    <w:p>
      <w:pPr>
        <w:pStyle w:val="Heading3"/>
      </w:pPr>
      <w:r>
        <w:t>Person / date discussed</w:t>
      </w:r>
    </w:p>
    <w:p>
      <w:r>
        <w:t>Response: __________________________________________________</w:t>
      </w:r>
    </w:p>
    <w:p>
      <w:pPr>
        <w:pStyle w:val="Heading3"/>
      </w:pPr>
      <w:r>
        <w:t>Person to coordinate / phone</w:t>
      </w:r>
    </w:p>
    <w:p>
      <w:r>
        <w:t>Response: __________________________________________________</w:t>
      </w:r>
    </w:p>
    <w:p>
      <w:pPr>
        <w:pStyle w:val="Heading3"/>
      </w:pPr>
      <w:r>
        <w:t>Funeral home / contact (if selected)</w:t>
      </w:r>
    </w:p>
    <w:p>
      <w:r>
        <w:t>Response: __________________________________________________</w:t>
      </w:r>
    </w:p>
    <w:p>
      <w:pPr>
        <w:pStyle w:val="Heading3"/>
      </w:pPr>
      <w:r>
        <w:t>Existing contract or prepaid plan location</w:t>
      </w:r>
    </w:p>
    <w:p>
      <w:r>
        <w:t>Response: __________________________________________________</w:t>
      </w:r>
    </w:p>
    <w:p>
      <w:pPr>
        <w:pStyle w:val="Heading3"/>
      </w:pPr>
      <w:r>
        <w:t>Burial / cremation / other preference</w:t>
      </w:r>
    </w:p>
    <w:p>
      <w:r>
        <w:t>Response: __________________________________________________</w:t>
      </w:r>
    </w:p>
    <w:p>
      <w:pPr>
        <w:pStyle w:val="Heading3"/>
      </w:pPr>
      <w:r>
        <w:t>Cemetery / plot / contract record location</w:t>
      </w:r>
    </w:p>
    <w:p>
      <w:r>
        <w:t>Response: __________________________________________________</w:t>
      </w:r>
    </w:p>
    <w:p>
      <w:pPr>
        <w:pStyle w:val="Heading3"/>
      </w:pPr>
      <w:r>
        <w:t>Faith / cultural / community contact</w:t>
      </w:r>
    </w:p>
    <w:p>
      <w:r>
        <w:t>Response: __________________________________________________</w:t>
      </w:r>
    </w:p>
    <w:p>
      <w:pPr>
        <w:pStyle w:val="Heading3"/>
      </w:pPr>
      <w:r>
        <w:t>Donation decision / registration location</w:t>
      </w:r>
    </w:p>
    <w:p>
      <w:r>
        <w:t>Response: __________________________________________________</w:t>
      </w:r>
    </w:p>
    <w:p>
      <w:pPr>
        <w:pStyle w:val="Heading3"/>
      </w:pPr>
      <w:r>
        <w:t>Service, music, clothing, readings, accessibility and people to involve</w:t>
      </w:r>
    </w:p>
    <w:p>
      <w:r>
        <w:t>Response: __________________________________________________</w:t>
      </w:r>
    </w:p>
    <w:p>
      <w:pPr>
        <w:pStyle w:val="Heading3"/>
      </w:pPr>
      <w:r>
        <w:t>Budget preference, funding source to verify, and wishes about announcements</w:t>
      </w:r>
    </w:p>
    <w:p>
      <w:r>
        <w:t>Response: __________________________________________________</w:t>
      </w:r>
    </w:p>
    <w:p>
      <w:pPr>
        <w:pStyle w:val="Heading3"/>
      </w:pPr>
      <w:r>
        <w:t>What matters most; questions still undecided</w:t>
      </w:r>
    </w:p>
    <w:p>
      <w:r>
        <w:t>Response: __________________________________________________</w:t>
      </w:r>
    </w:p>
    <w:p>
      <w:r>
        <w:br w:type="page"/>
      </w:r>
    </w:p>
    <w:p>
      <w:pPr>
        <w:pStyle w:val="Heading1"/>
      </w:pPr>
      <w:r>
        <w:t>17-A — Notification plan</w:t>
      </w:r>
    </w:p>
    <w:p>
      <w:r>
        <w:t>Use this page to plan. Record actual calls and actions in section 19.</w:t>
      </w:r>
    </w:p>
    <w:p>
      <w:r>
        <w:t>After a death, government and account-provider notification requirements vary. Verify reporting with the funeral director, attorney and relevant agencies; track confirmations instead of assuming someone else has done it. [S2]</w:t>
      </w:r>
    </w:p>
    <w:p>
      <w:pPr>
        <w:pStyle w:val="Heading3"/>
      </w:pPr>
      <w:r>
        <w:t>Immediate family / trusted person — Phone / official route</w:t>
      </w:r>
    </w:p>
    <w:p>
      <w:r>
        <w:t>Response: __________________________________________________</w:t>
      </w:r>
    </w:p>
    <w:p>
      <w:pPr>
        <w:pStyle w:val="Heading3"/>
      </w:pPr>
      <w:r>
        <w:t>Immediate family / trusted person — Who will contact</w:t>
      </w:r>
    </w:p>
    <w:p>
      <w:r>
        <w:t>Response: __________________________________________________</w:t>
      </w:r>
    </w:p>
    <w:p>
      <w:pPr>
        <w:pStyle w:val="Heading3"/>
      </w:pPr>
      <w:r>
        <w:t>Immediate family / trusted person — Priority / notes</w:t>
      </w:r>
    </w:p>
    <w:p>
      <w:r>
        <w:t>Response: __________________________________________________</w:t>
      </w:r>
    </w:p>
    <w:p>
      <w:pPr>
        <w:pStyle w:val="Heading3"/>
      </w:pPr>
      <w:r>
        <w:t>Caregiver / dependents / pets — Phone / official route</w:t>
      </w:r>
    </w:p>
    <w:p>
      <w:r>
        <w:t>Response: __________________________________________________</w:t>
      </w:r>
    </w:p>
    <w:p>
      <w:pPr>
        <w:pStyle w:val="Heading3"/>
      </w:pPr>
      <w:r>
        <w:t>Caregiver / dependents / pets — Who will contact</w:t>
      </w:r>
    </w:p>
    <w:p>
      <w:r>
        <w:t>Response: __________________________________________________</w:t>
      </w:r>
    </w:p>
    <w:p>
      <w:pPr>
        <w:pStyle w:val="Heading3"/>
      </w:pPr>
      <w:r>
        <w:t>Caregiver / dependents / pets — Priority / notes</w:t>
      </w:r>
    </w:p>
    <w:p>
      <w:r>
        <w:t>Response: __________________________________________________</w:t>
      </w:r>
    </w:p>
    <w:p>
      <w:pPr>
        <w:pStyle w:val="Heading3"/>
      </w:pPr>
      <w:r>
        <w:t>Attorney / representative — Phone / official route</w:t>
      </w:r>
    </w:p>
    <w:p>
      <w:r>
        <w:t>Response: __________________________________________________</w:t>
      </w:r>
    </w:p>
    <w:p>
      <w:pPr>
        <w:pStyle w:val="Heading3"/>
      </w:pPr>
      <w:r>
        <w:t>Attorney / representative — Who will contact</w:t>
      </w:r>
    </w:p>
    <w:p>
      <w:r>
        <w:t>Response: __________________________________________________</w:t>
      </w:r>
    </w:p>
    <w:p>
      <w:pPr>
        <w:pStyle w:val="Heading3"/>
      </w:pPr>
      <w:r>
        <w:t>Attorney / representative — Priority / notes</w:t>
      </w:r>
    </w:p>
    <w:p>
      <w:r>
        <w:t>Response: __________________________________________________</w:t>
      </w:r>
    </w:p>
    <w:p>
      <w:pPr>
        <w:pStyle w:val="Heading3"/>
      </w:pPr>
      <w:r>
        <w:t>Employer / benefits office — Phone / official route</w:t>
      </w:r>
    </w:p>
    <w:p>
      <w:r>
        <w:t>Response: __________________________________________________</w:t>
      </w:r>
    </w:p>
    <w:p>
      <w:pPr>
        <w:pStyle w:val="Heading3"/>
      </w:pPr>
      <w:r>
        <w:t>Employer / benefits office — Who will contact</w:t>
      </w:r>
    </w:p>
    <w:p>
      <w:r>
        <w:t>Response: __________________________________________________</w:t>
      </w:r>
    </w:p>
    <w:p>
      <w:pPr>
        <w:pStyle w:val="Heading3"/>
      </w:pPr>
      <w:r>
        <w:t>Employer / benefits office — Priority / notes</w:t>
      </w:r>
    </w:p>
    <w:p>
      <w:r>
        <w:t>Response: __________________________________________________</w:t>
      </w:r>
    </w:p>
    <w:p>
      <w:pPr>
        <w:pStyle w:val="Heading3"/>
      </w:pPr>
      <w:r>
        <w:t>Insurance / pension provider — Phone / official route</w:t>
      </w:r>
    </w:p>
    <w:p>
      <w:r>
        <w:t>Response: __________________________________________________</w:t>
      </w:r>
    </w:p>
    <w:p>
      <w:pPr>
        <w:pStyle w:val="Heading3"/>
      </w:pPr>
      <w:r>
        <w:t>Insurance / pension provider — Who will contact</w:t>
      </w:r>
    </w:p>
    <w:p>
      <w:r>
        <w:t>Response: __________________________________________________</w:t>
      </w:r>
    </w:p>
    <w:p>
      <w:pPr>
        <w:pStyle w:val="Heading3"/>
      </w:pPr>
      <w:r>
        <w:t>Insurance / pension provider — Priority / notes</w:t>
      </w:r>
    </w:p>
    <w:p>
      <w:r>
        <w:t>Response: __________________________________________________</w:t>
      </w:r>
    </w:p>
    <w:p>
      <w:pPr>
        <w:pStyle w:val="Heading3"/>
      </w:pPr>
      <w:r>
        <w:t>Financial institutions — Phone / official route</w:t>
      </w:r>
    </w:p>
    <w:p>
      <w:r>
        <w:t>Response: __________________________________________________</w:t>
      </w:r>
    </w:p>
    <w:p>
      <w:pPr>
        <w:pStyle w:val="Heading3"/>
      </w:pPr>
      <w:r>
        <w:t>Financial institutions — Who will contact</w:t>
      </w:r>
    </w:p>
    <w:p>
      <w:r>
        <w:t>Response: __________________________________________________</w:t>
      </w:r>
    </w:p>
    <w:p>
      <w:pPr>
        <w:pStyle w:val="Heading3"/>
      </w:pPr>
      <w:r>
        <w:t>Financial institutions — Priority / notes</w:t>
      </w:r>
    </w:p>
    <w:p>
      <w:r>
        <w:t>Response: __________________________________________________</w:t>
      </w:r>
    </w:p>
    <w:p>
      <w:pPr>
        <w:pStyle w:val="Heading3"/>
      </w:pPr>
      <w:r>
        <w:t>Community / faith contact — Phone / official route</w:t>
      </w:r>
    </w:p>
    <w:p>
      <w:r>
        <w:t>Response: __________________________________________________</w:t>
      </w:r>
    </w:p>
    <w:p>
      <w:pPr>
        <w:pStyle w:val="Heading3"/>
      </w:pPr>
      <w:r>
        <w:t>Community / faith contact — Who will contact</w:t>
      </w:r>
    </w:p>
    <w:p>
      <w:r>
        <w:t>Response: __________________________________________________</w:t>
      </w:r>
    </w:p>
    <w:p>
      <w:pPr>
        <w:pStyle w:val="Heading3"/>
      </w:pPr>
      <w:r>
        <w:t>Community / faith contact — Priority / notes</w:t>
      </w:r>
    </w:p>
    <w:p>
      <w:r>
        <w:t>Response: __________________________________________________</w:t>
      </w:r>
    </w:p>
    <w:p>
      <w:pPr>
        <w:pStyle w:val="Heading3"/>
      </w:pPr>
      <w:r>
        <w:t>Government agencies as applicable — Phone / official route</w:t>
      </w:r>
    </w:p>
    <w:p>
      <w:r>
        <w:t>Response: __________________________________________________</w:t>
      </w:r>
    </w:p>
    <w:p>
      <w:pPr>
        <w:pStyle w:val="Heading3"/>
      </w:pPr>
      <w:r>
        <w:t>Government agencies as applicable — Who will contact</w:t>
      </w:r>
    </w:p>
    <w:p>
      <w:r>
        <w:t>Response: __________________________________________________</w:t>
      </w:r>
    </w:p>
    <w:p>
      <w:pPr>
        <w:pStyle w:val="Heading3"/>
      </w:pPr>
      <w:r>
        <w:t>Government agencies as applicable — Priority / notes</w:t>
      </w:r>
    </w:p>
    <w:p>
      <w:r>
        <w:t>Response: __________________________________________________</w:t>
      </w:r>
    </w:p>
    <w:p>
      <w:pPr>
        <w:pStyle w:val="Heading3"/>
      </w:pPr>
      <w:r>
        <w:t>Other — Phone / official route</w:t>
      </w:r>
    </w:p>
    <w:p>
      <w:r>
        <w:t>Response: __________________________________________________</w:t>
      </w:r>
    </w:p>
    <w:p>
      <w:pPr>
        <w:pStyle w:val="Heading3"/>
      </w:pPr>
      <w:r>
        <w:t>Other — Who will contact</w:t>
      </w:r>
    </w:p>
    <w:p>
      <w:r>
        <w:t>Response: __________________________________________________</w:t>
      </w:r>
    </w:p>
    <w:p>
      <w:pPr>
        <w:pStyle w:val="Heading3"/>
      </w:pPr>
      <w:r>
        <w:t>Other — Priority / notes</w:t>
      </w:r>
    </w:p>
    <w:p>
      <w:r>
        <w:t>Response: __________________________________________________</w:t>
      </w:r>
    </w:p>
    <w:p>
      <w:pPr>
        <w:pStyle w:val="Heading3"/>
      </w:pPr>
      <w:r>
        <w:t>Who may share news publicly; people to notify privately first</w:t>
      </w:r>
    </w:p>
    <w:p>
      <w:r>
        <w:t>Response: __________________________________________________</w:t>
      </w:r>
    </w:p>
    <w:p>
      <w:r>
        <w:br w:type="page"/>
      </w:r>
    </w:p>
    <w:p>
      <w:pPr>
        <w:pStyle w:val="Heading1"/>
      </w:pPr>
      <w:r>
        <w:t>18-A — Document &amp; pocket index</w:t>
      </w:r>
    </w:p>
    <w:p>
      <w:r>
        <w:t>Add one row for every inserted document or separately stored record. Repeat as needed.</w:t>
      </w:r>
    </w:p>
    <w:p>
      <w:r>
        <w:t>ID example: 08-FIN-01. Pocket example: 08-FIN behind section 08. Copy type: reference copy, certified copy, original stored elsewhere, or location slip. Do not treat an ordinary photocopy as a certified copy.</w:t>
      </w:r>
    </w:p>
    <w:p>
      <w:pPr>
        <w:pStyle w:val="Heading3"/>
      </w:pPr>
      <w:r>
        <w:t>Entry 1 — Document ID / title</w:t>
      </w:r>
    </w:p>
    <w:p>
      <w:r>
        <w:t>Response: __________________________________________________</w:t>
      </w:r>
    </w:p>
    <w:p>
      <w:pPr>
        <w:pStyle w:val="Heading3"/>
      </w:pPr>
      <w:r>
        <w:t>Entry 1 — Person / record ID</w:t>
      </w:r>
    </w:p>
    <w:p>
      <w:r>
        <w:t>Response: __________________________________________________</w:t>
      </w:r>
    </w:p>
    <w:p>
      <w:pPr>
        <w:pStyle w:val="Heading3"/>
      </w:pPr>
      <w:r>
        <w:t>Entry 1 — Pocket or exact location</w:t>
      </w:r>
    </w:p>
    <w:p>
      <w:r>
        <w:t>Response: __________________________________________________</w:t>
      </w:r>
    </w:p>
    <w:p>
      <w:pPr>
        <w:pStyle w:val="Heading3"/>
      </w:pPr>
      <w:r>
        <w:t>Entry 1 — Date / copy type</w:t>
      </w:r>
    </w:p>
    <w:p>
      <w:r>
        <w:t>Response: __________________________________________________</w:t>
      </w:r>
    </w:p>
    <w:p>
      <w:pPr>
        <w:pStyle w:val="Heading3"/>
      </w:pPr>
      <w:r>
        <w:t>Entry 2 — Document ID / title</w:t>
      </w:r>
    </w:p>
    <w:p>
      <w:r>
        <w:t>Response: __________________________________________________</w:t>
      </w:r>
    </w:p>
    <w:p>
      <w:pPr>
        <w:pStyle w:val="Heading3"/>
      </w:pPr>
      <w:r>
        <w:t>Entry 2 — Person / record ID</w:t>
      </w:r>
    </w:p>
    <w:p>
      <w:r>
        <w:t>Response: __________________________________________________</w:t>
      </w:r>
    </w:p>
    <w:p>
      <w:pPr>
        <w:pStyle w:val="Heading3"/>
      </w:pPr>
      <w:r>
        <w:t>Entry 2 — Pocket or exact location</w:t>
      </w:r>
    </w:p>
    <w:p>
      <w:r>
        <w:t>Response: __________________________________________________</w:t>
      </w:r>
    </w:p>
    <w:p>
      <w:pPr>
        <w:pStyle w:val="Heading3"/>
      </w:pPr>
      <w:r>
        <w:t>Entry 2 — Date / copy type</w:t>
      </w:r>
    </w:p>
    <w:p>
      <w:r>
        <w:t>Response: __________________________________________________</w:t>
      </w:r>
    </w:p>
    <w:p>
      <w:pPr>
        <w:pStyle w:val="Heading3"/>
      </w:pPr>
      <w:r>
        <w:t>Entry 3 — Document ID / title</w:t>
      </w:r>
    </w:p>
    <w:p>
      <w:r>
        <w:t>Response: __________________________________________________</w:t>
      </w:r>
    </w:p>
    <w:p>
      <w:pPr>
        <w:pStyle w:val="Heading3"/>
      </w:pPr>
      <w:r>
        <w:t>Entry 3 — Person / record ID</w:t>
      </w:r>
    </w:p>
    <w:p>
      <w:r>
        <w:t>Response: __________________________________________________</w:t>
      </w:r>
    </w:p>
    <w:p>
      <w:pPr>
        <w:pStyle w:val="Heading3"/>
      </w:pPr>
      <w:r>
        <w:t>Entry 3 — Pocket or exact location</w:t>
      </w:r>
    </w:p>
    <w:p>
      <w:r>
        <w:t>Response: __________________________________________________</w:t>
      </w:r>
    </w:p>
    <w:p>
      <w:pPr>
        <w:pStyle w:val="Heading3"/>
      </w:pPr>
      <w:r>
        <w:t>Entry 3 — Date / copy type</w:t>
      </w:r>
    </w:p>
    <w:p>
      <w:r>
        <w:t>Response: __________________________________________________</w:t>
      </w:r>
    </w:p>
    <w:p>
      <w:pPr>
        <w:pStyle w:val="Heading3"/>
      </w:pPr>
      <w:r>
        <w:t>Entry 4 — Document ID / title</w:t>
      </w:r>
    </w:p>
    <w:p>
      <w:r>
        <w:t>Response: __________________________________________________</w:t>
      </w:r>
    </w:p>
    <w:p>
      <w:pPr>
        <w:pStyle w:val="Heading3"/>
      </w:pPr>
      <w:r>
        <w:t>Entry 4 — Person / record ID</w:t>
      </w:r>
    </w:p>
    <w:p>
      <w:r>
        <w:t>Response: __________________________________________________</w:t>
      </w:r>
    </w:p>
    <w:p>
      <w:pPr>
        <w:pStyle w:val="Heading3"/>
      </w:pPr>
      <w:r>
        <w:t>Entry 4 — Pocket or exact location</w:t>
      </w:r>
    </w:p>
    <w:p>
      <w:r>
        <w:t>Response: __________________________________________________</w:t>
      </w:r>
    </w:p>
    <w:p>
      <w:pPr>
        <w:pStyle w:val="Heading3"/>
      </w:pPr>
      <w:r>
        <w:t>Entry 4 — Date / copy type</w:t>
      </w:r>
    </w:p>
    <w:p>
      <w:r>
        <w:t>Response: __________________________________________________</w:t>
      </w:r>
    </w:p>
    <w:p>
      <w:pPr>
        <w:pStyle w:val="Heading3"/>
      </w:pPr>
      <w:r>
        <w:t>Entry 5 — Document ID / title</w:t>
      </w:r>
    </w:p>
    <w:p>
      <w:r>
        <w:t>Response: __________________________________________________</w:t>
      </w:r>
    </w:p>
    <w:p>
      <w:pPr>
        <w:pStyle w:val="Heading3"/>
      </w:pPr>
      <w:r>
        <w:t>Entry 5 — Person / record ID</w:t>
      </w:r>
    </w:p>
    <w:p>
      <w:r>
        <w:t>Response: __________________________________________________</w:t>
      </w:r>
    </w:p>
    <w:p>
      <w:pPr>
        <w:pStyle w:val="Heading3"/>
      </w:pPr>
      <w:r>
        <w:t>Entry 5 — Pocket or exact location</w:t>
      </w:r>
    </w:p>
    <w:p>
      <w:r>
        <w:t>Response: __________________________________________________</w:t>
      </w:r>
    </w:p>
    <w:p>
      <w:pPr>
        <w:pStyle w:val="Heading3"/>
      </w:pPr>
      <w:r>
        <w:t>Entry 5 — Date / copy type</w:t>
      </w:r>
    </w:p>
    <w:p>
      <w:r>
        <w:t>Response: __________________________________________________</w:t>
      </w:r>
    </w:p>
    <w:p>
      <w:pPr>
        <w:pStyle w:val="Heading3"/>
      </w:pPr>
      <w:r>
        <w:t>Entry 6 — Document ID / title</w:t>
      </w:r>
    </w:p>
    <w:p>
      <w:r>
        <w:t>Response: __________________________________________________</w:t>
      </w:r>
    </w:p>
    <w:p>
      <w:pPr>
        <w:pStyle w:val="Heading3"/>
      </w:pPr>
      <w:r>
        <w:t>Entry 6 — Person / record ID</w:t>
      </w:r>
    </w:p>
    <w:p>
      <w:r>
        <w:t>Response: __________________________________________________</w:t>
      </w:r>
    </w:p>
    <w:p>
      <w:pPr>
        <w:pStyle w:val="Heading3"/>
      </w:pPr>
      <w:r>
        <w:t>Entry 6 — Pocket or exact location</w:t>
      </w:r>
    </w:p>
    <w:p>
      <w:r>
        <w:t>Response: __________________________________________________</w:t>
      </w:r>
    </w:p>
    <w:p>
      <w:pPr>
        <w:pStyle w:val="Heading3"/>
      </w:pPr>
      <w:r>
        <w:t>Entry 6 — Date / copy type</w:t>
      </w:r>
    </w:p>
    <w:p>
      <w:r>
        <w:t>Response: __________________________________________________</w:t>
      </w:r>
    </w:p>
    <w:p>
      <w:pPr>
        <w:pStyle w:val="Heading3"/>
      </w:pPr>
      <w:r>
        <w:t>Entry 7 — Document ID / title</w:t>
      </w:r>
    </w:p>
    <w:p>
      <w:r>
        <w:t>Response: __________________________________________________</w:t>
      </w:r>
    </w:p>
    <w:p>
      <w:pPr>
        <w:pStyle w:val="Heading3"/>
      </w:pPr>
      <w:r>
        <w:t>Entry 7 — Person / record ID</w:t>
      </w:r>
    </w:p>
    <w:p>
      <w:r>
        <w:t>Response: __________________________________________________</w:t>
      </w:r>
    </w:p>
    <w:p>
      <w:pPr>
        <w:pStyle w:val="Heading3"/>
      </w:pPr>
      <w:r>
        <w:t>Entry 7 — Pocket or exact location</w:t>
      </w:r>
    </w:p>
    <w:p>
      <w:r>
        <w:t>Response: __________________________________________________</w:t>
      </w:r>
    </w:p>
    <w:p>
      <w:pPr>
        <w:pStyle w:val="Heading3"/>
      </w:pPr>
      <w:r>
        <w:t>Entry 7 — Date / copy type</w:t>
      </w:r>
    </w:p>
    <w:p>
      <w:r>
        <w:t>Response: __________________________________________________</w:t>
      </w:r>
    </w:p>
    <w:p>
      <w:pPr>
        <w:pStyle w:val="Heading3"/>
      </w:pPr>
      <w:r>
        <w:t>Entry 8 — Document ID / title</w:t>
      </w:r>
    </w:p>
    <w:p>
      <w:r>
        <w:t>Response: __________________________________________________</w:t>
      </w:r>
    </w:p>
    <w:p>
      <w:pPr>
        <w:pStyle w:val="Heading3"/>
      </w:pPr>
      <w:r>
        <w:t>Entry 8 — Person / record ID</w:t>
      </w:r>
    </w:p>
    <w:p>
      <w:r>
        <w:t>Response: __________________________________________________</w:t>
      </w:r>
    </w:p>
    <w:p>
      <w:pPr>
        <w:pStyle w:val="Heading3"/>
      </w:pPr>
      <w:r>
        <w:t>Entry 8 — Pocket or exact location</w:t>
      </w:r>
    </w:p>
    <w:p>
      <w:r>
        <w:t>Response: __________________________________________________</w:t>
      </w:r>
    </w:p>
    <w:p>
      <w:pPr>
        <w:pStyle w:val="Heading3"/>
      </w:pPr>
      <w:r>
        <w:t>Entry 8 — Date / copy type</w:t>
      </w:r>
    </w:p>
    <w:p>
      <w:r>
        <w:t>Response: __________________________________________________</w:t>
      </w:r>
    </w:p>
    <w:p>
      <w:pPr>
        <w:pStyle w:val="Heading3"/>
      </w:pPr>
      <w:r>
        <w:t>Entry 9 — Document ID / title</w:t>
      </w:r>
    </w:p>
    <w:p>
      <w:r>
        <w:t>Response: __________________________________________________</w:t>
      </w:r>
    </w:p>
    <w:p>
      <w:pPr>
        <w:pStyle w:val="Heading3"/>
      </w:pPr>
      <w:r>
        <w:t>Entry 9 — Person / record ID</w:t>
      </w:r>
    </w:p>
    <w:p>
      <w:r>
        <w:t>Response: __________________________________________________</w:t>
      </w:r>
    </w:p>
    <w:p>
      <w:pPr>
        <w:pStyle w:val="Heading3"/>
      </w:pPr>
      <w:r>
        <w:t>Entry 9 — Pocket or exact location</w:t>
      </w:r>
    </w:p>
    <w:p>
      <w:r>
        <w:t>Response: __________________________________________________</w:t>
      </w:r>
    </w:p>
    <w:p>
      <w:pPr>
        <w:pStyle w:val="Heading3"/>
      </w:pPr>
      <w:r>
        <w:t>Entry 9 — Date / copy type</w:t>
      </w:r>
    </w:p>
    <w:p>
      <w:r>
        <w:t>Response: __________________________________________________</w:t>
      </w:r>
    </w:p>
    <w:p>
      <w:pPr>
        <w:pStyle w:val="Heading3"/>
      </w:pPr>
      <w:r>
        <w:t>Restricted packet custodian / phone</w:t>
      </w:r>
    </w:p>
    <w:p>
      <w:r>
        <w:t>Response: __________________________________________________</w:t>
      </w:r>
    </w:p>
    <w:p>
      <w:pPr>
        <w:pStyle w:val="Heading3"/>
      </w:pPr>
      <w:r>
        <w:t>Originals custodian / phone</w:t>
      </w:r>
    </w:p>
    <w:p>
      <w:r>
        <w:t>Response: __________________________________________________</w:t>
      </w:r>
    </w:p>
    <w:p>
      <w:pPr>
        <w:pStyle w:val="Heading3"/>
      </w:pPr>
      <w:r>
        <w:t>Access arrangements, missing documents or locations to verify</w:t>
      </w:r>
    </w:p>
    <w:p>
      <w:r>
        <w:t>Response: __________________________________________________</w:t>
      </w:r>
    </w:p>
    <w:p>
      <w:r>
        <w:br w:type="page"/>
      </w:r>
    </w:p>
    <w:p>
      <w:pPr>
        <w:pStyle w:val="Heading1"/>
      </w:pPr>
      <w:r>
        <w:t>19-A — When someone cannot manage affairs</w:t>
      </w:r>
    </w:p>
    <w:p>
      <w:r>
        <w:t>A practical starting point, not a medical or legal decision-making tool.</w:t>
      </w:r>
    </w:p>
    <w:p>
      <w:r>
        <w:t>Financial powers of attorney, healthcare authority and benefit-program representation have different rules. Confirm the correct role for each action. [S1]</w:t>
      </w:r>
    </w:p>
    <w:p>
      <w:pPr/>
      <w:r>
        <w:t>[ ] Address immediate safety and care needs; contact emergency services when needed.</w:t>
      </w:r>
    </w:p>
    <w:p>
      <w:pPr/>
      <w:r>
        <w:t>[ ] Contact the trusted person and the treating care team as appropriate.</w:t>
      </w:r>
    </w:p>
    <w:p>
      <w:pPr/>
      <w:r>
        <w:t>[ ] Locate current healthcare documents and medication / care information.</w:t>
      </w:r>
    </w:p>
    <w:p>
      <w:pPr/>
      <w:r>
        <w:t>[ ] Confirm who may make decisions and any activation requirements with professionals.</w:t>
      </w:r>
    </w:p>
    <w:p>
      <w:pPr/>
      <w:r>
        <w:t>[ ] Arrange care for dependents and pets using existing authorizations.</w:t>
      </w:r>
    </w:p>
    <w:p>
      <w:pPr/>
      <w:r>
        <w:t>[ ] Identify urgent bills, insurance, housing and time-sensitive commitments.</w:t>
      </w:r>
    </w:p>
    <w:p>
      <w:pPr/>
      <w:r>
        <w:t>[ ] Use approved institutional access processes; do not share or bypass credentials.</w:t>
      </w:r>
    </w:p>
    <w:p>
      <w:pPr/>
      <w:r>
        <w:t>[ ] Keep records of decisions, communications and authorized payments.</w:t>
      </w:r>
    </w:p>
    <w:p>
      <w:pPr/>
      <w:r>
        <w:t>[ ] Set a review date and decide what updates other helpers need.</w:t>
      </w:r>
    </w:p>
    <w:p>
      <w:pPr>
        <w:pStyle w:val="Heading3"/>
      </w:pPr>
      <w:r>
        <w:t>Immediate assignments, limits and professional instructions</w:t>
      </w:r>
    </w:p>
    <w:p>
      <w:r>
        <w:t>Response: __________________________________________________</w:t>
      </w:r>
    </w:p>
    <w:p>
      <w:pPr>
        <w:pStyle w:val="Heading3"/>
      </w:pPr>
      <w:r>
        <w:t>Coordinator / contact</w:t>
      </w:r>
    </w:p>
    <w:p>
      <w:r>
        <w:t>Response: __________________________________________________</w:t>
      </w:r>
    </w:p>
    <w:p>
      <w:pPr>
        <w:pStyle w:val="Heading3"/>
      </w:pPr>
      <w:r>
        <w:t>Next review date</w:t>
      </w:r>
    </w:p>
    <w:p>
      <w:r>
        <w:t>Response: __________________________________________________</w:t>
      </w:r>
    </w:p>
    <w:p>
      <w:r>
        <w:br w:type="page"/>
      </w:r>
    </w:p>
    <w:p>
      <w:pPr>
        <w:pStyle w:val="Heading1"/>
      </w:pPr>
      <w:r>
        <w:t>19-B — After a death: first priorities</w:t>
      </w:r>
    </w:p>
    <w:p>
      <w:r>
        <w:t>Use the current hospice plan when applicable. Otherwise seek emergency or local professional guidance.</w:t>
      </w:r>
    </w:p>
    <w:p>
      <w:r>
        <w:t>A financial POA generally ends at death. Ask about the appropriate estate or trust authority; possession of a password does not replace it. [S1, S2]</w:t>
      </w:r>
    </w:p>
    <w:p>
      <w:pPr/>
      <w:r>
        <w:t>[ ] For unexpected unresponsiveness or immediate danger in the US, call 911.</w:t>
      </w:r>
    </w:p>
    <w:p>
      <w:pPr/>
      <w:r>
        <w:t>[ ] For an anticipated hospice death, follow the written plan and contact the hospice team.</w:t>
      </w:r>
    </w:p>
    <w:p>
      <w:pPr/>
      <w:r>
        <w:t>[ ] Contact the primary trusted person and arrange care for dependents and pets.</w:t>
      </w:r>
    </w:p>
    <w:p>
      <w:pPr/>
      <w:r>
        <w:t>[ ] Follow professional directions for pronouncement and transport.</w:t>
      </w:r>
    </w:p>
    <w:p>
      <w:pPr/>
      <w:r>
        <w:t>[ ] Locate existing funeral arrangements and confirm who may authorize decisions.</w:t>
      </w:r>
    </w:p>
    <w:p>
      <w:pPr/>
      <w:r>
        <w:t>[ ] Secure the home, vehicles, mail, valuables and devices without disposing of records.</w:t>
      </w:r>
    </w:p>
    <w:p>
      <w:pPr/>
      <w:r>
        <w:t>[ ] Locate original legal documents and contact the estate attorney / representative.</w:t>
      </w:r>
    </w:p>
    <w:p>
      <w:pPr/>
      <w:r>
        <w:t>[ ] Begin a dated log. Keep receipts and copies of every request or confirmation.</w:t>
      </w:r>
    </w:p>
    <w:p>
      <w:pPr/>
      <w:r>
        <w:t>[ ] Avoid distributions, account closure and unnecessary purchases until authority is clear.</w:t>
      </w:r>
    </w:p>
    <w:p>
      <w:pPr>
        <w:pStyle w:val="Heading3"/>
      </w:pPr>
      <w:r>
        <w:t>Immediate tasks / assigned person / professional contact</w:t>
      </w:r>
    </w:p>
    <w:p>
      <w:r>
        <w:t>Response: __________________________________________________</w:t>
      </w:r>
    </w:p>
    <w:p>
      <w:r>
        <w:br w:type="page"/>
      </w:r>
    </w:p>
    <w:p>
      <w:pPr>
        <w:pStyle w:val="Heading1"/>
      </w:pPr>
      <w:r>
        <w:t>19-C — After a death: administration</w:t>
      </w:r>
    </w:p>
    <w:p>
      <w:r>
        <w:t>Sequence and deadlines depend on the situation. Confirm them with the responsible professionals.</w:t>
      </w:r>
    </w:p>
    <w:p>
      <w:r>
        <w:t>Do not assume every asset passes through the same process or that every debt is personally owed by a survivor. Use the actual documents and professional advice. [S1, S2]</w:t>
      </w:r>
    </w:p>
    <w:p>
      <w:pPr/>
      <w:r>
        <w:t>[ ] Ask institutions which death certificates and authority documents they need.</w:t>
      </w:r>
    </w:p>
    <w:p>
      <w:pPr/>
      <w:r>
        <w:t>[ ] Confirm that required government notifications have been made.</w:t>
      </w:r>
    </w:p>
    <w:p>
      <w:pPr/>
      <w:r>
        <w:t>[ ] Contact employer, insurers, pension and retirement administrators about claims.</w:t>
      </w:r>
    </w:p>
    <w:p>
      <w:pPr/>
      <w:r>
        <w:t>[ ] Work with the representative to inventory accounts, property and obligations.</w:t>
      </w:r>
    </w:p>
    <w:p>
      <w:pPr/>
      <w:r>
        <w:t>[ ] Review housing, utilities, insurance and payment continuity before cancelling.</w:t>
      </w:r>
    </w:p>
    <w:p>
      <w:pPr/>
      <w:r>
        <w:t>[ ] Preserve email, phone, cloud files and business services until dependencies are resolved.</w:t>
      </w:r>
    </w:p>
    <w:p>
      <w:pPr/>
      <w:r>
        <w:t>[ ] Ask the attorney / tax adviser about required notices, filings and deadlines.</w:t>
      </w:r>
    </w:p>
    <w:p>
      <w:pPr/>
      <w:r>
        <w:t>[ ] Use formal provider processes for claims, ownership changes and closure.</w:t>
      </w:r>
    </w:p>
    <w:p>
      <w:pPr/>
      <w:r>
        <w:t>[ ] Retain confirmations, receipts and the document-retention guidance received.</w:t>
      </w:r>
    </w:p>
    <w:p>
      <w:pPr>
        <w:pStyle w:val="Heading3"/>
      </w:pPr>
      <w:r>
        <w:t>Entry 1 — Task / deadline to verify</w:t>
      </w:r>
    </w:p>
    <w:p>
      <w:r>
        <w:t>Response: __________________________________________________</w:t>
      </w:r>
    </w:p>
    <w:p>
      <w:pPr>
        <w:pStyle w:val="Heading3"/>
      </w:pPr>
      <w:r>
        <w:t>Entry 1 — Responsible person</w:t>
      </w:r>
    </w:p>
    <w:p>
      <w:r>
        <w:t>Response: __________________________________________________</w:t>
      </w:r>
    </w:p>
    <w:p>
      <w:pPr>
        <w:pStyle w:val="Heading3"/>
      </w:pPr>
      <w:r>
        <w:t>Entry 1 — Status / next action</w:t>
      </w:r>
    </w:p>
    <w:p>
      <w:r>
        <w:t>Response: __________________________________________________</w:t>
      </w:r>
    </w:p>
    <w:p>
      <w:pPr>
        <w:pStyle w:val="Heading3"/>
      </w:pPr>
      <w:r>
        <w:t>Entry 2 — Task / deadline to verify</w:t>
      </w:r>
    </w:p>
    <w:p>
      <w:r>
        <w:t>Response: __________________________________________________</w:t>
      </w:r>
    </w:p>
    <w:p>
      <w:pPr>
        <w:pStyle w:val="Heading3"/>
      </w:pPr>
      <w:r>
        <w:t>Entry 2 — Responsible person</w:t>
      </w:r>
    </w:p>
    <w:p>
      <w:r>
        <w:t>Response: __________________________________________________</w:t>
      </w:r>
    </w:p>
    <w:p>
      <w:pPr>
        <w:pStyle w:val="Heading3"/>
      </w:pPr>
      <w:r>
        <w:t>Entry 2 — Status / next action</w:t>
      </w:r>
    </w:p>
    <w:p>
      <w:r>
        <w:t>Response: __________________________________________________</w:t>
      </w:r>
    </w:p>
    <w:p>
      <w:pPr>
        <w:pStyle w:val="Heading3"/>
      </w:pPr>
      <w:r>
        <w:t>Entry 3 — Task / deadline to verify</w:t>
      </w:r>
    </w:p>
    <w:p>
      <w:r>
        <w:t>Response: __________________________________________________</w:t>
      </w:r>
    </w:p>
    <w:p>
      <w:pPr>
        <w:pStyle w:val="Heading3"/>
      </w:pPr>
      <w:r>
        <w:t>Entry 3 — Responsible person</w:t>
      </w:r>
    </w:p>
    <w:p>
      <w:r>
        <w:t>Response: __________________________________________________</w:t>
      </w:r>
    </w:p>
    <w:p>
      <w:pPr>
        <w:pStyle w:val="Heading3"/>
      </w:pPr>
      <w:r>
        <w:t>Entry 3 — Status / next action</w:t>
      </w:r>
    </w:p>
    <w:p>
      <w:r>
        <w:t>Response: __________________________________________________</w:t>
      </w:r>
    </w:p>
    <w:p>
      <w:pPr>
        <w:pStyle w:val="Heading3"/>
      </w:pPr>
      <w:r>
        <w:t>Entry 4 — Task / deadline to verify</w:t>
      </w:r>
    </w:p>
    <w:p>
      <w:r>
        <w:t>Response: __________________________________________________</w:t>
      </w:r>
    </w:p>
    <w:p>
      <w:pPr>
        <w:pStyle w:val="Heading3"/>
      </w:pPr>
      <w:r>
        <w:t>Entry 4 — Responsible person</w:t>
      </w:r>
    </w:p>
    <w:p>
      <w:r>
        <w:t>Response: __________________________________________________</w:t>
      </w:r>
    </w:p>
    <w:p>
      <w:pPr>
        <w:pStyle w:val="Heading3"/>
      </w:pPr>
      <w:r>
        <w:t>Entry 4 — Status / next action</w:t>
      </w:r>
    </w:p>
    <w:p>
      <w:r>
        <w:t>Response: __________________________________________________</w:t>
      </w:r>
    </w:p>
    <w:p>
      <w:r>
        <w:br w:type="page"/>
      </w:r>
    </w:p>
    <w:p>
      <w:pPr>
        <w:pStyle w:val="Heading1"/>
      </w:pPr>
      <w:r>
        <w:t>19-D — Contact &amp; action log</w:t>
      </w:r>
    </w:p>
    <w:p>
      <w:r>
        <w:t>Repeat as needed. Record facts, reference numbers and the next action.</w:t>
      </w:r>
    </w:p>
    <w:p>
      <w:r>
        <w:t>Verify recipients using an independent official contact route before sending sensitive records. Keep supporting correspondence in the relevant pocket or restricted packet.</w:t>
      </w:r>
    </w:p>
    <w:p>
      <w:pPr>
        <w:pStyle w:val="Heading3"/>
      </w:pPr>
      <w:r>
        <w:t>Entry 1 — Date / organization</w:t>
      </w:r>
    </w:p>
    <w:p>
      <w:r>
        <w:t>Response: __________________________________________________</w:t>
      </w:r>
    </w:p>
    <w:p>
      <w:pPr>
        <w:pStyle w:val="Heading3"/>
      </w:pPr>
      <w:r>
        <w:t>Entry 1 — Person / reference</w:t>
      </w:r>
    </w:p>
    <w:p>
      <w:r>
        <w:t>Response: __________________________________________________</w:t>
      </w:r>
    </w:p>
    <w:p>
      <w:pPr>
        <w:pStyle w:val="Heading3"/>
      </w:pPr>
      <w:r>
        <w:t>Entry 1 — Action / documents sent</w:t>
      </w:r>
    </w:p>
    <w:p>
      <w:r>
        <w:t>Response: __________________________________________________</w:t>
      </w:r>
    </w:p>
    <w:p>
      <w:pPr>
        <w:pStyle w:val="Heading3"/>
      </w:pPr>
      <w:r>
        <w:t>Entry 1 — Next step / due</w:t>
      </w:r>
    </w:p>
    <w:p>
      <w:r>
        <w:t>Response: __________________________________________________</w:t>
      </w:r>
    </w:p>
    <w:p>
      <w:pPr>
        <w:pStyle w:val="Heading3"/>
      </w:pPr>
      <w:r>
        <w:t>Entry 2 — Date / organization</w:t>
      </w:r>
    </w:p>
    <w:p>
      <w:r>
        <w:t>Response: __________________________________________________</w:t>
      </w:r>
    </w:p>
    <w:p>
      <w:pPr>
        <w:pStyle w:val="Heading3"/>
      </w:pPr>
      <w:r>
        <w:t>Entry 2 — Person / reference</w:t>
      </w:r>
    </w:p>
    <w:p>
      <w:r>
        <w:t>Response: __________________________________________________</w:t>
      </w:r>
    </w:p>
    <w:p>
      <w:pPr>
        <w:pStyle w:val="Heading3"/>
      </w:pPr>
      <w:r>
        <w:t>Entry 2 — Action / documents sent</w:t>
      </w:r>
    </w:p>
    <w:p>
      <w:r>
        <w:t>Response: __________________________________________________</w:t>
      </w:r>
    </w:p>
    <w:p>
      <w:pPr>
        <w:pStyle w:val="Heading3"/>
      </w:pPr>
      <w:r>
        <w:t>Entry 2 — Next step / due</w:t>
      </w:r>
    </w:p>
    <w:p>
      <w:r>
        <w:t>Response: __________________________________________________</w:t>
      </w:r>
    </w:p>
    <w:p>
      <w:pPr>
        <w:pStyle w:val="Heading3"/>
      </w:pPr>
      <w:r>
        <w:t>Entry 3 — Date / organization</w:t>
      </w:r>
    </w:p>
    <w:p>
      <w:r>
        <w:t>Response: __________________________________________________</w:t>
      </w:r>
    </w:p>
    <w:p>
      <w:pPr>
        <w:pStyle w:val="Heading3"/>
      </w:pPr>
      <w:r>
        <w:t>Entry 3 — Person / reference</w:t>
      </w:r>
    </w:p>
    <w:p>
      <w:r>
        <w:t>Response: __________________________________________________</w:t>
      </w:r>
    </w:p>
    <w:p>
      <w:pPr>
        <w:pStyle w:val="Heading3"/>
      </w:pPr>
      <w:r>
        <w:t>Entry 3 — Action / documents sent</w:t>
      </w:r>
    </w:p>
    <w:p>
      <w:r>
        <w:t>Response: __________________________________________________</w:t>
      </w:r>
    </w:p>
    <w:p>
      <w:pPr>
        <w:pStyle w:val="Heading3"/>
      </w:pPr>
      <w:r>
        <w:t>Entry 3 — Next step / due</w:t>
      </w:r>
    </w:p>
    <w:p>
      <w:r>
        <w:t>Response: __________________________________________________</w:t>
      </w:r>
    </w:p>
    <w:p>
      <w:pPr>
        <w:pStyle w:val="Heading3"/>
      </w:pPr>
      <w:r>
        <w:t>Entry 4 — Date / organization</w:t>
      </w:r>
    </w:p>
    <w:p>
      <w:r>
        <w:t>Response: __________________________________________________</w:t>
      </w:r>
    </w:p>
    <w:p>
      <w:pPr>
        <w:pStyle w:val="Heading3"/>
      </w:pPr>
      <w:r>
        <w:t>Entry 4 — Person / reference</w:t>
      </w:r>
    </w:p>
    <w:p>
      <w:r>
        <w:t>Response: __________________________________________________</w:t>
      </w:r>
    </w:p>
    <w:p>
      <w:pPr>
        <w:pStyle w:val="Heading3"/>
      </w:pPr>
      <w:r>
        <w:t>Entry 4 — Action / documents sent</w:t>
      </w:r>
    </w:p>
    <w:p>
      <w:r>
        <w:t>Response: __________________________________________________</w:t>
      </w:r>
    </w:p>
    <w:p>
      <w:pPr>
        <w:pStyle w:val="Heading3"/>
      </w:pPr>
      <w:r>
        <w:t>Entry 4 — Next step / due</w:t>
      </w:r>
    </w:p>
    <w:p>
      <w:r>
        <w:t>Response: __________________________________________________</w:t>
      </w:r>
    </w:p>
    <w:p>
      <w:pPr>
        <w:pStyle w:val="Heading3"/>
      </w:pPr>
      <w:r>
        <w:t>Entry 5 — Date / organization</w:t>
      </w:r>
    </w:p>
    <w:p>
      <w:r>
        <w:t>Response: __________________________________________________</w:t>
      </w:r>
    </w:p>
    <w:p>
      <w:pPr>
        <w:pStyle w:val="Heading3"/>
      </w:pPr>
      <w:r>
        <w:t>Entry 5 — Person / reference</w:t>
      </w:r>
    </w:p>
    <w:p>
      <w:r>
        <w:t>Response: __________________________________________________</w:t>
      </w:r>
    </w:p>
    <w:p>
      <w:pPr>
        <w:pStyle w:val="Heading3"/>
      </w:pPr>
      <w:r>
        <w:t>Entry 5 — Action / documents sent</w:t>
      </w:r>
    </w:p>
    <w:p>
      <w:r>
        <w:t>Response: __________________________________________________</w:t>
      </w:r>
    </w:p>
    <w:p>
      <w:pPr>
        <w:pStyle w:val="Heading3"/>
      </w:pPr>
      <w:r>
        <w:t>Entry 5 — Next step / due</w:t>
      </w:r>
    </w:p>
    <w:p>
      <w:r>
        <w:t>Response: __________________________________________________</w:t>
      </w:r>
    </w:p>
    <w:p>
      <w:pPr>
        <w:pStyle w:val="Heading3"/>
      </w:pPr>
      <w:r>
        <w:t>Entry 6 — Date / organization</w:t>
      </w:r>
    </w:p>
    <w:p>
      <w:r>
        <w:t>Response: __________________________________________________</w:t>
      </w:r>
    </w:p>
    <w:p>
      <w:pPr>
        <w:pStyle w:val="Heading3"/>
      </w:pPr>
      <w:r>
        <w:t>Entry 6 — Person / reference</w:t>
      </w:r>
    </w:p>
    <w:p>
      <w:r>
        <w:t>Response: __________________________________________________</w:t>
      </w:r>
    </w:p>
    <w:p>
      <w:pPr>
        <w:pStyle w:val="Heading3"/>
      </w:pPr>
      <w:r>
        <w:t>Entry 6 — Action / documents sent</w:t>
      </w:r>
    </w:p>
    <w:p>
      <w:r>
        <w:t>Response: __________________________________________________</w:t>
      </w:r>
    </w:p>
    <w:p>
      <w:pPr>
        <w:pStyle w:val="Heading3"/>
      </w:pPr>
      <w:r>
        <w:t>Entry 6 — Next step / due</w:t>
      </w:r>
    </w:p>
    <w:p>
      <w:r>
        <w:t>Response: __________________________________________________</w:t>
      </w:r>
    </w:p>
    <w:p>
      <w:pPr>
        <w:pStyle w:val="Heading3"/>
      </w:pPr>
      <w:r>
        <w:t>Entry 7 — Date / organization</w:t>
      </w:r>
    </w:p>
    <w:p>
      <w:r>
        <w:t>Response: __________________________________________________</w:t>
      </w:r>
    </w:p>
    <w:p>
      <w:pPr>
        <w:pStyle w:val="Heading3"/>
      </w:pPr>
      <w:r>
        <w:t>Entry 7 — Person / reference</w:t>
      </w:r>
    </w:p>
    <w:p>
      <w:r>
        <w:t>Response: __________________________________________________</w:t>
      </w:r>
    </w:p>
    <w:p>
      <w:pPr>
        <w:pStyle w:val="Heading3"/>
      </w:pPr>
      <w:r>
        <w:t>Entry 7 — Action / documents sent</w:t>
      </w:r>
    </w:p>
    <w:p>
      <w:r>
        <w:t>Response: __________________________________________________</w:t>
      </w:r>
    </w:p>
    <w:p>
      <w:pPr>
        <w:pStyle w:val="Heading3"/>
      </w:pPr>
      <w:r>
        <w:t>Entry 7 — Next step / due</w:t>
      </w:r>
    </w:p>
    <w:p>
      <w:r>
        <w:t>Response: __________________________________________________</w:t>
      </w:r>
    </w:p>
    <w:p>
      <w:pPr>
        <w:pStyle w:val="Heading3"/>
      </w:pPr>
      <w:r>
        <w:t>Entry 8 — Date / organization</w:t>
      </w:r>
    </w:p>
    <w:p>
      <w:r>
        <w:t>Response: __________________________________________________</w:t>
      </w:r>
    </w:p>
    <w:p>
      <w:pPr>
        <w:pStyle w:val="Heading3"/>
      </w:pPr>
      <w:r>
        <w:t>Entry 8 — Person / reference</w:t>
      </w:r>
    </w:p>
    <w:p>
      <w:r>
        <w:t>Response: __________________________________________________</w:t>
      </w:r>
    </w:p>
    <w:p>
      <w:pPr>
        <w:pStyle w:val="Heading3"/>
      </w:pPr>
      <w:r>
        <w:t>Entry 8 — Action / documents sent</w:t>
      </w:r>
    </w:p>
    <w:p>
      <w:r>
        <w:t>Response: __________________________________________________</w:t>
      </w:r>
    </w:p>
    <w:p>
      <w:pPr>
        <w:pStyle w:val="Heading3"/>
      </w:pPr>
      <w:r>
        <w:t>Entry 8 — Next step / due</w:t>
      </w:r>
    </w:p>
    <w:p>
      <w:r>
        <w:t>Response: __________________________________________________</w:t>
      </w:r>
    </w:p>
    <w:p>
      <w:pPr>
        <w:pStyle w:val="Heading3"/>
      </w:pPr>
      <w:r>
        <w:t>Entry 9 — Date / organization</w:t>
      </w:r>
    </w:p>
    <w:p>
      <w:r>
        <w:t>Response: __________________________________________________</w:t>
      </w:r>
    </w:p>
    <w:p>
      <w:pPr>
        <w:pStyle w:val="Heading3"/>
      </w:pPr>
      <w:r>
        <w:t>Entry 9 — Person / reference</w:t>
      </w:r>
    </w:p>
    <w:p>
      <w:r>
        <w:t>Response: __________________________________________________</w:t>
      </w:r>
    </w:p>
    <w:p>
      <w:pPr>
        <w:pStyle w:val="Heading3"/>
      </w:pPr>
      <w:r>
        <w:t>Entry 9 — Action / documents sent</w:t>
      </w:r>
    </w:p>
    <w:p>
      <w:r>
        <w:t>Response: __________________________________________________</w:t>
      </w:r>
    </w:p>
    <w:p>
      <w:pPr>
        <w:pStyle w:val="Heading3"/>
      </w:pPr>
      <w:r>
        <w:t>Entry 9 — Next step / due</w:t>
      </w:r>
    </w:p>
    <w:p>
      <w:r>
        <w:t>Response: __________________________________________________</w:t>
      </w:r>
    </w:p>
    <w:p>
      <w:pPr>
        <w:pStyle w:val="Heading3"/>
      </w:pPr>
      <w:r>
        <w:t>Log maintained by</w:t>
      </w:r>
    </w:p>
    <w:p>
      <w:r>
        <w:t>Response: __________________________________________________</w:t>
      </w:r>
    </w:p>
    <w:p>
      <w:pPr>
        <w:pStyle w:val="Heading3"/>
      </w:pPr>
      <w:r>
        <w:t>Related account / matter ID</w:t>
      </w:r>
    </w:p>
    <w:p>
      <w:r>
        <w:t>Response: __________________________________________________</w:t>
      </w:r>
    </w:p>
    <w:p>
      <w:r>
        <w:br w:type="page"/>
      </w:r>
    </w:p>
    <w:p>
      <w:pPr>
        <w:pStyle w:val="Heading1"/>
      </w:pPr>
      <w:r>
        <w:t>19-E — Payment &amp; expense log</w:t>
      </w:r>
    </w:p>
    <w:p>
      <w:r>
        <w:t>For an authorized person only. Keep a receipt and identify the source of every payment.</w:t>
      </w:r>
    </w:p>
    <w:p>
      <w:r>
        <w:t>Keep your own money and the person's or estate's money clearly distinguished. Recordkeeping does not establish reimbursement rights; confirm authority and reimbursement with the responsible professional. [S1]</w:t>
      </w:r>
    </w:p>
    <w:p>
      <w:pPr>
        <w:pStyle w:val="Heading3"/>
      </w:pPr>
      <w:r>
        <w:t>Entry 1 — Date / payee / purpose</w:t>
      </w:r>
    </w:p>
    <w:p>
      <w:r>
        <w:t>Response: __________________________________________________</w:t>
      </w:r>
    </w:p>
    <w:p>
      <w:pPr>
        <w:pStyle w:val="Heading3"/>
      </w:pPr>
      <w:r>
        <w:t>Entry 1 — Amount</w:t>
      </w:r>
    </w:p>
    <w:p>
      <w:r>
        <w:t>Response: __________________________________________________</w:t>
      </w:r>
    </w:p>
    <w:p>
      <w:pPr>
        <w:pStyle w:val="Heading3"/>
      </w:pPr>
      <w:r>
        <w:t>Entry 1 — Paid from / by</w:t>
      </w:r>
    </w:p>
    <w:p>
      <w:r>
        <w:t>Response: __________________________________________________</w:t>
      </w:r>
    </w:p>
    <w:p>
      <w:pPr>
        <w:pStyle w:val="Heading3"/>
      </w:pPr>
      <w:r>
        <w:t>Entry 1 — Receipt ID / authority</w:t>
      </w:r>
    </w:p>
    <w:p>
      <w:r>
        <w:t>Response: __________________________________________________</w:t>
      </w:r>
    </w:p>
    <w:p>
      <w:pPr>
        <w:pStyle w:val="Heading3"/>
      </w:pPr>
      <w:r>
        <w:t>Entry 2 — Date / payee / purpose</w:t>
      </w:r>
    </w:p>
    <w:p>
      <w:r>
        <w:t>Response: __________________________________________________</w:t>
      </w:r>
    </w:p>
    <w:p>
      <w:pPr>
        <w:pStyle w:val="Heading3"/>
      </w:pPr>
      <w:r>
        <w:t>Entry 2 — Amount</w:t>
      </w:r>
    </w:p>
    <w:p>
      <w:r>
        <w:t>Response: __________________________________________________</w:t>
      </w:r>
    </w:p>
    <w:p>
      <w:pPr>
        <w:pStyle w:val="Heading3"/>
      </w:pPr>
      <w:r>
        <w:t>Entry 2 — Paid from / by</w:t>
      </w:r>
    </w:p>
    <w:p>
      <w:r>
        <w:t>Response: __________________________________________________</w:t>
      </w:r>
    </w:p>
    <w:p>
      <w:pPr>
        <w:pStyle w:val="Heading3"/>
      </w:pPr>
      <w:r>
        <w:t>Entry 2 — Receipt ID / authority</w:t>
      </w:r>
    </w:p>
    <w:p>
      <w:r>
        <w:t>Response: __________________________________________________</w:t>
      </w:r>
    </w:p>
    <w:p>
      <w:pPr>
        <w:pStyle w:val="Heading3"/>
      </w:pPr>
      <w:r>
        <w:t>Entry 3 — Date / payee / purpose</w:t>
      </w:r>
    </w:p>
    <w:p>
      <w:r>
        <w:t>Response: __________________________________________________</w:t>
      </w:r>
    </w:p>
    <w:p>
      <w:pPr>
        <w:pStyle w:val="Heading3"/>
      </w:pPr>
      <w:r>
        <w:t>Entry 3 — Amount</w:t>
      </w:r>
    </w:p>
    <w:p>
      <w:r>
        <w:t>Response: __________________________________________________</w:t>
      </w:r>
    </w:p>
    <w:p>
      <w:pPr>
        <w:pStyle w:val="Heading3"/>
      </w:pPr>
      <w:r>
        <w:t>Entry 3 — Paid from / by</w:t>
      </w:r>
    </w:p>
    <w:p>
      <w:r>
        <w:t>Response: __________________________________________________</w:t>
      </w:r>
    </w:p>
    <w:p>
      <w:pPr>
        <w:pStyle w:val="Heading3"/>
      </w:pPr>
      <w:r>
        <w:t>Entry 3 — Receipt ID / authority</w:t>
      </w:r>
    </w:p>
    <w:p>
      <w:r>
        <w:t>Response: __________________________________________________</w:t>
      </w:r>
    </w:p>
    <w:p>
      <w:pPr>
        <w:pStyle w:val="Heading3"/>
      </w:pPr>
      <w:r>
        <w:t>Entry 4 — Date / payee / purpose</w:t>
      </w:r>
    </w:p>
    <w:p>
      <w:r>
        <w:t>Response: __________________________________________________</w:t>
      </w:r>
    </w:p>
    <w:p>
      <w:pPr>
        <w:pStyle w:val="Heading3"/>
      </w:pPr>
      <w:r>
        <w:t>Entry 4 — Amount</w:t>
      </w:r>
    </w:p>
    <w:p>
      <w:r>
        <w:t>Response: __________________________________________________</w:t>
      </w:r>
    </w:p>
    <w:p>
      <w:pPr>
        <w:pStyle w:val="Heading3"/>
      </w:pPr>
      <w:r>
        <w:t>Entry 4 — Paid from / by</w:t>
      </w:r>
    </w:p>
    <w:p>
      <w:r>
        <w:t>Response: __________________________________________________</w:t>
      </w:r>
    </w:p>
    <w:p>
      <w:pPr>
        <w:pStyle w:val="Heading3"/>
      </w:pPr>
      <w:r>
        <w:t>Entry 4 — Receipt ID / authority</w:t>
      </w:r>
    </w:p>
    <w:p>
      <w:r>
        <w:t>Response: __________________________________________________</w:t>
      </w:r>
    </w:p>
    <w:p>
      <w:pPr>
        <w:pStyle w:val="Heading3"/>
      </w:pPr>
      <w:r>
        <w:t>Entry 5 — Date / payee / purpose</w:t>
      </w:r>
    </w:p>
    <w:p>
      <w:r>
        <w:t>Response: __________________________________________________</w:t>
      </w:r>
    </w:p>
    <w:p>
      <w:pPr>
        <w:pStyle w:val="Heading3"/>
      </w:pPr>
      <w:r>
        <w:t>Entry 5 — Amount</w:t>
      </w:r>
    </w:p>
    <w:p>
      <w:r>
        <w:t>Response: __________________________________________________</w:t>
      </w:r>
    </w:p>
    <w:p>
      <w:pPr>
        <w:pStyle w:val="Heading3"/>
      </w:pPr>
      <w:r>
        <w:t>Entry 5 — Paid from / by</w:t>
      </w:r>
    </w:p>
    <w:p>
      <w:r>
        <w:t>Response: __________________________________________________</w:t>
      </w:r>
    </w:p>
    <w:p>
      <w:pPr>
        <w:pStyle w:val="Heading3"/>
      </w:pPr>
      <w:r>
        <w:t>Entry 5 — Receipt ID / authority</w:t>
      </w:r>
    </w:p>
    <w:p>
      <w:r>
        <w:t>Response: __________________________________________________</w:t>
      </w:r>
    </w:p>
    <w:p>
      <w:pPr>
        <w:pStyle w:val="Heading3"/>
      </w:pPr>
      <w:r>
        <w:t>Entry 6 — Date / payee / purpose</w:t>
      </w:r>
    </w:p>
    <w:p>
      <w:r>
        <w:t>Response: __________________________________________________</w:t>
      </w:r>
    </w:p>
    <w:p>
      <w:pPr>
        <w:pStyle w:val="Heading3"/>
      </w:pPr>
      <w:r>
        <w:t>Entry 6 — Amount</w:t>
      </w:r>
    </w:p>
    <w:p>
      <w:r>
        <w:t>Response: __________________________________________________</w:t>
      </w:r>
    </w:p>
    <w:p>
      <w:pPr>
        <w:pStyle w:val="Heading3"/>
      </w:pPr>
      <w:r>
        <w:t>Entry 6 — Paid from / by</w:t>
      </w:r>
    </w:p>
    <w:p>
      <w:r>
        <w:t>Response: __________________________________________________</w:t>
      </w:r>
    </w:p>
    <w:p>
      <w:pPr>
        <w:pStyle w:val="Heading3"/>
      </w:pPr>
      <w:r>
        <w:t>Entry 6 — Receipt ID / authority</w:t>
      </w:r>
    </w:p>
    <w:p>
      <w:r>
        <w:t>Response: __________________________________________________</w:t>
      </w:r>
    </w:p>
    <w:p>
      <w:pPr>
        <w:pStyle w:val="Heading3"/>
      </w:pPr>
      <w:r>
        <w:t>Entry 7 — Date / payee / purpose</w:t>
      </w:r>
    </w:p>
    <w:p>
      <w:r>
        <w:t>Response: __________________________________________________</w:t>
      </w:r>
    </w:p>
    <w:p>
      <w:pPr>
        <w:pStyle w:val="Heading3"/>
      </w:pPr>
      <w:r>
        <w:t>Entry 7 — Amount</w:t>
      </w:r>
    </w:p>
    <w:p>
      <w:r>
        <w:t>Response: __________________________________________________</w:t>
      </w:r>
    </w:p>
    <w:p>
      <w:pPr>
        <w:pStyle w:val="Heading3"/>
      </w:pPr>
      <w:r>
        <w:t>Entry 7 — Paid from / by</w:t>
      </w:r>
    </w:p>
    <w:p>
      <w:r>
        <w:t>Response: __________________________________________________</w:t>
      </w:r>
    </w:p>
    <w:p>
      <w:pPr>
        <w:pStyle w:val="Heading3"/>
      </w:pPr>
      <w:r>
        <w:t>Entry 7 — Receipt ID / authority</w:t>
      </w:r>
    </w:p>
    <w:p>
      <w:r>
        <w:t>Response: __________________________________________________</w:t>
      </w:r>
    </w:p>
    <w:p>
      <w:pPr>
        <w:pStyle w:val="Heading3"/>
      </w:pPr>
      <w:r>
        <w:t>Entry 8 — Date / payee / purpose</w:t>
      </w:r>
    </w:p>
    <w:p>
      <w:r>
        <w:t>Response: __________________________________________________</w:t>
      </w:r>
    </w:p>
    <w:p>
      <w:pPr>
        <w:pStyle w:val="Heading3"/>
      </w:pPr>
      <w:r>
        <w:t>Entry 8 — Amount</w:t>
      </w:r>
    </w:p>
    <w:p>
      <w:r>
        <w:t>Response: __________________________________________________</w:t>
      </w:r>
    </w:p>
    <w:p>
      <w:pPr>
        <w:pStyle w:val="Heading3"/>
      </w:pPr>
      <w:r>
        <w:t>Entry 8 — Paid from / by</w:t>
      </w:r>
    </w:p>
    <w:p>
      <w:r>
        <w:t>Response: __________________________________________________</w:t>
      </w:r>
    </w:p>
    <w:p>
      <w:pPr>
        <w:pStyle w:val="Heading3"/>
      </w:pPr>
      <w:r>
        <w:t>Entry 8 — Receipt ID / authority</w:t>
      </w:r>
    </w:p>
    <w:p>
      <w:r>
        <w:t>Response: __________________________________________________</w:t>
      </w:r>
    </w:p>
    <w:p>
      <w:pPr>
        <w:pStyle w:val="Heading3"/>
      </w:pPr>
      <w:r>
        <w:t>Entry 9 — Date / payee / purpose</w:t>
      </w:r>
    </w:p>
    <w:p>
      <w:r>
        <w:t>Response: __________________________________________________</w:t>
      </w:r>
    </w:p>
    <w:p>
      <w:pPr>
        <w:pStyle w:val="Heading3"/>
      </w:pPr>
      <w:r>
        <w:t>Entry 9 — Amount</w:t>
      </w:r>
    </w:p>
    <w:p>
      <w:r>
        <w:t>Response: __________________________________________________</w:t>
      </w:r>
    </w:p>
    <w:p>
      <w:pPr>
        <w:pStyle w:val="Heading3"/>
      </w:pPr>
      <w:r>
        <w:t>Entry 9 — Paid from / by</w:t>
      </w:r>
    </w:p>
    <w:p>
      <w:r>
        <w:t>Response: __________________________________________________</w:t>
      </w:r>
    </w:p>
    <w:p>
      <w:pPr>
        <w:pStyle w:val="Heading3"/>
      </w:pPr>
      <w:r>
        <w:t>Entry 9 — Receipt ID / authority</w:t>
      </w:r>
    </w:p>
    <w:p>
      <w:r>
        <w:t>Response: __________________________________________________</w:t>
      </w:r>
    </w:p>
    <w:p>
      <w:pPr>
        <w:pStyle w:val="Heading3"/>
      </w:pPr>
      <w:r>
        <w:t>Log maintained by / role</w:t>
      </w:r>
    </w:p>
    <w:p>
      <w:r>
        <w:t>Response: __________________________________________________</w:t>
      </w:r>
    </w:p>
    <w:p>
      <w:pPr>
        <w:pStyle w:val="Heading3"/>
      </w:pPr>
      <w:r>
        <w:t>Receipts location</w:t>
      </w:r>
    </w:p>
    <w:p>
      <w:r>
        <w:t>Response: __________________________________________________</w:t>
      </w:r>
    </w:p>
    <w:p>
      <w:r>
        <w:br w:type="page"/>
      </w:r>
    </w:p>
    <w:p>
      <w:pPr>
        <w:pStyle w:val="Heading1"/>
      </w:pPr>
      <w:r>
        <w:t>20-A — Personal messages &amp; wishes</w:t>
      </w:r>
    </w:p>
    <w:p>
      <w:r>
        <w:t>Optional. Store separate letters in the companion pocket and record the intended recipient.</w:t>
      </w:r>
    </w:p>
    <w:p>
      <w:r>
        <w:t>Personal wishes here are not a will or legally effective distribution instruction. Align gifts and personal-property directions with the applicable legal documents.</w:t>
      </w:r>
    </w:p>
    <w:p>
      <w:r>
        <w:t>ADD COPIES | Pocket 20-LETTERS Personal letters, approved photographs and messages; label recipient and privacy preference.</w:t>
      </w:r>
    </w:p>
    <w:p>
      <w:pPr>
        <w:pStyle w:val="Heading3"/>
      </w:pPr>
      <w:r>
        <w:t>From / intended recipient</w:t>
      </w:r>
    </w:p>
    <w:p>
      <w:r>
        <w:t>Response: __________________________________________________</w:t>
      </w:r>
    </w:p>
    <w:p>
      <w:pPr>
        <w:pStyle w:val="Heading3"/>
      </w:pPr>
      <w:r>
        <w:t>Written on / revise or release instructions</w:t>
      </w:r>
    </w:p>
    <w:p>
      <w:r>
        <w:t>Response: __________________________________________________</w:t>
      </w:r>
    </w:p>
    <w:p>
      <w:pPr>
        <w:pStyle w:val="Heading3"/>
      </w:pPr>
      <w:r>
        <w:t>Message, values, family history or explanation</w:t>
      </w:r>
    </w:p>
    <w:p>
      <w:r>
        <w:t>Response: __________________________________________________</w:t>
      </w:r>
    </w:p>
    <w:p>
      <w:pPr>
        <w:pStyle w:val="Heading3"/>
      </w:pPr>
      <w:r>
        <w:t>Personal items or keepsakes to discuss with the attorney / family</w:t>
      </w:r>
    </w:p>
    <w:p>
      <w:r>
        <w:t>Response: __________________________________________________</w:t>
      </w:r>
    </w:p>
    <w:p>
      <w:r>
        <w:br w:type="page"/>
      </w:r>
    </w:p>
    <w:p>
      <w:pPr>
        <w:pStyle w:val="Heading1"/>
      </w:pPr>
      <w:r>
        <w:t>21-A — Handoff test &amp; review</w:t>
      </w:r>
    </w:p>
    <w:p>
      <w:r>
        <w:t>A useful binder can be located and understood by someone other than its author.</w:t>
      </w:r>
    </w:p>
    <w:p>
      <w:r>
        <w:t>Revisit at least yearly and after major changes in household, health, employment, accounts, property or representatives. This is a suggested maintenance schedule, not a legal rule.</w:t>
      </w:r>
    </w:p>
    <w:p>
      <w:pPr/>
      <w:r>
        <w:t>[ ] The primary helper and backup know the binder location and can reach it lawfully.</w:t>
      </w:r>
    </w:p>
    <w:p>
      <w:pPr/>
      <w:r>
        <w:t>[ ] A helper found the first-call contact and current care information without coaching.</w:t>
      </w:r>
    </w:p>
    <w:p>
      <w:pPr/>
      <w:r>
        <w:t>[ ] A helper found the actual legal documents and identified the relevant representative.</w:t>
      </w:r>
    </w:p>
    <w:p>
      <w:pPr/>
      <w:r>
        <w:t>[ ] The account map and next essential bill could be located without passwords.</w:t>
      </w:r>
    </w:p>
    <w:p>
      <w:pPr/>
      <w:r>
        <w:t>[ ] The digital recovery route can be reached without a circular lockout.</w:t>
      </w:r>
    </w:p>
    <w:p>
      <w:pPr/>
      <w:r>
        <w:t>[ ] Pocket IDs match the document index; copies are dated and originals are located.</w:t>
      </w:r>
    </w:p>
    <w:p>
      <w:pPr/>
      <w:r>
        <w:t>[ ] Current provider beneficiary records have been checked where relevant.</w:t>
      </w:r>
    </w:p>
    <w:p>
      <w:pPr/>
      <w:r>
        <w:t>[ ] Outdated copies are removed or clearly archived; the blank master remains unchanged.</w:t>
      </w:r>
    </w:p>
    <w:p>
      <w:pPr/>
      <w:r>
        <w:t>[ ] A review date and a backup custodian have been agreed.</w:t>
      </w:r>
    </w:p>
    <w:p>
      <w:pPr>
        <w:pStyle w:val="Heading3"/>
      </w:pPr>
      <w:r>
        <w:t>Reviewed by / role</w:t>
      </w:r>
    </w:p>
    <w:p>
      <w:r>
        <w:t>Response: __________________________________________________</w:t>
      </w:r>
    </w:p>
    <w:p>
      <w:pPr>
        <w:pStyle w:val="Heading3"/>
      </w:pPr>
      <w:r>
        <w:t>Date / next review</w:t>
      </w:r>
    </w:p>
    <w:p>
      <w:r>
        <w:t>Response: __________________________________________________</w:t>
      </w:r>
    </w:p>
    <w:p>
      <w:pPr>
        <w:pStyle w:val="Heading3"/>
      </w:pPr>
      <w:r>
        <w:t>Problems found and actions needed before relying on the binder</w:t>
      </w:r>
    </w:p>
    <w:p>
      <w:r>
        <w:t>Response: __________________________________________________</w:t>
      </w:r>
    </w:p>
    <w:p>
      <w:r>
        <w:br w:type="page"/>
      </w:r>
    </w:p>
    <w:p>
      <w:pPr>
        <w:pStyle w:val="Heading1"/>
      </w:pPr>
      <w:r>
        <w:t>21-B — Updates &amp; open items</w:t>
      </w:r>
    </w:p>
    <w:p>
      <w:r>
        <w:t>Track what changed and tell people who have authorized copies.</w:t>
      </w:r>
    </w:p>
    <w:p>
      <w:pPr>
        <w:pStyle w:val="Heading3"/>
      </w:pPr>
      <w:r>
        <w:t>Entry 1 — Date / changed by</w:t>
      </w:r>
    </w:p>
    <w:p>
      <w:r>
        <w:t>Response: __________________________________________________</w:t>
      </w:r>
    </w:p>
    <w:p>
      <w:pPr>
        <w:pStyle w:val="Heading3"/>
      </w:pPr>
      <w:r>
        <w:t>Entry 1 — Section / document ID</w:t>
      </w:r>
    </w:p>
    <w:p>
      <w:r>
        <w:t>Response: __________________________________________________</w:t>
      </w:r>
    </w:p>
    <w:p>
      <w:pPr>
        <w:pStyle w:val="Heading3"/>
      </w:pPr>
      <w:r>
        <w:t>Entry 1 — Change or missing item</w:t>
      </w:r>
    </w:p>
    <w:p>
      <w:r>
        <w:t>Response: __________________________________________________</w:t>
      </w:r>
    </w:p>
    <w:p>
      <w:pPr>
        <w:pStyle w:val="Heading3"/>
      </w:pPr>
      <w:r>
        <w:t>Entry 1 — Owner / due / status</w:t>
      </w:r>
    </w:p>
    <w:p>
      <w:r>
        <w:t>Response: __________________________________________________</w:t>
      </w:r>
    </w:p>
    <w:p>
      <w:pPr>
        <w:pStyle w:val="Heading3"/>
      </w:pPr>
      <w:r>
        <w:t>Entry 2 — Date / changed by</w:t>
      </w:r>
    </w:p>
    <w:p>
      <w:r>
        <w:t>Response: __________________________________________________</w:t>
      </w:r>
    </w:p>
    <w:p>
      <w:pPr>
        <w:pStyle w:val="Heading3"/>
      </w:pPr>
      <w:r>
        <w:t>Entry 2 — Section / document ID</w:t>
      </w:r>
    </w:p>
    <w:p>
      <w:r>
        <w:t>Response: __________________________________________________</w:t>
      </w:r>
    </w:p>
    <w:p>
      <w:pPr>
        <w:pStyle w:val="Heading3"/>
      </w:pPr>
      <w:r>
        <w:t>Entry 2 — Change or missing item</w:t>
      </w:r>
    </w:p>
    <w:p>
      <w:r>
        <w:t>Response: __________________________________________________</w:t>
      </w:r>
    </w:p>
    <w:p>
      <w:pPr>
        <w:pStyle w:val="Heading3"/>
      </w:pPr>
      <w:r>
        <w:t>Entry 2 — Owner / due / status</w:t>
      </w:r>
    </w:p>
    <w:p>
      <w:r>
        <w:t>Response: __________________________________________________</w:t>
      </w:r>
    </w:p>
    <w:p>
      <w:pPr>
        <w:pStyle w:val="Heading3"/>
      </w:pPr>
      <w:r>
        <w:t>Entry 3 — Date / changed by</w:t>
      </w:r>
    </w:p>
    <w:p>
      <w:r>
        <w:t>Response: __________________________________________________</w:t>
      </w:r>
    </w:p>
    <w:p>
      <w:pPr>
        <w:pStyle w:val="Heading3"/>
      </w:pPr>
      <w:r>
        <w:t>Entry 3 — Section / document ID</w:t>
      </w:r>
    </w:p>
    <w:p>
      <w:r>
        <w:t>Response: __________________________________________________</w:t>
      </w:r>
    </w:p>
    <w:p>
      <w:pPr>
        <w:pStyle w:val="Heading3"/>
      </w:pPr>
      <w:r>
        <w:t>Entry 3 — Change or missing item</w:t>
      </w:r>
    </w:p>
    <w:p>
      <w:r>
        <w:t>Response: __________________________________________________</w:t>
      </w:r>
    </w:p>
    <w:p>
      <w:pPr>
        <w:pStyle w:val="Heading3"/>
      </w:pPr>
      <w:r>
        <w:t>Entry 3 — Owner / due / status</w:t>
      </w:r>
    </w:p>
    <w:p>
      <w:r>
        <w:t>Response: __________________________________________________</w:t>
      </w:r>
    </w:p>
    <w:p>
      <w:pPr>
        <w:pStyle w:val="Heading3"/>
      </w:pPr>
      <w:r>
        <w:t>Entry 4 — Date / changed by</w:t>
      </w:r>
    </w:p>
    <w:p>
      <w:r>
        <w:t>Response: __________________________________________________</w:t>
      </w:r>
    </w:p>
    <w:p>
      <w:pPr>
        <w:pStyle w:val="Heading3"/>
      </w:pPr>
      <w:r>
        <w:t>Entry 4 — Section / document ID</w:t>
      </w:r>
    </w:p>
    <w:p>
      <w:r>
        <w:t>Response: __________________________________________________</w:t>
      </w:r>
    </w:p>
    <w:p>
      <w:pPr>
        <w:pStyle w:val="Heading3"/>
      </w:pPr>
      <w:r>
        <w:t>Entry 4 — Change or missing item</w:t>
      </w:r>
    </w:p>
    <w:p>
      <w:r>
        <w:t>Response: __________________________________________________</w:t>
      </w:r>
    </w:p>
    <w:p>
      <w:pPr>
        <w:pStyle w:val="Heading3"/>
      </w:pPr>
      <w:r>
        <w:t>Entry 4 — Owner / due / status</w:t>
      </w:r>
    </w:p>
    <w:p>
      <w:r>
        <w:t>Response: __________________________________________________</w:t>
      </w:r>
    </w:p>
    <w:p>
      <w:pPr>
        <w:pStyle w:val="Heading3"/>
      </w:pPr>
      <w:r>
        <w:t>Entry 5 — Date / changed by</w:t>
      </w:r>
    </w:p>
    <w:p>
      <w:r>
        <w:t>Response: __________________________________________________</w:t>
      </w:r>
    </w:p>
    <w:p>
      <w:pPr>
        <w:pStyle w:val="Heading3"/>
      </w:pPr>
      <w:r>
        <w:t>Entry 5 — Section / document ID</w:t>
      </w:r>
    </w:p>
    <w:p>
      <w:r>
        <w:t>Response: __________________________________________________</w:t>
      </w:r>
    </w:p>
    <w:p>
      <w:pPr>
        <w:pStyle w:val="Heading3"/>
      </w:pPr>
      <w:r>
        <w:t>Entry 5 — Change or missing item</w:t>
      </w:r>
    </w:p>
    <w:p>
      <w:r>
        <w:t>Response: __________________________________________________</w:t>
      </w:r>
    </w:p>
    <w:p>
      <w:pPr>
        <w:pStyle w:val="Heading3"/>
      </w:pPr>
      <w:r>
        <w:t>Entry 5 — Owner / due / status</w:t>
      </w:r>
    </w:p>
    <w:p>
      <w:r>
        <w:t>Response: __________________________________________________</w:t>
      </w:r>
    </w:p>
    <w:p>
      <w:pPr>
        <w:pStyle w:val="Heading3"/>
      </w:pPr>
      <w:r>
        <w:t>Entry 6 — Date / changed by</w:t>
      </w:r>
    </w:p>
    <w:p>
      <w:r>
        <w:t>Response: __________________________________________________</w:t>
      </w:r>
    </w:p>
    <w:p>
      <w:pPr>
        <w:pStyle w:val="Heading3"/>
      </w:pPr>
      <w:r>
        <w:t>Entry 6 — Section / document ID</w:t>
      </w:r>
    </w:p>
    <w:p>
      <w:r>
        <w:t>Response: __________________________________________________</w:t>
      </w:r>
    </w:p>
    <w:p>
      <w:pPr>
        <w:pStyle w:val="Heading3"/>
      </w:pPr>
      <w:r>
        <w:t>Entry 6 — Change or missing item</w:t>
      </w:r>
    </w:p>
    <w:p>
      <w:r>
        <w:t>Response: __________________________________________________</w:t>
      </w:r>
    </w:p>
    <w:p>
      <w:pPr>
        <w:pStyle w:val="Heading3"/>
      </w:pPr>
      <w:r>
        <w:t>Entry 6 — Owner / due / status</w:t>
      </w:r>
    </w:p>
    <w:p>
      <w:r>
        <w:t>Response: __________________________________________________</w:t>
      </w:r>
    </w:p>
    <w:p>
      <w:pPr>
        <w:pStyle w:val="Heading3"/>
      </w:pPr>
      <w:r>
        <w:t>Entry 7 — Date / changed by</w:t>
      </w:r>
    </w:p>
    <w:p>
      <w:r>
        <w:t>Response: __________________________________________________</w:t>
      </w:r>
    </w:p>
    <w:p>
      <w:pPr>
        <w:pStyle w:val="Heading3"/>
      </w:pPr>
      <w:r>
        <w:t>Entry 7 — Section / document ID</w:t>
      </w:r>
    </w:p>
    <w:p>
      <w:r>
        <w:t>Response: __________________________________________________</w:t>
      </w:r>
    </w:p>
    <w:p>
      <w:pPr>
        <w:pStyle w:val="Heading3"/>
      </w:pPr>
      <w:r>
        <w:t>Entry 7 — Change or missing item</w:t>
      </w:r>
    </w:p>
    <w:p>
      <w:r>
        <w:t>Response: __________________________________________________</w:t>
      </w:r>
    </w:p>
    <w:p>
      <w:pPr>
        <w:pStyle w:val="Heading3"/>
      </w:pPr>
      <w:r>
        <w:t>Entry 7 — Owner / due / status</w:t>
      </w:r>
    </w:p>
    <w:p>
      <w:r>
        <w:t>Response: __________________________________________________</w:t>
      </w:r>
    </w:p>
    <w:p>
      <w:pPr>
        <w:pStyle w:val="Heading3"/>
      </w:pPr>
      <w:r>
        <w:t>Entry 8 — Date / changed by</w:t>
      </w:r>
    </w:p>
    <w:p>
      <w:r>
        <w:t>Response: __________________________________________________</w:t>
      </w:r>
    </w:p>
    <w:p>
      <w:pPr>
        <w:pStyle w:val="Heading3"/>
      </w:pPr>
      <w:r>
        <w:t>Entry 8 — Section / document ID</w:t>
      </w:r>
    </w:p>
    <w:p>
      <w:r>
        <w:t>Response: __________________________________________________</w:t>
      </w:r>
    </w:p>
    <w:p>
      <w:pPr>
        <w:pStyle w:val="Heading3"/>
      </w:pPr>
      <w:r>
        <w:t>Entry 8 — Change or missing item</w:t>
      </w:r>
    </w:p>
    <w:p>
      <w:r>
        <w:t>Response: __________________________________________________</w:t>
      </w:r>
    </w:p>
    <w:p>
      <w:pPr>
        <w:pStyle w:val="Heading3"/>
      </w:pPr>
      <w:r>
        <w:t>Entry 8 — Owner / due / status</w:t>
      </w:r>
    </w:p>
    <w:p>
      <w:r>
        <w:t>Response: __________________________________________________</w:t>
      </w:r>
    </w:p>
    <w:p>
      <w:pPr>
        <w:pStyle w:val="Heading3"/>
      </w:pPr>
      <w:r>
        <w:t>Entry 9 — Date / changed by</w:t>
      </w:r>
    </w:p>
    <w:p>
      <w:r>
        <w:t>Response: __________________________________________________</w:t>
      </w:r>
    </w:p>
    <w:p>
      <w:pPr>
        <w:pStyle w:val="Heading3"/>
      </w:pPr>
      <w:r>
        <w:t>Entry 9 — Section / document ID</w:t>
      </w:r>
    </w:p>
    <w:p>
      <w:r>
        <w:t>Response: __________________________________________________</w:t>
      </w:r>
    </w:p>
    <w:p>
      <w:pPr>
        <w:pStyle w:val="Heading3"/>
      </w:pPr>
      <w:r>
        <w:t>Entry 9 — Change or missing item</w:t>
      </w:r>
    </w:p>
    <w:p>
      <w:r>
        <w:t>Response: __________________________________________________</w:t>
      </w:r>
    </w:p>
    <w:p>
      <w:pPr>
        <w:pStyle w:val="Heading3"/>
      </w:pPr>
      <w:r>
        <w:t>Entry 9 — Owner / due / status</w:t>
      </w:r>
    </w:p>
    <w:p>
      <w:r>
        <w:t>Response: __________________________________________________</w:t>
      </w:r>
    </w:p>
    <w:p>
      <w:pPr>
        <w:pStyle w:val="Heading3"/>
      </w:pPr>
      <w:r>
        <w:t>Current master copy location</w:t>
      </w:r>
    </w:p>
    <w:p>
      <w:r>
        <w:t>Response: __________________________________________________</w:t>
      </w:r>
    </w:p>
    <w:p>
      <w:pPr>
        <w:pStyle w:val="Heading3"/>
      </w:pPr>
      <w:r>
        <w:t>Authorized copy holders</w:t>
      </w:r>
    </w:p>
    <w:p>
      <w:r>
        <w:t>Response: __________________________________________________</w:t>
      </w:r>
    </w:p>
    <w:p>
      <w:pPr>
        <w:pStyle w:val="Heading3"/>
      </w:pPr>
      <w:r>
        <w:t>Old-copy retrieval or secure disposal notes</w:t>
      </w:r>
    </w:p>
    <w:p>
      <w:r>
        <w:t>Response: __________________________________________________</w:t>
      </w:r>
    </w:p>
    <w:p>
      <w:r>
        <w:br w:type="page"/>
      </w:r>
    </w:p>
    <w:p>
      <w:pPr>
        <w:pStyle w:val="Heading1"/>
      </w:pPr>
      <w:r>
        <w:t>22-A — Business continuity - optional</w:t>
      </w:r>
    </w:p>
    <w:p>
      <w:r>
        <w:t>Use only for a business you are authorized to document. Keep client and employee data out.</w:t>
      </w:r>
    </w:p>
    <w:p>
      <w:r>
        <w:t>Use role-based or delegated access where available. A household binder does not transfer business ownership or override contracts, confidentiality or administrator permissions.</w:t>
      </w:r>
    </w:p>
    <w:p>
      <w:r>
        <w:t>ADD COPIES | Pocket 22-BUSINESS Continuity instructions and agreement location slips; confidential business records stay separately secured.</w:t>
      </w:r>
    </w:p>
    <w:p>
      <w:pPr>
        <w:pStyle w:val="Heading3"/>
      </w:pPr>
      <w:r>
        <w:t>Business / record ID / legal structure</w:t>
      </w:r>
    </w:p>
    <w:p>
      <w:r>
        <w:t>Response: __________________________________________________</w:t>
      </w:r>
    </w:p>
    <w:p>
      <w:pPr>
        <w:pStyle w:val="Heading3"/>
      </w:pPr>
      <w:r>
        <w:t>Owner(s) / business attorney contact</w:t>
      </w:r>
    </w:p>
    <w:p>
      <w:r>
        <w:t>Response: __________________________________________________</w:t>
      </w:r>
    </w:p>
    <w:p>
      <w:pPr>
        <w:pStyle w:val="Heading3"/>
      </w:pPr>
      <w:r>
        <w:t>Operational backup / contact</w:t>
      </w:r>
    </w:p>
    <w:p>
      <w:r>
        <w:t>Response: __________________________________________________</w:t>
      </w:r>
    </w:p>
    <w:p>
      <w:pPr>
        <w:pStyle w:val="Heading3"/>
      </w:pPr>
      <w:r>
        <w:t>Legal authority / agreement location</w:t>
      </w:r>
    </w:p>
    <w:p>
      <w:r>
        <w:t>Response: __________________________________________________</w:t>
      </w:r>
    </w:p>
    <w:p>
      <w:pPr>
        <w:pStyle w:val="Heading3"/>
      </w:pPr>
      <w:r>
        <w:t>Accountant / insurance contact</w:t>
      </w:r>
    </w:p>
    <w:p>
      <w:r>
        <w:t>Response: __________________________________________________</w:t>
      </w:r>
    </w:p>
    <w:p>
      <w:pPr>
        <w:pStyle w:val="Heading3"/>
      </w:pPr>
      <w:r>
        <w:t>Business banking / record references</w:t>
      </w:r>
    </w:p>
    <w:p>
      <w:r>
        <w:t>Response: __________________________________________________</w:t>
      </w:r>
    </w:p>
    <w:p>
      <w:pPr>
        <w:pStyle w:val="Heading3"/>
      </w:pPr>
      <w:r>
        <w:t>Domains / hosting / critical systems inventory</w:t>
      </w:r>
    </w:p>
    <w:p>
      <w:r>
        <w:t>Response: __________________________________________________</w:t>
      </w:r>
    </w:p>
    <w:p>
      <w:pPr>
        <w:pStyle w:val="Heading3"/>
      </w:pPr>
      <w:r>
        <w:t>Approved admin access plan location</w:t>
      </w:r>
    </w:p>
    <w:p>
      <w:r>
        <w:t>Response: __________________________________________________</w:t>
      </w:r>
    </w:p>
    <w:p>
      <w:pPr>
        <w:pStyle w:val="Heading3"/>
      </w:pPr>
      <w:r>
        <w:t>Immediate obligations: payroll, customer commitments, renewals and security</w:t>
      </w:r>
    </w:p>
    <w:p>
      <w:r>
        <w:t>Response: __________________________________________________</w:t>
      </w:r>
    </w:p>
    <w:p>
      <w:pPr>
        <w:pStyle w:val="Heading3"/>
      </w:pPr>
      <w:r>
        <w:t>Pause, continue, sell or wind-down preference; agreements and authority to verify</w:t>
      </w:r>
    </w:p>
    <w:p>
      <w:r>
        <w:t>Response: __________________________________________________</w:t>
      </w:r>
    </w:p>
    <w:p>
      <w:pPr>
        <w:pStyle w:val="Heading3"/>
      </w:pPr>
      <w:r>
        <w:t>Authorized notices, support handoff and protected business-record location</w:t>
      </w:r>
    </w:p>
    <w:p>
      <w:r>
        <w:t>Response: __________________________________________________</w:t>
      </w:r>
    </w:p>
    <w:p>
      <w:r>
        <w:br w:type="page"/>
      </w:r>
    </w:p>
    <w:p>
      <w:pPr>
        <w:pStyle w:val="Heading1"/>
      </w:pPr>
      <w:r>
        <w:t>22-B — Special assets - optional</w:t>
      </w:r>
    </w:p>
    <w:p>
      <w:r>
        <w:t>For digital assets, collections, royalties, foreign accounts or unusual ownership arrangements.</w:t>
      </w:r>
    </w:p>
    <w:p>
      <w:r>
        <w:t>For cryptocurrency, distinguish a custodial platform from self-custody. Never put seed phrases, private keys or spend-authorizing QR codes in the general binder. Have a qualified professional review the actual transfer and recovery plan.</w:t>
      </w:r>
    </w:p>
    <w:p>
      <w:r>
        <w:t>ADD COPIES | Pocket 22-ASSETS Ownership and non-secret custody instructions or restricted-document location slips.</w:t>
      </w:r>
    </w:p>
    <w:p>
      <w:pPr>
        <w:pStyle w:val="Heading3"/>
      </w:pPr>
      <w:r>
        <w:t>Record ID / asset description / owner</w:t>
      </w:r>
    </w:p>
    <w:p>
      <w:r>
        <w:t>Response: __________________________________________________</w:t>
      </w:r>
    </w:p>
    <w:p>
      <w:pPr>
        <w:pStyle w:val="Heading3"/>
      </w:pPr>
      <w:r>
        <w:t>Custodian / institution / adviser</w:t>
      </w:r>
    </w:p>
    <w:p>
      <w:r>
        <w:t>Response: __________________________________________________</w:t>
      </w:r>
    </w:p>
    <w:p>
      <w:pPr>
        <w:pStyle w:val="Heading3"/>
      </w:pPr>
      <w:r>
        <w:t>Asset location reference</w:t>
      </w:r>
    </w:p>
    <w:p>
      <w:r>
        <w:t>Response: __________________________________________________</w:t>
      </w:r>
    </w:p>
    <w:p>
      <w:pPr>
        <w:pStyle w:val="Heading3"/>
      </w:pPr>
      <w:r>
        <w:t>Ownership / valuation record location</w:t>
      </w:r>
    </w:p>
    <w:p>
      <w:r>
        <w:t>Response: __________________________________________________</w:t>
      </w:r>
    </w:p>
    <w:p>
      <w:pPr>
        <w:pStyle w:val="Heading3"/>
      </w:pPr>
      <w:r>
        <w:t>Access-plan reference (never the secret)</w:t>
      </w:r>
    </w:p>
    <w:p>
      <w:r>
        <w:t>Response: __________________________________________________</w:t>
      </w:r>
    </w:p>
    <w:p>
      <w:pPr>
        <w:pStyle w:val="Heading3"/>
      </w:pPr>
      <w:r>
        <w:t>Professional contact / phone</w:t>
      </w:r>
    </w:p>
    <w:p>
      <w:r>
        <w:t>Response: __________________________________________________</w:t>
      </w:r>
    </w:p>
    <w:p>
      <w:pPr>
        <w:pStyle w:val="Heading3"/>
      </w:pPr>
      <w:r>
        <w:t>Provider or specialist process, legal authority and jurisdiction to confirm</w:t>
      </w:r>
    </w:p>
    <w:p>
      <w:r>
        <w:t>Response: __________________________________________________</w:t>
      </w:r>
    </w:p>
    <w:p>
      <w:pPr>
        <w:pStyle w:val="Heading3"/>
      </w:pPr>
      <w:r>
        <w:t>Preservation, security, insurance or ongoing costs</w:t>
      </w:r>
    </w:p>
    <w:p>
      <w:r>
        <w:t>Response: __________________________________________________</w:t>
      </w:r>
    </w:p>
    <w:p>
      <w:pPr>
        <w:pStyle w:val="Heading3"/>
      </w:pPr>
      <w:r>
        <w:t>Unresolved issues or instructions to review professionally</w:t>
      </w:r>
    </w:p>
    <w:p>
      <w:r>
        <w:t>Response: __________________________________________________</w:t>
      </w:r>
    </w:p>
    <w:p>
      <w:r>
        <w:br w:type="page"/>
      </w:r>
    </w:p>
    <w:p>
      <w:pPr>
        <w:pStyle w:val="Heading1"/>
      </w:pPr>
      <w:r>
        <w:t>X-A — Continuation / custom record</w:t>
      </w:r>
    </w:p>
    <w:p>
      <w:r>
        <w:t>Repeat as needed and file beside the related page, not only at the back of the binder.</w:t>
      </w:r>
    </w:p>
    <w:p>
      <w:pPr>
        <w:pStyle w:val="Heading3"/>
      </w:pPr>
      <w:r>
        <w:t>Related section / page code</w:t>
      </w:r>
    </w:p>
    <w:p>
      <w:r>
        <w:t>Response: __________________________________________________</w:t>
      </w:r>
    </w:p>
    <w:p>
      <w:pPr>
        <w:pStyle w:val="Heading3"/>
      </w:pPr>
      <w:r>
        <w:t>New record ID / person / account</w:t>
      </w:r>
    </w:p>
    <w:p>
      <w:r>
        <w:t>Response: __________________________________________________</w:t>
      </w:r>
    </w:p>
    <w:p>
      <w:pPr>
        <w:pStyle w:val="Heading3"/>
      </w:pPr>
      <w:r>
        <w:t>Subject / status</w:t>
      </w:r>
    </w:p>
    <w:p>
      <w:r>
        <w:t>Response: __________________________________________________</w:t>
      </w:r>
    </w:p>
    <w:p>
      <w:pPr>
        <w:pStyle w:val="Heading3"/>
      </w:pPr>
      <w:r>
        <w:t>Completed by / date</w:t>
      </w:r>
    </w:p>
    <w:p>
      <w:r>
        <w:t>Response: __________________________________________________</w:t>
      </w:r>
    </w:p>
    <w:p>
      <w:pPr>
        <w:pStyle w:val="Heading3"/>
      </w:pPr>
      <w:r>
        <w:t>Additional information</w:t>
      </w:r>
    </w:p>
    <w:p>
      <w:r>
        <w:t>Response: __________________________________________________</w:t>
      </w:r>
    </w:p>
    <w:p>
      <w:pPr>
        <w:pStyle w:val="Heading3"/>
      </w:pPr>
      <w:r>
        <w:t>Documents attached / exact location / follow-up</w:t>
      </w:r>
    </w:p>
    <w:p>
      <w:r>
        <w:t>Response: __________________________________________________</w:t>
      </w:r>
    </w:p>
    <w:p>
      <w:r>
        <w:br w:type="page"/>
      </w:r>
    </w:p>
    <w:p>
      <w:pPr>
        <w:pStyle w:val="Heading1"/>
      </w:pPr>
      <w:r>
        <w:t>X-B — Sources &amp; scope</w:t>
      </w:r>
    </w:p>
    <w:p>
      <w:r>
        <w:t>Provider procedures and laws can change. Verify the current rule before acting.</w:t>
      </w:r>
    </w:p>
    <w:p>
      <w:r>
        <w:t>[S1] CFPB: Managing someone else’s money; Help for agents under a power of attorney. Distinct fiduciary roles, recordkeeping and end of an agent’s authority when the person dies. https://www.consumerfinance.gov/consumer-tools/managing-someone-elses-money/ | https://files.consumerfinance.gov/f/documents/cfpb_msem_national_agents_guide.pdf</w:t>
      </w:r>
    </w:p>
    <w:p>
      <w:r>
        <w:t>[S2] USA.gov: Agencies to notify when someone dies. https://www.usa.gov/report-a-death | National 911 Program: Calling 911. https://www.911.gov/calling-911/</w:t>
      </w:r>
    </w:p>
    <w:p>
      <w:r>
        <w:t>[S3] Apple Support: How to add a Legacy Contact for your Apple Account. Requirements and excluded iCloud Keychain data. https://support.apple.com/en-us/102631</w:t>
      </w:r>
    </w:p>
    <w:p>
      <w:r>
        <w:t>[S4] Google: About Inactive Account Manager. Selected data after an inactivity period, not immediate password handoff. https://support.google.com/accounts/answer/3036546</w:t>
      </w:r>
    </w:p>
    <w:p>
      <w:r>
        <w:t>[S5] Google: Submit a request regarding a deceased user’s account. Google does not provide passwords or other login details. https://support.google.com/accounts/troubleshooter/6357590</w:t>
      </w:r>
    </w:p>
    <w:p>
      <w:r>
        <w:t>[S7] NYC Emergency Management: Be Ready New York. Leave suspected gas/electrical hazards and follow official instructions. Local utility procedures still control. https://www.nyc.gov/site/em/ready/be-ready-new-york.page</w:t>
      </w:r>
    </w:p>
    <w:p>
      <w:r>
        <w:t>Sources rechecked November 2, 2026. Citation gaps retain the established source IDs; older S6/S8 search-only references are not relied on in this edition. Hospice references are prompts to follow the person’s actual written care plan, not a universal medical procedure. Beneficiary fields organize questions; they cannot change a provider’s records.</w:t>
      </w:r>
    </w:p>
    <w:p>
      <w:r>
        <w:t>Free public working edition 0.12, derived from the existing DTP 0.10 field schema. No listed source endorses DTP. This organizer does not provide legal, tax, investment or medical advice, create authority or guarantee access. No qualified professional signoff is claimed.</w:t>
      </w:r>
    </w:p>
    <w:p>
      <w:r>
        <w:t>Reader, native Word, physical-print and assistive-technology acceptance remain open. PDFs are untagged; no PDF/UA compliance is claimed. The editable Word file is an alternative format, not a claim of completed accessibility testing.</w:t>
      </w:r>
    </w:p>
    <w:p>
      <w:r>
        <w:br w:type="page"/>
      </w:r>
    </w:p>
    <w:p>
      <w:pPr>
        <w:pStyle w:val="Heading1"/>
      </w:pPr>
      <w:r>
        <w:t>03-HOME — Home &amp; safety | copies</w:t>
      </w:r>
    </w:p>
    <w:p>
      <w:r>
        <w:t>Document pocket 03-HOME. File immediately after section 03. Print only the covers you need.</w:t>
      </w:r>
    </w:p>
    <w:p>
      <w:r>
        <w:t>PUT THESE COPIES BEHIND THIS COVER Provider utility guidance; exit diagram; essential-equipment instructions.</w:t>
      </w:r>
    </w:p>
    <w:p>
      <w:r>
        <w:t>SECURITY / SCOPE Do not file keys, alarm codes or access credentials here.</w:t>
      </w:r>
    </w:p>
    <w:p>
      <w:r>
        <w:t>Copy type: reference copy / certified copy / location slip. Record these items in section 18. Keep originals separate unless your professional adviser has recommended otherwise. Add extra covers and number them when a pocket needs more than one packet.</w:t>
      </w:r>
    </w:p>
    <w:p>
      <w:pPr>
        <w:pStyle w:val="Heading3"/>
      </w:pPr>
      <w:r>
        <w:t>Household / person / account record ID</w:t>
      </w:r>
    </w:p>
    <w:p>
      <w:r>
        <w:t>Response: __________________________________________________</w:t>
      </w:r>
    </w:p>
    <w:p>
      <w:pPr>
        <w:pStyle w:val="Heading3"/>
      </w:pPr>
      <w:r>
        <w:t>Packet assembled / checked on</w:t>
      </w:r>
    </w:p>
    <w:p>
      <w:r>
        <w:t>Response: __________________________________________________</w:t>
      </w:r>
    </w:p>
    <w:p>
      <w:pPr>
        <w:pStyle w:val="Heading3"/>
      </w:pPr>
      <w:r>
        <w:t>Original documents location</w:t>
      </w:r>
    </w:p>
    <w:p>
      <w:r>
        <w:t>Response: __________________________________________________</w:t>
      </w:r>
    </w:p>
    <w:p>
      <w:pPr>
        <w:pStyle w:val="Heading3"/>
      </w:pPr>
      <w:r>
        <w:t>Custodian / authorized contact</w:t>
      </w:r>
    </w:p>
    <w:p>
      <w:r>
        <w:t>Response: __________________________________________________</w:t>
      </w:r>
    </w:p>
    <w:p>
      <w:pPr>
        <w:pStyle w:val="Heading3"/>
      </w:pPr>
      <w:r>
        <w:t>Entry 1 — Document ID / title</w:t>
      </w:r>
    </w:p>
    <w:p>
      <w:r>
        <w:t>Response: __________________________________________________</w:t>
      </w:r>
    </w:p>
    <w:p>
      <w:pPr>
        <w:pStyle w:val="Heading3"/>
      </w:pPr>
      <w:r>
        <w:t>Entry 1 — Document date</w:t>
      </w:r>
    </w:p>
    <w:p>
      <w:r>
        <w:t>Response: __________________________________________________</w:t>
      </w:r>
    </w:p>
    <w:p>
      <w:pPr>
        <w:pStyle w:val="Heading3"/>
      </w:pPr>
      <w:r>
        <w:t>Entry 1 — Copy type / exact separate location</w:t>
      </w:r>
    </w:p>
    <w:p>
      <w:r>
        <w:t>Response: __________________________________________________</w:t>
      </w:r>
    </w:p>
    <w:p>
      <w:pPr>
        <w:pStyle w:val="Heading3"/>
      </w:pPr>
      <w:r>
        <w:t>Entry 2 — Document ID / title</w:t>
      </w:r>
    </w:p>
    <w:p>
      <w:r>
        <w:t>Response: __________________________________________________</w:t>
      </w:r>
    </w:p>
    <w:p>
      <w:pPr>
        <w:pStyle w:val="Heading3"/>
      </w:pPr>
      <w:r>
        <w:t>Entry 2 — Document date</w:t>
      </w:r>
    </w:p>
    <w:p>
      <w:r>
        <w:t>Response: __________________________________________________</w:t>
      </w:r>
    </w:p>
    <w:p>
      <w:pPr>
        <w:pStyle w:val="Heading3"/>
      </w:pPr>
      <w:r>
        <w:t>Entry 2 — Copy type / exact separate location</w:t>
      </w:r>
    </w:p>
    <w:p>
      <w:r>
        <w:t>Response: __________________________________________________</w:t>
      </w:r>
    </w:p>
    <w:p>
      <w:pPr>
        <w:pStyle w:val="Heading3"/>
      </w:pPr>
      <w:r>
        <w:t>Entry 3 — Document ID / title</w:t>
      </w:r>
    </w:p>
    <w:p>
      <w:r>
        <w:t>Response: __________________________________________________</w:t>
      </w:r>
    </w:p>
    <w:p>
      <w:pPr>
        <w:pStyle w:val="Heading3"/>
      </w:pPr>
      <w:r>
        <w:t>Entry 3 — Document date</w:t>
      </w:r>
    </w:p>
    <w:p>
      <w:r>
        <w:t>Response: __________________________________________________</w:t>
      </w:r>
    </w:p>
    <w:p>
      <w:pPr>
        <w:pStyle w:val="Heading3"/>
      </w:pPr>
      <w:r>
        <w:t>Entry 3 — Copy type / exact separate location</w:t>
      </w:r>
    </w:p>
    <w:p>
      <w:r>
        <w:t>Response: __________________________________________________</w:t>
      </w:r>
    </w:p>
    <w:p>
      <w:pPr>
        <w:pStyle w:val="Heading3"/>
      </w:pPr>
      <w:r>
        <w:t>Entry 4 — Document ID / title</w:t>
      </w:r>
    </w:p>
    <w:p>
      <w:r>
        <w:t>Response: __________________________________________________</w:t>
      </w:r>
    </w:p>
    <w:p>
      <w:pPr>
        <w:pStyle w:val="Heading3"/>
      </w:pPr>
      <w:r>
        <w:t>Entry 4 — Document date</w:t>
      </w:r>
    </w:p>
    <w:p>
      <w:r>
        <w:t>Response: __________________________________________________</w:t>
      </w:r>
    </w:p>
    <w:p>
      <w:pPr>
        <w:pStyle w:val="Heading3"/>
      </w:pPr>
      <w:r>
        <w:t>Entry 4 — Copy type / exact separate location</w:t>
      </w:r>
    </w:p>
    <w:p>
      <w:r>
        <w:t>Response: __________________________________________________</w:t>
      </w:r>
    </w:p>
    <w:p>
      <w:pPr>
        <w:pStyle w:val="Heading3"/>
      </w:pPr>
      <w:r>
        <w:t>Entry 5 — Document ID / title</w:t>
      </w:r>
    </w:p>
    <w:p>
      <w:r>
        <w:t>Response: __________________________________________________</w:t>
      </w:r>
    </w:p>
    <w:p>
      <w:pPr>
        <w:pStyle w:val="Heading3"/>
      </w:pPr>
      <w:r>
        <w:t>Entry 5 — Document date</w:t>
      </w:r>
    </w:p>
    <w:p>
      <w:r>
        <w:t>Response: __________________________________________________</w:t>
      </w:r>
    </w:p>
    <w:p>
      <w:pPr>
        <w:pStyle w:val="Heading3"/>
      </w:pPr>
      <w:r>
        <w:t>Entry 5 — Copy type / exact separate location</w:t>
      </w:r>
    </w:p>
    <w:p>
      <w:r>
        <w:t>Response: __________________________________________________</w:t>
      </w:r>
    </w:p>
    <w:p>
      <w:pPr>
        <w:pStyle w:val="Heading3"/>
      </w:pPr>
      <w:r>
        <w:t>Missing documents, access limits or instructions for the next person</w:t>
      </w:r>
    </w:p>
    <w:p>
      <w:r>
        <w:t>Response: __________________________________________________</w:t>
      </w:r>
    </w:p>
    <w:p>
      <w:r>
        <w:br w:type="page"/>
      </w:r>
    </w:p>
    <w:p>
      <w:pPr>
        <w:pStyle w:val="Heading1"/>
      </w:pPr>
      <w:r>
        <w:t>06-CARE — Health &amp; care | copies</w:t>
      </w:r>
    </w:p>
    <w:p>
      <w:r>
        <w:t>Document pocket 06-CARE. File immediately after section 06. Print only the covers you need.</w:t>
      </w:r>
    </w:p>
    <w:p>
      <w:r>
        <w:t>PUT THESE COPIES BEHIND THIS COVER Current medication printout; provider care plan; relevant current directives; insurance-card copy when needed.</w:t>
      </w:r>
    </w:p>
    <w:p>
      <w:r>
        <w:t>SECURITY / SCOPE Medical information is private. Share only what is needed; reference originals and current orders.</w:t>
      </w:r>
    </w:p>
    <w:p>
      <w:r>
        <w:t>Copy type: reference copy / certified copy / location slip. Record these items in section 18. Keep originals separate unless your professional adviser has recommended otherwise. Add extra covers and number them when a pocket needs more than one packet.</w:t>
      </w:r>
    </w:p>
    <w:p>
      <w:pPr>
        <w:pStyle w:val="Heading3"/>
      </w:pPr>
      <w:r>
        <w:t>Household / person / account record ID</w:t>
      </w:r>
    </w:p>
    <w:p>
      <w:r>
        <w:t>Response: __________________________________________________</w:t>
      </w:r>
    </w:p>
    <w:p>
      <w:pPr>
        <w:pStyle w:val="Heading3"/>
      </w:pPr>
      <w:r>
        <w:t>Packet assembled / checked on</w:t>
      </w:r>
    </w:p>
    <w:p>
      <w:r>
        <w:t>Response: __________________________________________________</w:t>
      </w:r>
    </w:p>
    <w:p>
      <w:pPr>
        <w:pStyle w:val="Heading3"/>
      </w:pPr>
      <w:r>
        <w:t>Original documents location</w:t>
      </w:r>
    </w:p>
    <w:p>
      <w:r>
        <w:t>Response: __________________________________________________</w:t>
      </w:r>
    </w:p>
    <w:p>
      <w:pPr>
        <w:pStyle w:val="Heading3"/>
      </w:pPr>
      <w:r>
        <w:t>Custodian / authorized contact</w:t>
      </w:r>
    </w:p>
    <w:p>
      <w:r>
        <w:t>Response: __________________________________________________</w:t>
      </w:r>
    </w:p>
    <w:p>
      <w:pPr>
        <w:pStyle w:val="Heading3"/>
      </w:pPr>
      <w:r>
        <w:t>Entry 1 — Document ID / title</w:t>
      </w:r>
    </w:p>
    <w:p>
      <w:r>
        <w:t>Response: __________________________________________________</w:t>
      </w:r>
    </w:p>
    <w:p>
      <w:pPr>
        <w:pStyle w:val="Heading3"/>
      </w:pPr>
      <w:r>
        <w:t>Entry 1 — Document date</w:t>
      </w:r>
    </w:p>
    <w:p>
      <w:r>
        <w:t>Response: __________________________________________________</w:t>
      </w:r>
    </w:p>
    <w:p>
      <w:pPr>
        <w:pStyle w:val="Heading3"/>
      </w:pPr>
      <w:r>
        <w:t>Entry 1 — Copy type / exact separate location</w:t>
      </w:r>
    </w:p>
    <w:p>
      <w:r>
        <w:t>Response: __________________________________________________</w:t>
      </w:r>
    </w:p>
    <w:p>
      <w:pPr>
        <w:pStyle w:val="Heading3"/>
      </w:pPr>
      <w:r>
        <w:t>Entry 2 — Document ID / title</w:t>
      </w:r>
    </w:p>
    <w:p>
      <w:r>
        <w:t>Response: __________________________________________________</w:t>
      </w:r>
    </w:p>
    <w:p>
      <w:pPr>
        <w:pStyle w:val="Heading3"/>
      </w:pPr>
      <w:r>
        <w:t>Entry 2 — Document date</w:t>
      </w:r>
    </w:p>
    <w:p>
      <w:r>
        <w:t>Response: __________________________________________________</w:t>
      </w:r>
    </w:p>
    <w:p>
      <w:pPr>
        <w:pStyle w:val="Heading3"/>
      </w:pPr>
      <w:r>
        <w:t>Entry 2 — Copy type / exact separate location</w:t>
      </w:r>
    </w:p>
    <w:p>
      <w:r>
        <w:t>Response: __________________________________________________</w:t>
      </w:r>
    </w:p>
    <w:p>
      <w:pPr>
        <w:pStyle w:val="Heading3"/>
      </w:pPr>
      <w:r>
        <w:t>Entry 3 — Document ID / title</w:t>
      </w:r>
    </w:p>
    <w:p>
      <w:r>
        <w:t>Response: __________________________________________________</w:t>
      </w:r>
    </w:p>
    <w:p>
      <w:pPr>
        <w:pStyle w:val="Heading3"/>
      </w:pPr>
      <w:r>
        <w:t>Entry 3 — Document date</w:t>
      </w:r>
    </w:p>
    <w:p>
      <w:r>
        <w:t>Response: __________________________________________________</w:t>
      </w:r>
    </w:p>
    <w:p>
      <w:pPr>
        <w:pStyle w:val="Heading3"/>
      </w:pPr>
      <w:r>
        <w:t>Entry 3 — Copy type / exact separate location</w:t>
      </w:r>
    </w:p>
    <w:p>
      <w:r>
        <w:t>Response: __________________________________________________</w:t>
      </w:r>
    </w:p>
    <w:p>
      <w:pPr>
        <w:pStyle w:val="Heading3"/>
      </w:pPr>
      <w:r>
        <w:t>Entry 4 — Document ID / title</w:t>
      </w:r>
    </w:p>
    <w:p>
      <w:r>
        <w:t>Response: __________________________________________________</w:t>
      </w:r>
    </w:p>
    <w:p>
      <w:pPr>
        <w:pStyle w:val="Heading3"/>
      </w:pPr>
      <w:r>
        <w:t>Entry 4 — Document date</w:t>
      </w:r>
    </w:p>
    <w:p>
      <w:r>
        <w:t>Response: __________________________________________________</w:t>
      </w:r>
    </w:p>
    <w:p>
      <w:pPr>
        <w:pStyle w:val="Heading3"/>
      </w:pPr>
      <w:r>
        <w:t>Entry 4 — Copy type / exact separate location</w:t>
      </w:r>
    </w:p>
    <w:p>
      <w:r>
        <w:t>Response: __________________________________________________</w:t>
      </w:r>
    </w:p>
    <w:p>
      <w:pPr>
        <w:pStyle w:val="Heading3"/>
      </w:pPr>
      <w:r>
        <w:t>Entry 5 — Document ID / title</w:t>
      </w:r>
    </w:p>
    <w:p>
      <w:r>
        <w:t>Response: __________________________________________________</w:t>
      </w:r>
    </w:p>
    <w:p>
      <w:pPr>
        <w:pStyle w:val="Heading3"/>
      </w:pPr>
      <w:r>
        <w:t>Entry 5 — Document date</w:t>
      </w:r>
    </w:p>
    <w:p>
      <w:r>
        <w:t>Response: __________________________________________________</w:t>
      </w:r>
    </w:p>
    <w:p>
      <w:pPr>
        <w:pStyle w:val="Heading3"/>
      </w:pPr>
      <w:r>
        <w:t>Entry 5 — Copy type / exact separate location</w:t>
      </w:r>
    </w:p>
    <w:p>
      <w:r>
        <w:t>Response: __________________________________________________</w:t>
      </w:r>
    </w:p>
    <w:p>
      <w:pPr>
        <w:pStyle w:val="Heading3"/>
      </w:pPr>
      <w:r>
        <w:t>Missing documents, access limits or instructions for the next person</w:t>
      </w:r>
    </w:p>
    <w:p>
      <w:r>
        <w:t>Response: __________________________________________________</w:t>
      </w:r>
    </w:p>
    <w:p>
      <w:r>
        <w:br w:type="page"/>
      </w:r>
    </w:p>
    <w:p>
      <w:pPr>
        <w:pStyle w:val="Heading1"/>
      </w:pPr>
      <w:r>
        <w:t>07-LEGAL — Legal documents | copies</w:t>
      </w:r>
    </w:p>
    <w:p>
      <w:r>
        <w:t>Document pocket 07-LEGAL. File immediately after section 07. Print only the covers you need.</w:t>
      </w:r>
    </w:p>
    <w:p>
      <w:r>
        <w:t>PUT THESE COPIES BEHIND THIS COVER Reference copies of the current will, trust and amendments, powers of attorney and related arrangements, or precise location slips.</w:t>
      </w:r>
    </w:p>
    <w:p>
      <w:r>
        <w:t>SECURITY / SCOPE Copies do not replace signed originals. Do not alter original legal documents.</w:t>
      </w:r>
    </w:p>
    <w:p>
      <w:r>
        <w:t>Copy type: reference copy / certified copy / location slip. Record these items in section 18. Keep originals separate unless your professional adviser has recommended otherwise. Add extra covers and number them when a pocket needs more than one packet.</w:t>
      </w:r>
    </w:p>
    <w:p>
      <w:pPr>
        <w:pStyle w:val="Heading3"/>
      </w:pPr>
      <w:r>
        <w:t>Household / person / account record ID</w:t>
      </w:r>
    </w:p>
    <w:p>
      <w:r>
        <w:t>Response: __________________________________________________</w:t>
      </w:r>
    </w:p>
    <w:p>
      <w:pPr>
        <w:pStyle w:val="Heading3"/>
      </w:pPr>
      <w:r>
        <w:t>Packet assembled / checked on</w:t>
      </w:r>
    </w:p>
    <w:p>
      <w:r>
        <w:t>Response: __________________________________________________</w:t>
      </w:r>
    </w:p>
    <w:p>
      <w:pPr>
        <w:pStyle w:val="Heading3"/>
      </w:pPr>
      <w:r>
        <w:t>Original documents location</w:t>
      </w:r>
    </w:p>
    <w:p>
      <w:r>
        <w:t>Response: __________________________________________________</w:t>
      </w:r>
    </w:p>
    <w:p>
      <w:pPr>
        <w:pStyle w:val="Heading3"/>
      </w:pPr>
      <w:r>
        <w:t>Custodian / authorized contact</w:t>
      </w:r>
    </w:p>
    <w:p>
      <w:r>
        <w:t>Response: __________________________________________________</w:t>
      </w:r>
    </w:p>
    <w:p>
      <w:pPr>
        <w:pStyle w:val="Heading3"/>
      </w:pPr>
      <w:r>
        <w:t>Entry 1 — Document ID / title</w:t>
      </w:r>
    </w:p>
    <w:p>
      <w:r>
        <w:t>Response: __________________________________________________</w:t>
      </w:r>
    </w:p>
    <w:p>
      <w:pPr>
        <w:pStyle w:val="Heading3"/>
      </w:pPr>
      <w:r>
        <w:t>Entry 1 — Document date</w:t>
      </w:r>
    </w:p>
    <w:p>
      <w:r>
        <w:t>Response: __________________________________________________</w:t>
      </w:r>
    </w:p>
    <w:p>
      <w:pPr>
        <w:pStyle w:val="Heading3"/>
      </w:pPr>
      <w:r>
        <w:t>Entry 1 — Copy type / exact separate location</w:t>
      </w:r>
    </w:p>
    <w:p>
      <w:r>
        <w:t>Response: __________________________________________________</w:t>
      </w:r>
    </w:p>
    <w:p>
      <w:pPr>
        <w:pStyle w:val="Heading3"/>
      </w:pPr>
      <w:r>
        <w:t>Entry 2 — Document ID / title</w:t>
      </w:r>
    </w:p>
    <w:p>
      <w:r>
        <w:t>Response: __________________________________________________</w:t>
      </w:r>
    </w:p>
    <w:p>
      <w:pPr>
        <w:pStyle w:val="Heading3"/>
      </w:pPr>
      <w:r>
        <w:t>Entry 2 — Document date</w:t>
      </w:r>
    </w:p>
    <w:p>
      <w:r>
        <w:t>Response: __________________________________________________</w:t>
      </w:r>
    </w:p>
    <w:p>
      <w:pPr>
        <w:pStyle w:val="Heading3"/>
      </w:pPr>
      <w:r>
        <w:t>Entry 2 — Copy type / exact separate location</w:t>
      </w:r>
    </w:p>
    <w:p>
      <w:r>
        <w:t>Response: __________________________________________________</w:t>
      </w:r>
    </w:p>
    <w:p>
      <w:pPr>
        <w:pStyle w:val="Heading3"/>
      </w:pPr>
      <w:r>
        <w:t>Entry 3 — Document ID / title</w:t>
      </w:r>
    </w:p>
    <w:p>
      <w:r>
        <w:t>Response: __________________________________________________</w:t>
      </w:r>
    </w:p>
    <w:p>
      <w:pPr>
        <w:pStyle w:val="Heading3"/>
      </w:pPr>
      <w:r>
        <w:t>Entry 3 — Document date</w:t>
      </w:r>
    </w:p>
    <w:p>
      <w:r>
        <w:t>Response: __________________________________________________</w:t>
      </w:r>
    </w:p>
    <w:p>
      <w:pPr>
        <w:pStyle w:val="Heading3"/>
      </w:pPr>
      <w:r>
        <w:t>Entry 3 — Copy type / exact separate location</w:t>
      </w:r>
    </w:p>
    <w:p>
      <w:r>
        <w:t>Response: __________________________________________________</w:t>
      </w:r>
    </w:p>
    <w:p>
      <w:pPr>
        <w:pStyle w:val="Heading3"/>
      </w:pPr>
      <w:r>
        <w:t>Entry 4 — Document ID / title</w:t>
      </w:r>
    </w:p>
    <w:p>
      <w:r>
        <w:t>Response: __________________________________________________</w:t>
      </w:r>
    </w:p>
    <w:p>
      <w:pPr>
        <w:pStyle w:val="Heading3"/>
      </w:pPr>
      <w:r>
        <w:t>Entry 4 — Document date</w:t>
      </w:r>
    </w:p>
    <w:p>
      <w:r>
        <w:t>Response: __________________________________________________</w:t>
      </w:r>
    </w:p>
    <w:p>
      <w:pPr>
        <w:pStyle w:val="Heading3"/>
      </w:pPr>
      <w:r>
        <w:t>Entry 4 — Copy type / exact separate location</w:t>
      </w:r>
    </w:p>
    <w:p>
      <w:r>
        <w:t>Response: __________________________________________________</w:t>
      </w:r>
    </w:p>
    <w:p>
      <w:pPr>
        <w:pStyle w:val="Heading3"/>
      </w:pPr>
      <w:r>
        <w:t>Entry 5 — Document ID / title</w:t>
      </w:r>
    </w:p>
    <w:p>
      <w:r>
        <w:t>Response: __________________________________________________</w:t>
      </w:r>
    </w:p>
    <w:p>
      <w:pPr>
        <w:pStyle w:val="Heading3"/>
      </w:pPr>
      <w:r>
        <w:t>Entry 5 — Document date</w:t>
      </w:r>
    </w:p>
    <w:p>
      <w:r>
        <w:t>Response: __________________________________________________</w:t>
      </w:r>
    </w:p>
    <w:p>
      <w:pPr>
        <w:pStyle w:val="Heading3"/>
      </w:pPr>
      <w:r>
        <w:t>Entry 5 — Copy type / exact separate location</w:t>
      </w:r>
    </w:p>
    <w:p>
      <w:r>
        <w:t>Response: __________________________________________________</w:t>
      </w:r>
    </w:p>
    <w:p>
      <w:pPr>
        <w:pStyle w:val="Heading3"/>
      </w:pPr>
      <w:r>
        <w:t>Missing documents, access limits or instructions for the next person</w:t>
      </w:r>
    </w:p>
    <w:p>
      <w:r>
        <w:t>Response: __________________________________________________</w:t>
      </w:r>
    </w:p>
    <w:p>
      <w:r>
        <w:br w:type="page"/>
      </w:r>
    </w:p>
    <w:p>
      <w:pPr>
        <w:pStyle w:val="Heading1"/>
      </w:pPr>
      <w:r>
        <w:t>07-ID — Identity records - restricted locator | copies</w:t>
      </w:r>
    </w:p>
    <w:p>
      <w:r>
        <w:t>Document pocket 07-ID. File immediately after section 07. Print only the covers you need.</w:t>
      </w:r>
    </w:p>
    <w:p>
      <w:r>
        <w:t>PUT THESE COPIES BEHIND THIS COVER Location slips for birth, marriage, name-change, passport, Social Security and service records.</w:t>
      </w:r>
    </w:p>
    <w:p>
      <w:r>
        <w:t>SECURITY / SCOPE Keep necessary sensitive copies separately secured. Do not place full identity numbers on the cover.</w:t>
      </w:r>
    </w:p>
    <w:p>
      <w:r>
        <w:t>Copy type: reference copy / certified copy / location slip. Record these items in section 18. Keep originals separate unless your professional adviser has recommended otherwise. Add extra covers and number them when a pocket needs more than one packet.</w:t>
      </w:r>
    </w:p>
    <w:p>
      <w:pPr>
        <w:pStyle w:val="Heading3"/>
      </w:pPr>
      <w:r>
        <w:t>Household / person / account record ID</w:t>
      </w:r>
    </w:p>
    <w:p>
      <w:r>
        <w:t>Response: __________________________________________________</w:t>
      </w:r>
    </w:p>
    <w:p>
      <w:pPr>
        <w:pStyle w:val="Heading3"/>
      </w:pPr>
      <w:r>
        <w:t>Packet assembled / checked on</w:t>
      </w:r>
    </w:p>
    <w:p>
      <w:r>
        <w:t>Response: __________________________________________________</w:t>
      </w:r>
    </w:p>
    <w:p>
      <w:pPr>
        <w:pStyle w:val="Heading3"/>
      </w:pPr>
      <w:r>
        <w:t>Original documents location</w:t>
      </w:r>
    </w:p>
    <w:p>
      <w:r>
        <w:t>Response: __________________________________________________</w:t>
      </w:r>
    </w:p>
    <w:p>
      <w:pPr>
        <w:pStyle w:val="Heading3"/>
      </w:pPr>
      <w:r>
        <w:t>Custodian / authorized contact</w:t>
      </w:r>
    </w:p>
    <w:p>
      <w:r>
        <w:t>Response: __________________________________________________</w:t>
      </w:r>
    </w:p>
    <w:p>
      <w:pPr>
        <w:pStyle w:val="Heading3"/>
      </w:pPr>
      <w:r>
        <w:t>Entry 1 — Document ID / title</w:t>
      </w:r>
    </w:p>
    <w:p>
      <w:r>
        <w:t>Response: __________________________________________________</w:t>
      </w:r>
    </w:p>
    <w:p>
      <w:pPr>
        <w:pStyle w:val="Heading3"/>
      </w:pPr>
      <w:r>
        <w:t>Entry 1 — Document date</w:t>
      </w:r>
    </w:p>
    <w:p>
      <w:r>
        <w:t>Response: __________________________________________________</w:t>
      </w:r>
    </w:p>
    <w:p>
      <w:pPr>
        <w:pStyle w:val="Heading3"/>
      </w:pPr>
      <w:r>
        <w:t>Entry 1 — Copy type / exact separate location</w:t>
      </w:r>
    </w:p>
    <w:p>
      <w:r>
        <w:t>Response: __________________________________________________</w:t>
      </w:r>
    </w:p>
    <w:p>
      <w:pPr>
        <w:pStyle w:val="Heading3"/>
      </w:pPr>
      <w:r>
        <w:t>Entry 2 — Document ID / title</w:t>
      </w:r>
    </w:p>
    <w:p>
      <w:r>
        <w:t>Response: __________________________________________________</w:t>
      </w:r>
    </w:p>
    <w:p>
      <w:pPr>
        <w:pStyle w:val="Heading3"/>
      </w:pPr>
      <w:r>
        <w:t>Entry 2 — Document date</w:t>
      </w:r>
    </w:p>
    <w:p>
      <w:r>
        <w:t>Response: __________________________________________________</w:t>
      </w:r>
    </w:p>
    <w:p>
      <w:pPr>
        <w:pStyle w:val="Heading3"/>
      </w:pPr>
      <w:r>
        <w:t>Entry 2 — Copy type / exact separate location</w:t>
      </w:r>
    </w:p>
    <w:p>
      <w:r>
        <w:t>Response: __________________________________________________</w:t>
      </w:r>
    </w:p>
    <w:p>
      <w:pPr>
        <w:pStyle w:val="Heading3"/>
      </w:pPr>
      <w:r>
        <w:t>Entry 3 — Document ID / title</w:t>
      </w:r>
    </w:p>
    <w:p>
      <w:r>
        <w:t>Response: __________________________________________________</w:t>
      </w:r>
    </w:p>
    <w:p>
      <w:pPr>
        <w:pStyle w:val="Heading3"/>
      </w:pPr>
      <w:r>
        <w:t>Entry 3 — Document date</w:t>
      </w:r>
    </w:p>
    <w:p>
      <w:r>
        <w:t>Response: __________________________________________________</w:t>
      </w:r>
    </w:p>
    <w:p>
      <w:pPr>
        <w:pStyle w:val="Heading3"/>
      </w:pPr>
      <w:r>
        <w:t>Entry 3 — Copy type / exact separate location</w:t>
      </w:r>
    </w:p>
    <w:p>
      <w:r>
        <w:t>Response: __________________________________________________</w:t>
      </w:r>
    </w:p>
    <w:p>
      <w:pPr>
        <w:pStyle w:val="Heading3"/>
      </w:pPr>
      <w:r>
        <w:t>Entry 4 — Document ID / title</w:t>
      </w:r>
    </w:p>
    <w:p>
      <w:r>
        <w:t>Response: __________________________________________________</w:t>
      </w:r>
    </w:p>
    <w:p>
      <w:pPr>
        <w:pStyle w:val="Heading3"/>
      </w:pPr>
      <w:r>
        <w:t>Entry 4 — Document date</w:t>
      </w:r>
    </w:p>
    <w:p>
      <w:r>
        <w:t>Response: __________________________________________________</w:t>
      </w:r>
    </w:p>
    <w:p>
      <w:pPr>
        <w:pStyle w:val="Heading3"/>
      </w:pPr>
      <w:r>
        <w:t>Entry 4 — Copy type / exact separate location</w:t>
      </w:r>
    </w:p>
    <w:p>
      <w:r>
        <w:t>Response: __________________________________________________</w:t>
      </w:r>
    </w:p>
    <w:p>
      <w:pPr>
        <w:pStyle w:val="Heading3"/>
      </w:pPr>
      <w:r>
        <w:t>Entry 5 — Document ID / title</w:t>
      </w:r>
    </w:p>
    <w:p>
      <w:r>
        <w:t>Response: __________________________________________________</w:t>
      </w:r>
    </w:p>
    <w:p>
      <w:pPr>
        <w:pStyle w:val="Heading3"/>
      </w:pPr>
      <w:r>
        <w:t>Entry 5 — Document date</w:t>
      </w:r>
    </w:p>
    <w:p>
      <w:r>
        <w:t>Response: __________________________________________________</w:t>
      </w:r>
    </w:p>
    <w:p>
      <w:pPr>
        <w:pStyle w:val="Heading3"/>
      </w:pPr>
      <w:r>
        <w:t>Entry 5 — Copy type / exact separate location</w:t>
      </w:r>
    </w:p>
    <w:p>
      <w:r>
        <w:t>Response: __________________________________________________</w:t>
      </w:r>
    </w:p>
    <w:p>
      <w:pPr>
        <w:pStyle w:val="Heading3"/>
      </w:pPr>
      <w:r>
        <w:t>Missing documents, access limits or instructions for the next person</w:t>
      </w:r>
    </w:p>
    <w:p>
      <w:r>
        <w:t>Response: __________________________________________________</w:t>
      </w:r>
    </w:p>
    <w:p>
      <w:r>
        <w:br w:type="page"/>
      </w:r>
    </w:p>
    <w:p>
      <w:pPr>
        <w:pStyle w:val="Heading1"/>
      </w:pPr>
      <w:r>
        <w:t>08-FIN — Financial accounts | copies</w:t>
      </w:r>
    </w:p>
    <w:p>
      <w:r>
        <w:t>Document pocket 08-FIN. File immediately after section 08. Print only the covers you need.</w:t>
      </w:r>
    </w:p>
    <w:p>
      <w:r>
        <w:t>PUT THESE COPIES BEHIND THIS COVER Recent dated statements; confirmed ownership and beneficiary information; provider-process instructions.</w:t>
      </w:r>
    </w:p>
    <w:p>
      <w:r>
        <w:t>SECURITY / SCOPE Use last four digits on worksheets. Keep unnecessary sensitive pages in a restricted packet.</w:t>
      </w:r>
    </w:p>
    <w:p>
      <w:r>
        <w:t>Copy type: reference copy / certified copy / location slip. Record these items in section 18. Keep originals separate unless your professional adviser has recommended otherwise. Add extra covers and number them when a pocket needs more than one packet.</w:t>
      </w:r>
    </w:p>
    <w:p>
      <w:pPr>
        <w:pStyle w:val="Heading3"/>
      </w:pPr>
      <w:r>
        <w:t>Household / person / account record ID</w:t>
      </w:r>
    </w:p>
    <w:p>
      <w:r>
        <w:t>Response: __________________________________________________</w:t>
      </w:r>
    </w:p>
    <w:p>
      <w:pPr>
        <w:pStyle w:val="Heading3"/>
      </w:pPr>
      <w:r>
        <w:t>Packet assembled / checked on</w:t>
      </w:r>
    </w:p>
    <w:p>
      <w:r>
        <w:t>Response: __________________________________________________</w:t>
      </w:r>
    </w:p>
    <w:p>
      <w:pPr>
        <w:pStyle w:val="Heading3"/>
      </w:pPr>
      <w:r>
        <w:t>Original documents location</w:t>
      </w:r>
    </w:p>
    <w:p>
      <w:r>
        <w:t>Response: __________________________________________________</w:t>
      </w:r>
    </w:p>
    <w:p>
      <w:pPr>
        <w:pStyle w:val="Heading3"/>
      </w:pPr>
      <w:r>
        <w:t>Custodian / authorized contact</w:t>
      </w:r>
    </w:p>
    <w:p>
      <w:r>
        <w:t>Response: __________________________________________________</w:t>
      </w:r>
    </w:p>
    <w:p>
      <w:pPr>
        <w:pStyle w:val="Heading3"/>
      </w:pPr>
      <w:r>
        <w:t>Entry 1 — Document ID / title</w:t>
      </w:r>
    </w:p>
    <w:p>
      <w:r>
        <w:t>Response: __________________________________________________</w:t>
      </w:r>
    </w:p>
    <w:p>
      <w:pPr>
        <w:pStyle w:val="Heading3"/>
      </w:pPr>
      <w:r>
        <w:t>Entry 1 — Document date</w:t>
      </w:r>
    </w:p>
    <w:p>
      <w:r>
        <w:t>Response: __________________________________________________</w:t>
      </w:r>
    </w:p>
    <w:p>
      <w:pPr>
        <w:pStyle w:val="Heading3"/>
      </w:pPr>
      <w:r>
        <w:t>Entry 1 — Copy type / exact separate location</w:t>
      </w:r>
    </w:p>
    <w:p>
      <w:r>
        <w:t>Response: __________________________________________________</w:t>
      </w:r>
    </w:p>
    <w:p>
      <w:pPr>
        <w:pStyle w:val="Heading3"/>
      </w:pPr>
      <w:r>
        <w:t>Entry 2 — Document ID / title</w:t>
      </w:r>
    </w:p>
    <w:p>
      <w:r>
        <w:t>Response: __________________________________________________</w:t>
      </w:r>
    </w:p>
    <w:p>
      <w:pPr>
        <w:pStyle w:val="Heading3"/>
      </w:pPr>
      <w:r>
        <w:t>Entry 2 — Document date</w:t>
      </w:r>
    </w:p>
    <w:p>
      <w:r>
        <w:t>Response: __________________________________________________</w:t>
      </w:r>
    </w:p>
    <w:p>
      <w:pPr>
        <w:pStyle w:val="Heading3"/>
      </w:pPr>
      <w:r>
        <w:t>Entry 2 — Copy type / exact separate location</w:t>
      </w:r>
    </w:p>
    <w:p>
      <w:r>
        <w:t>Response: __________________________________________________</w:t>
      </w:r>
    </w:p>
    <w:p>
      <w:pPr>
        <w:pStyle w:val="Heading3"/>
      </w:pPr>
      <w:r>
        <w:t>Entry 3 — Document ID / title</w:t>
      </w:r>
    </w:p>
    <w:p>
      <w:r>
        <w:t>Response: __________________________________________________</w:t>
      </w:r>
    </w:p>
    <w:p>
      <w:pPr>
        <w:pStyle w:val="Heading3"/>
      </w:pPr>
      <w:r>
        <w:t>Entry 3 — Document date</w:t>
      </w:r>
    </w:p>
    <w:p>
      <w:r>
        <w:t>Response: __________________________________________________</w:t>
      </w:r>
    </w:p>
    <w:p>
      <w:pPr>
        <w:pStyle w:val="Heading3"/>
      </w:pPr>
      <w:r>
        <w:t>Entry 3 — Copy type / exact separate location</w:t>
      </w:r>
    </w:p>
    <w:p>
      <w:r>
        <w:t>Response: __________________________________________________</w:t>
      </w:r>
    </w:p>
    <w:p>
      <w:pPr>
        <w:pStyle w:val="Heading3"/>
      </w:pPr>
      <w:r>
        <w:t>Entry 4 — Document ID / title</w:t>
      </w:r>
    </w:p>
    <w:p>
      <w:r>
        <w:t>Response: __________________________________________________</w:t>
      </w:r>
    </w:p>
    <w:p>
      <w:pPr>
        <w:pStyle w:val="Heading3"/>
      </w:pPr>
      <w:r>
        <w:t>Entry 4 — Document date</w:t>
      </w:r>
    </w:p>
    <w:p>
      <w:r>
        <w:t>Response: __________________________________________________</w:t>
      </w:r>
    </w:p>
    <w:p>
      <w:pPr>
        <w:pStyle w:val="Heading3"/>
      </w:pPr>
      <w:r>
        <w:t>Entry 4 — Copy type / exact separate location</w:t>
      </w:r>
    </w:p>
    <w:p>
      <w:r>
        <w:t>Response: __________________________________________________</w:t>
      </w:r>
    </w:p>
    <w:p>
      <w:pPr>
        <w:pStyle w:val="Heading3"/>
      </w:pPr>
      <w:r>
        <w:t>Entry 5 — Document ID / title</w:t>
      </w:r>
    </w:p>
    <w:p>
      <w:r>
        <w:t>Response: __________________________________________________</w:t>
      </w:r>
    </w:p>
    <w:p>
      <w:pPr>
        <w:pStyle w:val="Heading3"/>
      </w:pPr>
      <w:r>
        <w:t>Entry 5 — Document date</w:t>
      </w:r>
    </w:p>
    <w:p>
      <w:r>
        <w:t>Response: __________________________________________________</w:t>
      </w:r>
    </w:p>
    <w:p>
      <w:pPr>
        <w:pStyle w:val="Heading3"/>
      </w:pPr>
      <w:r>
        <w:t>Entry 5 — Copy type / exact separate location</w:t>
      </w:r>
    </w:p>
    <w:p>
      <w:r>
        <w:t>Response: __________________________________________________</w:t>
      </w:r>
    </w:p>
    <w:p>
      <w:pPr>
        <w:pStyle w:val="Heading3"/>
      </w:pPr>
      <w:r>
        <w:t>Missing documents, access limits or instructions for the next person</w:t>
      </w:r>
    </w:p>
    <w:p>
      <w:r>
        <w:t>Response: __________________________________________________</w:t>
      </w:r>
    </w:p>
    <w:p>
      <w:r>
        <w:br w:type="page"/>
      </w:r>
    </w:p>
    <w:p>
      <w:pPr>
        <w:pStyle w:val="Heading1"/>
      </w:pPr>
      <w:r>
        <w:t>08-INS — Insurance &amp; survivor benefits | copies</w:t>
      </w:r>
    </w:p>
    <w:p>
      <w:r>
        <w:t>Document pocket 08-INS. File immediately after section 08. Print only the covers you need.</w:t>
      </w:r>
    </w:p>
    <w:p>
      <w:r>
        <w:t>PUT THESE COPIES BEHIND THIS COVER Current coverage or policy summary; beneficiary confirmation; claim contact and instructions.</w:t>
      </w:r>
    </w:p>
    <w:p>
      <w:r>
        <w:t>SECURITY / SCOPE Verify current coverage and claim requirements; do not treat the worksheet as evidence of coverage.</w:t>
      </w:r>
    </w:p>
    <w:p>
      <w:r>
        <w:t>Copy type: reference copy / certified copy / location slip. Record these items in section 18. Keep originals separate unless your professional adviser has recommended otherwise. Add extra covers and number them when a pocket needs more than one packet.</w:t>
      </w:r>
    </w:p>
    <w:p>
      <w:pPr>
        <w:pStyle w:val="Heading3"/>
      </w:pPr>
      <w:r>
        <w:t>Household / person / account record ID</w:t>
      </w:r>
    </w:p>
    <w:p>
      <w:r>
        <w:t>Response: __________________________________________________</w:t>
      </w:r>
    </w:p>
    <w:p>
      <w:pPr>
        <w:pStyle w:val="Heading3"/>
      </w:pPr>
      <w:r>
        <w:t>Packet assembled / checked on</w:t>
      </w:r>
    </w:p>
    <w:p>
      <w:r>
        <w:t>Response: __________________________________________________</w:t>
      </w:r>
    </w:p>
    <w:p>
      <w:pPr>
        <w:pStyle w:val="Heading3"/>
      </w:pPr>
      <w:r>
        <w:t>Original documents location</w:t>
      </w:r>
    </w:p>
    <w:p>
      <w:r>
        <w:t>Response: __________________________________________________</w:t>
      </w:r>
    </w:p>
    <w:p>
      <w:pPr>
        <w:pStyle w:val="Heading3"/>
      </w:pPr>
      <w:r>
        <w:t>Custodian / authorized contact</w:t>
      </w:r>
    </w:p>
    <w:p>
      <w:r>
        <w:t>Response: __________________________________________________</w:t>
      </w:r>
    </w:p>
    <w:p>
      <w:pPr>
        <w:pStyle w:val="Heading3"/>
      </w:pPr>
      <w:r>
        <w:t>Entry 1 — Document ID / title</w:t>
      </w:r>
    </w:p>
    <w:p>
      <w:r>
        <w:t>Response: __________________________________________________</w:t>
      </w:r>
    </w:p>
    <w:p>
      <w:pPr>
        <w:pStyle w:val="Heading3"/>
      </w:pPr>
      <w:r>
        <w:t>Entry 1 — Document date</w:t>
      </w:r>
    </w:p>
    <w:p>
      <w:r>
        <w:t>Response: __________________________________________________</w:t>
      </w:r>
    </w:p>
    <w:p>
      <w:pPr>
        <w:pStyle w:val="Heading3"/>
      </w:pPr>
      <w:r>
        <w:t>Entry 1 — Copy type / exact separate location</w:t>
      </w:r>
    </w:p>
    <w:p>
      <w:r>
        <w:t>Response: __________________________________________________</w:t>
      </w:r>
    </w:p>
    <w:p>
      <w:pPr>
        <w:pStyle w:val="Heading3"/>
      </w:pPr>
      <w:r>
        <w:t>Entry 2 — Document ID / title</w:t>
      </w:r>
    </w:p>
    <w:p>
      <w:r>
        <w:t>Response: __________________________________________________</w:t>
      </w:r>
    </w:p>
    <w:p>
      <w:pPr>
        <w:pStyle w:val="Heading3"/>
      </w:pPr>
      <w:r>
        <w:t>Entry 2 — Document date</w:t>
      </w:r>
    </w:p>
    <w:p>
      <w:r>
        <w:t>Response: __________________________________________________</w:t>
      </w:r>
    </w:p>
    <w:p>
      <w:pPr>
        <w:pStyle w:val="Heading3"/>
      </w:pPr>
      <w:r>
        <w:t>Entry 2 — Copy type / exact separate location</w:t>
      </w:r>
    </w:p>
    <w:p>
      <w:r>
        <w:t>Response: __________________________________________________</w:t>
      </w:r>
    </w:p>
    <w:p>
      <w:pPr>
        <w:pStyle w:val="Heading3"/>
      </w:pPr>
      <w:r>
        <w:t>Entry 3 — Document ID / title</w:t>
      </w:r>
    </w:p>
    <w:p>
      <w:r>
        <w:t>Response: __________________________________________________</w:t>
      </w:r>
    </w:p>
    <w:p>
      <w:pPr>
        <w:pStyle w:val="Heading3"/>
      </w:pPr>
      <w:r>
        <w:t>Entry 3 — Document date</w:t>
      </w:r>
    </w:p>
    <w:p>
      <w:r>
        <w:t>Response: __________________________________________________</w:t>
      </w:r>
    </w:p>
    <w:p>
      <w:pPr>
        <w:pStyle w:val="Heading3"/>
      </w:pPr>
      <w:r>
        <w:t>Entry 3 — Copy type / exact separate location</w:t>
      </w:r>
    </w:p>
    <w:p>
      <w:r>
        <w:t>Response: __________________________________________________</w:t>
      </w:r>
    </w:p>
    <w:p>
      <w:pPr>
        <w:pStyle w:val="Heading3"/>
      </w:pPr>
      <w:r>
        <w:t>Entry 4 — Document ID / title</w:t>
      </w:r>
    </w:p>
    <w:p>
      <w:r>
        <w:t>Response: __________________________________________________</w:t>
      </w:r>
    </w:p>
    <w:p>
      <w:pPr>
        <w:pStyle w:val="Heading3"/>
      </w:pPr>
      <w:r>
        <w:t>Entry 4 — Document date</w:t>
      </w:r>
    </w:p>
    <w:p>
      <w:r>
        <w:t>Response: __________________________________________________</w:t>
      </w:r>
    </w:p>
    <w:p>
      <w:pPr>
        <w:pStyle w:val="Heading3"/>
      </w:pPr>
      <w:r>
        <w:t>Entry 4 — Copy type / exact separate location</w:t>
      </w:r>
    </w:p>
    <w:p>
      <w:r>
        <w:t>Response: __________________________________________________</w:t>
      </w:r>
    </w:p>
    <w:p>
      <w:pPr>
        <w:pStyle w:val="Heading3"/>
      </w:pPr>
      <w:r>
        <w:t>Entry 5 — Document ID / title</w:t>
      </w:r>
    </w:p>
    <w:p>
      <w:r>
        <w:t>Response: __________________________________________________</w:t>
      </w:r>
    </w:p>
    <w:p>
      <w:pPr>
        <w:pStyle w:val="Heading3"/>
      </w:pPr>
      <w:r>
        <w:t>Entry 5 — Document date</w:t>
      </w:r>
    </w:p>
    <w:p>
      <w:r>
        <w:t>Response: __________________________________________________</w:t>
      </w:r>
    </w:p>
    <w:p>
      <w:pPr>
        <w:pStyle w:val="Heading3"/>
      </w:pPr>
      <w:r>
        <w:t>Entry 5 — Copy type / exact separate location</w:t>
      </w:r>
    </w:p>
    <w:p>
      <w:r>
        <w:t>Response: __________________________________________________</w:t>
      </w:r>
    </w:p>
    <w:p>
      <w:pPr>
        <w:pStyle w:val="Heading3"/>
      </w:pPr>
      <w:r>
        <w:t>Missing documents, access limits or instructions for the next person</w:t>
      </w:r>
    </w:p>
    <w:p>
      <w:r>
        <w:t>Response: __________________________________________________</w:t>
      </w:r>
    </w:p>
    <w:p>
      <w:r>
        <w:br w:type="page"/>
      </w:r>
    </w:p>
    <w:p>
      <w:pPr>
        <w:pStyle w:val="Heading1"/>
      </w:pPr>
      <w:r>
        <w:t>08-DEBT — Debt &amp; tax records | copies</w:t>
      </w:r>
    </w:p>
    <w:p>
      <w:r>
        <w:t>Document pocket 08-DEBT. File immediately after section 08. Print only the covers you need.</w:t>
      </w:r>
    </w:p>
    <w:p>
      <w:r>
        <w:t>PUT THESE COPIES BEHIND THIS COVER Recent creditor statements; payment agreement copies; tax-record location slips.</w:t>
      </w:r>
    </w:p>
    <w:p>
      <w:r>
        <w:t>SECURITY / SCOPE Tax returns and full identifiers may stay in separately secured storage.</w:t>
      </w:r>
    </w:p>
    <w:p>
      <w:r>
        <w:t>Copy type: reference copy / certified copy / location slip. Record these items in section 18. Keep originals separate unless your professional adviser has recommended otherwise. Add extra covers and number them when a pocket needs more than one packet.</w:t>
      </w:r>
    </w:p>
    <w:p>
      <w:pPr>
        <w:pStyle w:val="Heading3"/>
      </w:pPr>
      <w:r>
        <w:t>Household / person / account record ID</w:t>
      </w:r>
    </w:p>
    <w:p>
      <w:r>
        <w:t>Response: __________________________________________________</w:t>
      </w:r>
    </w:p>
    <w:p>
      <w:pPr>
        <w:pStyle w:val="Heading3"/>
      </w:pPr>
      <w:r>
        <w:t>Packet assembled / checked on</w:t>
      </w:r>
    </w:p>
    <w:p>
      <w:r>
        <w:t>Response: __________________________________________________</w:t>
      </w:r>
    </w:p>
    <w:p>
      <w:pPr>
        <w:pStyle w:val="Heading3"/>
      </w:pPr>
      <w:r>
        <w:t>Original documents location</w:t>
      </w:r>
    </w:p>
    <w:p>
      <w:r>
        <w:t>Response: __________________________________________________</w:t>
      </w:r>
    </w:p>
    <w:p>
      <w:pPr>
        <w:pStyle w:val="Heading3"/>
      </w:pPr>
      <w:r>
        <w:t>Custodian / authorized contact</w:t>
      </w:r>
    </w:p>
    <w:p>
      <w:r>
        <w:t>Response: __________________________________________________</w:t>
      </w:r>
    </w:p>
    <w:p>
      <w:pPr>
        <w:pStyle w:val="Heading3"/>
      </w:pPr>
      <w:r>
        <w:t>Entry 1 — Document ID / title</w:t>
      </w:r>
    </w:p>
    <w:p>
      <w:r>
        <w:t>Response: __________________________________________________</w:t>
      </w:r>
    </w:p>
    <w:p>
      <w:pPr>
        <w:pStyle w:val="Heading3"/>
      </w:pPr>
      <w:r>
        <w:t>Entry 1 — Document date</w:t>
      </w:r>
    </w:p>
    <w:p>
      <w:r>
        <w:t>Response: __________________________________________________</w:t>
      </w:r>
    </w:p>
    <w:p>
      <w:pPr>
        <w:pStyle w:val="Heading3"/>
      </w:pPr>
      <w:r>
        <w:t>Entry 1 — Copy type / exact separate location</w:t>
      </w:r>
    </w:p>
    <w:p>
      <w:r>
        <w:t>Response: __________________________________________________</w:t>
      </w:r>
    </w:p>
    <w:p>
      <w:pPr>
        <w:pStyle w:val="Heading3"/>
      </w:pPr>
      <w:r>
        <w:t>Entry 2 — Document ID / title</w:t>
      </w:r>
    </w:p>
    <w:p>
      <w:r>
        <w:t>Response: __________________________________________________</w:t>
      </w:r>
    </w:p>
    <w:p>
      <w:pPr>
        <w:pStyle w:val="Heading3"/>
      </w:pPr>
      <w:r>
        <w:t>Entry 2 — Document date</w:t>
      </w:r>
    </w:p>
    <w:p>
      <w:r>
        <w:t>Response: __________________________________________________</w:t>
      </w:r>
    </w:p>
    <w:p>
      <w:pPr>
        <w:pStyle w:val="Heading3"/>
      </w:pPr>
      <w:r>
        <w:t>Entry 2 — Copy type / exact separate location</w:t>
      </w:r>
    </w:p>
    <w:p>
      <w:r>
        <w:t>Response: __________________________________________________</w:t>
      </w:r>
    </w:p>
    <w:p>
      <w:pPr>
        <w:pStyle w:val="Heading3"/>
      </w:pPr>
      <w:r>
        <w:t>Entry 3 — Document ID / title</w:t>
      </w:r>
    </w:p>
    <w:p>
      <w:r>
        <w:t>Response: __________________________________________________</w:t>
      </w:r>
    </w:p>
    <w:p>
      <w:pPr>
        <w:pStyle w:val="Heading3"/>
      </w:pPr>
      <w:r>
        <w:t>Entry 3 — Document date</w:t>
      </w:r>
    </w:p>
    <w:p>
      <w:r>
        <w:t>Response: __________________________________________________</w:t>
      </w:r>
    </w:p>
    <w:p>
      <w:pPr>
        <w:pStyle w:val="Heading3"/>
      </w:pPr>
      <w:r>
        <w:t>Entry 3 — Copy type / exact separate location</w:t>
      </w:r>
    </w:p>
    <w:p>
      <w:r>
        <w:t>Response: __________________________________________________</w:t>
      </w:r>
    </w:p>
    <w:p>
      <w:pPr>
        <w:pStyle w:val="Heading3"/>
      </w:pPr>
      <w:r>
        <w:t>Entry 4 — Document ID / title</w:t>
      </w:r>
    </w:p>
    <w:p>
      <w:r>
        <w:t>Response: __________________________________________________</w:t>
      </w:r>
    </w:p>
    <w:p>
      <w:pPr>
        <w:pStyle w:val="Heading3"/>
      </w:pPr>
      <w:r>
        <w:t>Entry 4 — Document date</w:t>
      </w:r>
    </w:p>
    <w:p>
      <w:r>
        <w:t>Response: __________________________________________________</w:t>
      </w:r>
    </w:p>
    <w:p>
      <w:pPr>
        <w:pStyle w:val="Heading3"/>
      </w:pPr>
      <w:r>
        <w:t>Entry 4 — Copy type / exact separate location</w:t>
      </w:r>
    </w:p>
    <w:p>
      <w:r>
        <w:t>Response: __________________________________________________</w:t>
      </w:r>
    </w:p>
    <w:p>
      <w:pPr>
        <w:pStyle w:val="Heading3"/>
      </w:pPr>
      <w:r>
        <w:t>Entry 5 — Document ID / title</w:t>
      </w:r>
    </w:p>
    <w:p>
      <w:r>
        <w:t>Response: __________________________________________________</w:t>
      </w:r>
    </w:p>
    <w:p>
      <w:pPr>
        <w:pStyle w:val="Heading3"/>
      </w:pPr>
      <w:r>
        <w:t>Entry 5 — Document date</w:t>
      </w:r>
    </w:p>
    <w:p>
      <w:r>
        <w:t>Response: __________________________________________________</w:t>
      </w:r>
    </w:p>
    <w:p>
      <w:pPr>
        <w:pStyle w:val="Heading3"/>
      </w:pPr>
      <w:r>
        <w:t>Entry 5 — Copy type / exact separate location</w:t>
      </w:r>
    </w:p>
    <w:p>
      <w:r>
        <w:t>Response: __________________________________________________</w:t>
      </w:r>
    </w:p>
    <w:p>
      <w:pPr>
        <w:pStyle w:val="Heading3"/>
      </w:pPr>
      <w:r>
        <w:t>Missing documents, access limits or instructions for the next person</w:t>
      </w:r>
    </w:p>
    <w:p>
      <w:r>
        <w:t>Response: __________________________________________________</w:t>
      </w:r>
    </w:p>
    <w:p>
      <w:r>
        <w:br w:type="page"/>
      </w:r>
    </w:p>
    <w:p>
      <w:pPr>
        <w:pStyle w:val="Heading1"/>
      </w:pPr>
      <w:r>
        <w:t>09-BILLS — Household bills | copies</w:t>
      </w:r>
    </w:p>
    <w:p>
      <w:r>
        <w:t>Document pocket 09-BILLS. File immediately after section 09. Print only the covers you need.</w:t>
      </w:r>
    </w:p>
    <w:p>
      <w:r>
        <w:t>PUT THESE COPIES BEHIND THIS COVER Current bills; service contracts; renewals; essential-service instructions.</w:t>
      </w:r>
    </w:p>
    <w:p>
      <w:r>
        <w:t>SECURITY / SCOPE Do not put payment card numbers or account-login credentials here.</w:t>
      </w:r>
    </w:p>
    <w:p>
      <w:r>
        <w:t>Copy type: reference copy / certified copy / location slip. Record these items in section 18. Keep originals separate unless your professional adviser has recommended otherwise. Add extra covers and number them when a pocket needs more than one packet.</w:t>
      </w:r>
    </w:p>
    <w:p>
      <w:pPr>
        <w:pStyle w:val="Heading3"/>
      </w:pPr>
      <w:r>
        <w:t>Household / person / account record ID</w:t>
      </w:r>
    </w:p>
    <w:p>
      <w:r>
        <w:t>Response: __________________________________________________</w:t>
      </w:r>
    </w:p>
    <w:p>
      <w:pPr>
        <w:pStyle w:val="Heading3"/>
      </w:pPr>
      <w:r>
        <w:t>Packet assembled / checked on</w:t>
      </w:r>
    </w:p>
    <w:p>
      <w:r>
        <w:t>Response: __________________________________________________</w:t>
      </w:r>
    </w:p>
    <w:p>
      <w:pPr>
        <w:pStyle w:val="Heading3"/>
      </w:pPr>
      <w:r>
        <w:t>Original documents location</w:t>
      </w:r>
    </w:p>
    <w:p>
      <w:r>
        <w:t>Response: __________________________________________________</w:t>
      </w:r>
    </w:p>
    <w:p>
      <w:pPr>
        <w:pStyle w:val="Heading3"/>
      </w:pPr>
      <w:r>
        <w:t>Custodian / authorized contact</w:t>
      </w:r>
    </w:p>
    <w:p>
      <w:r>
        <w:t>Response: __________________________________________________</w:t>
      </w:r>
    </w:p>
    <w:p>
      <w:pPr>
        <w:pStyle w:val="Heading3"/>
      </w:pPr>
      <w:r>
        <w:t>Entry 1 — Document ID / title</w:t>
      </w:r>
    </w:p>
    <w:p>
      <w:r>
        <w:t>Response: __________________________________________________</w:t>
      </w:r>
    </w:p>
    <w:p>
      <w:pPr>
        <w:pStyle w:val="Heading3"/>
      </w:pPr>
      <w:r>
        <w:t>Entry 1 — Document date</w:t>
      </w:r>
    </w:p>
    <w:p>
      <w:r>
        <w:t>Response: __________________________________________________</w:t>
      </w:r>
    </w:p>
    <w:p>
      <w:pPr>
        <w:pStyle w:val="Heading3"/>
      </w:pPr>
      <w:r>
        <w:t>Entry 1 — Copy type / exact separate location</w:t>
      </w:r>
    </w:p>
    <w:p>
      <w:r>
        <w:t>Response: __________________________________________________</w:t>
      </w:r>
    </w:p>
    <w:p>
      <w:pPr>
        <w:pStyle w:val="Heading3"/>
      </w:pPr>
      <w:r>
        <w:t>Entry 2 — Document ID / title</w:t>
      </w:r>
    </w:p>
    <w:p>
      <w:r>
        <w:t>Response: __________________________________________________</w:t>
      </w:r>
    </w:p>
    <w:p>
      <w:pPr>
        <w:pStyle w:val="Heading3"/>
      </w:pPr>
      <w:r>
        <w:t>Entry 2 — Document date</w:t>
      </w:r>
    </w:p>
    <w:p>
      <w:r>
        <w:t>Response: __________________________________________________</w:t>
      </w:r>
    </w:p>
    <w:p>
      <w:pPr>
        <w:pStyle w:val="Heading3"/>
      </w:pPr>
      <w:r>
        <w:t>Entry 2 — Copy type / exact separate location</w:t>
      </w:r>
    </w:p>
    <w:p>
      <w:r>
        <w:t>Response: __________________________________________________</w:t>
      </w:r>
    </w:p>
    <w:p>
      <w:pPr>
        <w:pStyle w:val="Heading3"/>
      </w:pPr>
      <w:r>
        <w:t>Entry 3 — Document ID / title</w:t>
      </w:r>
    </w:p>
    <w:p>
      <w:r>
        <w:t>Response: __________________________________________________</w:t>
      </w:r>
    </w:p>
    <w:p>
      <w:pPr>
        <w:pStyle w:val="Heading3"/>
      </w:pPr>
      <w:r>
        <w:t>Entry 3 — Document date</w:t>
      </w:r>
    </w:p>
    <w:p>
      <w:r>
        <w:t>Response: __________________________________________________</w:t>
      </w:r>
    </w:p>
    <w:p>
      <w:pPr>
        <w:pStyle w:val="Heading3"/>
      </w:pPr>
      <w:r>
        <w:t>Entry 3 — Copy type / exact separate location</w:t>
      </w:r>
    </w:p>
    <w:p>
      <w:r>
        <w:t>Response: __________________________________________________</w:t>
      </w:r>
    </w:p>
    <w:p>
      <w:pPr>
        <w:pStyle w:val="Heading3"/>
      </w:pPr>
      <w:r>
        <w:t>Entry 4 — Document ID / title</w:t>
      </w:r>
    </w:p>
    <w:p>
      <w:r>
        <w:t>Response: __________________________________________________</w:t>
      </w:r>
    </w:p>
    <w:p>
      <w:pPr>
        <w:pStyle w:val="Heading3"/>
      </w:pPr>
      <w:r>
        <w:t>Entry 4 — Document date</w:t>
      </w:r>
    </w:p>
    <w:p>
      <w:r>
        <w:t>Response: __________________________________________________</w:t>
      </w:r>
    </w:p>
    <w:p>
      <w:pPr>
        <w:pStyle w:val="Heading3"/>
      </w:pPr>
      <w:r>
        <w:t>Entry 4 — Copy type / exact separate location</w:t>
      </w:r>
    </w:p>
    <w:p>
      <w:r>
        <w:t>Response: __________________________________________________</w:t>
      </w:r>
    </w:p>
    <w:p>
      <w:pPr>
        <w:pStyle w:val="Heading3"/>
      </w:pPr>
      <w:r>
        <w:t>Entry 5 — Document ID / title</w:t>
      </w:r>
    </w:p>
    <w:p>
      <w:r>
        <w:t>Response: __________________________________________________</w:t>
      </w:r>
    </w:p>
    <w:p>
      <w:pPr>
        <w:pStyle w:val="Heading3"/>
      </w:pPr>
      <w:r>
        <w:t>Entry 5 — Document date</w:t>
      </w:r>
    </w:p>
    <w:p>
      <w:r>
        <w:t>Response: __________________________________________________</w:t>
      </w:r>
    </w:p>
    <w:p>
      <w:pPr>
        <w:pStyle w:val="Heading3"/>
      </w:pPr>
      <w:r>
        <w:t>Entry 5 — Copy type / exact separate location</w:t>
      </w:r>
    </w:p>
    <w:p>
      <w:r>
        <w:t>Response: __________________________________________________</w:t>
      </w:r>
    </w:p>
    <w:p>
      <w:pPr>
        <w:pStyle w:val="Heading3"/>
      </w:pPr>
      <w:r>
        <w:t>Missing documents, access limits or instructions for the next person</w:t>
      </w:r>
    </w:p>
    <w:p>
      <w:r>
        <w:t>Response: __________________________________________________</w:t>
      </w:r>
    </w:p>
    <w:p>
      <w:r>
        <w:br w:type="page"/>
      </w:r>
    </w:p>
    <w:p>
      <w:pPr>
        <w:pStyle w:val="Heading1"/>
      </w:pPr>
      <w:r>
        <w:t>10-DIGITAL — Digital subscriptions &amp; cloud | copies</w:t>
      </w:r>
    </w:p>
    <w:p>
      <w:r>
        <w:t>Document pocket 10-DIGITAL. File immediately after section 10. Print only the covers you need.</w:t>
      </w:r>
    </w:p>
    <w:p>
      <w:r>
        <w:t>PUT THESE COPIES BEHIND THIS COVER Plan receipts; app-store or provider subscription summary; renewal notices; non-secret export checklist.</w:t>
      </w:r>
    </w:p>
    <w:p>
      <w:r>
        <w:t>SECURITY / SCOPE Preserve needed data and resolve dependencies before any downgrade or cancellation.</w:t>
      </w:r>
    </w:p>
    <w:p>
      <w:r>
        <w:t>Copy type: reference copy / certified copy / location slip. Record these items in section 18. Keep originals separate unless your professional adviser has recommended otherwise. Add extra covers and number them when a pocket needs more than one packet.</w:t>
      </w:r>
    </w:p>
    <w:p>
      <w:pPr>
        <w:pStyle w:val="Heading3"/>
      </w:pPr>
      <w:r>
        <w:t>Household / person / account record ID</w:t>
      </w:r>
    </w:p>
    <w:p>
      <w:r>
        <w:t>Response: __________________________________________________</w:t>
      </w:r>
    </w:p>
    <w:p>
      <w:pPr>
        <w:pStyle w:val="Heading3"/>
      </w:pPr>
      <w:r>
        <w:t>Packet assembled / checked on</w:t>
      </w:r>
    </w:p>
    <w:p>
      <w:r>
        <w:t>Response: __________________________________________________</w:t>
      </w:r>
    </w:p>
    <w:p>
      <w:pPr>
        <w:pStyle w:val="Heading3"/>
      </w:pPr>
      <w:r>
        <w:t>Original documents location</w:t>
      </w:r>
    </w:p>
    <w:p>
      <w:r>
        <w:t>Response: __________________________________________________</w:t>
      </w:r>
    </w:p>
    <w:p>
      <w:pPr>
        <w:pStyle w:val="Heading3"/>
      </w:pPr>
      <w:r>
        <w:t>Custodian / authorized contact</w:t>
      </w:r>
    </w:p>
    <w:p>
      <w:r>
        <w:t>Response: __________________________________________________</w:t>
      </w:r>
    </w:p>
    <w:p>
      <w:pPr>
        <w:pStyle w:val="Heading3"/>
      </w:pPr>
      <w:r>
        <w:t>Entry 1 — Document ID / title</w:t>
      </w:r>
    </w:p>
    <w:p>
      <w:r>
        <w:t>Response: __________________________________________________</w:t>
      </w:r>
    </w:p>
    <w:p>
      <w:pPr>
        <w:pStyle w:val="Heading3"/>
      </w:pPr>
      <w:r>
        <w:t>Entry 1 — Document date</w:t>
      </w:r>
    </w:p>
    <w:p>
      <w:r>
        <w:t>Response: __________________________________________________</w:t>
      </w:r>
    </w:p>
    <w:p>
      <w:pPr>
        <w:pStyle w:val="Heading3"/>
      </w:pPr>
      <w:r>
        <w:t>Entry 1 — Copy type / exact separate location</w:t>
      </w:r>
    </w:p>
    <w:p>
      <w:r>
        <w:t>Response: __________________________________________________</w:t>
      </w:r>
    </w:p>
    <w:p>
      <w:pPr>
        <w:pStyle w:val="Heading3"/>
      </w:pPr>
      <w:r>
        <w:t>Entry 2 — Document ID / title</w:t>
      </w:r>
    </w:p>
    <w:p>
      <w:r>
        <w:t>Response: __________________________________________________</w:t>
      </w:r>
    </w:p>
    <w:p>
      <w:pPr>
        <w:pStyle w:val="Heading3"/>
      </w:pPr>
      <w:r>
        <w:t>Entry 2 — Document date</w:t>
      </w:r>
    </w:p>
    <w:p>
      <w:r>
        <w:t>Response: __________________________________________________</w:t>
      </w:r>
    </w:p>
    <w:p>
      <w:pPr>
        <w:pStyle w:val="Heading3"/>
      </w:pPr>
      <w:r>
        <w:t>Entry 2 — Copy type / exact separate location</w:t>
      </w:r>
    </w:p>
    <w:p>
      <w:r>
        <w:t>Response: __________________________________________________</w:t>
      </w:r>
    </w:p>
    <w:p>
      <w:pPr>
        <w:pStyle w:val="Heading3"/>
      </w:pPr>
      <w:r>
        <w:t>Entry 3 — Document ID / title</w:t>
      </w:r>
    </w:p>
    <w:p>
      <w:r>
        <w:t>Response: __________________________________________________</w:t>
      </w:r>
    </w:p>
    <w:p>
      <w:pPr>
        <w:pStyle w:val="Heading3"/>
      </w:pPr>
      <w:r>
        <w:t>Entry 3 — Document date</w:t>
      </w:r>
    </w:p>
    <w:p>
      <w:r>
        <w:t>Response: __________________________________________________</w:t>
      </w:r>
    </w:p>
    <w:p>
      <w:pPr>
        <w:pStyle w:val="Heading3"/>
      </w:pPr>
      <w:r>
        <w:t>Entry 3 — Copy type / exact separate location</w:t>
      </w:r>
    </w:p>
    <w:p>
      <w:r>
        <w:t>Response: __________________________________________________</w:t>
      </w:r>
    </w:p>
    <w:p>
      <w:pPr>
        <w:pStyle w:val="Heading3"/>
      </w:pPr>
      <w:r>
        <w:t>Entry 4 — Document ID / title</w:t>
      </w:r>
    </w:p>
    <w:p>
      <w:r>
        <w:t>Response: __________________________________________________</w:t>
      </w:r>
    </w:p>
    <w:p>
      <w:pPr>
        <w:pStyle w:val="Heading3"/>
      </w:pPr>
      <w:r>
        <w:t>Entry 4 — Document date</w:t>
      </w:r>
    </w:p>
    <w:p>
      <w:r>
        <w:t>Response: __________________________________________________</w:t>
      </w:r>
    </w:p>
    <w:p>
      <w:pPr>
        <w:pStyle w:val="Heading3"/>
      </w:pPr>
      <w:r>
        <w:t>Entry 4 — Copy type / exact separate location</w:t>
      </w:r>
    </w:p>
    <w:p>
      <w:r>
        <w:t>Response: __________________________________________________</w:t>
      </w:r>
    </w:p>
    <w:p>
      <w:pPr>
        <w:pStyle w:val="Heading3"/>
      </w:pPr>
      <w:r>
        <w:t>Entry 5 — Document ID / title</w:t>
      </w:r>
    </w:p>
    <w:p>
      <w:r>
        <w:t>Response: __________________________________________________</w:t>
      </w:r>
    </w:p>
    <w:p>
      <w:pPr>
        <w:pStyle w:val="Heading3"/>
      </w:pPr>
      <w:r>
        <w:t>Entry 5 — Document date</w:t>
      </w:r>
    </w:p>
    <w:p>
      <w:r>
        <w:t>Response: __________________________________________________</w:t>
      </w:r>
    </w:p>
    <w:p>
      <w:pPr>
        <w:pStyle w:val="Heading3"/>
      </w:pPr>
      <w:r>
        <w:t>Entry 5 — Copy type / exact separate location</w:t>
      </w:r>
    </w:p>
    <w:p>
      <w:r>
        <w:t>Response: __________________________________________________</w:t>
      </w:r>
    </w:p>
    <w:p>
      <w:pPr>
        <w:pStyle w:val="Heading3"/>
      </w:pPr>
      <w:r>
        <w:t>Missing documents, access limits or instructions for the next person</w:t>
      </w:r>
    </w:p>
    <w:p>
      <w:r>
        <w:t>Response: __________________________________________________</w:t>
      </w:r>
    </w:p>
    <w:p>
      <w:r>
        <w:br w:type="page"/>
      </w:r>
    </w:p>
    <w:p>
      <w:pPr>
        <w:pStyle w:val="Heading1"/>
      </w:pPr>
      <w:r>
        <w:t>11-ACCESS — Digital access - non-secret instructions | copies</w:t>
      </w:r>
    </w:p>
    <w:p>
      <w:r>
        <w:t>Document pocket 11-ACCESS. File immediately after section 11. Print only the covers you need.</w:t>
      </w:r>
    </w:p>
    <w:p>
      <w:r>
        <w:t>Document pocket 11-ACCESS. File immediately after section 11. Print only the covers you need.</w:t>
      </w:r>
    </w:p>
    <w:p>
      <w:r>
        <w:t>PUT THESE COPIES BEHIND THIS COVER Provider legacy-process guidance; access roadmap; device inventory; backup instructions.</w:t>
      </w:r>
    </w:p>
    <w:p>
      <w:r>
        <w:t>SECURITY / SCOPE NO passwords, PINs, recovery codes, private keys, seed phrases or secret-bearing QR codes.</w:t>
      </w:r>
    </w:p>
    <w:p>
      <w:r>
        <w:t>Copy type: reference copy / certified copy / location slip. Record these items in section 18. Keep originals separate unless your professional adviser has recommended otherwise. Add extra covers and number them when a pocket needs more than one packet.</w:t>
      </w:r>
    </w:p>
    <w:p>
      <w:pPr>
        <w:pStyle w:val="Heading3"/>
      </w:pPr>
      <w:r>
        <w:t>Household / person / account record ID</w:t>
      </w:r>
    </w:p>
    <w:p>
      <w:r>
        <w:t>Response: __________________________________________________</w:t>
      </w:r>
    </w:p>
    <w:p>
      <w:pPr>
        <w:pStyle w:val="Heading3"/>
      </w:pPr>
      <w:r>
        <w:t>Packet assembled / checked on</w:t>
      </w:r>
    </w:p>
    <w:p>
      <w:r>
        <w:t>Response: __________________________________________________</w:t>
      </w:r>
    </w:p>
    <w:p>
      <w:pPr>
        <w:pStyle w:val="Heading3"/>
      </w:pPr>
      <w:r>
        <w:t>Original documents location</w:t>
      </w:r>
    </w:p>
    <w:p>
      <w:r>
        <w:t>Response: __________________________________________________</w:t>
      </w:r>
    </w:p>
    <w:p>
      <w:pPr>
        <w:pStyle w:val="Heading3"/>
      </w:pPr>
      <w:r>
        <w:t>Custodian / authorized contact</w:t>
      </w:r>
    </w:p>
    <w:p>
      <w:r>
        <w:t>Response: __________________________________________________</w:t>
      </w:r>
    </w:p>
    <w:p>
      <w:pPr>
        <w:pStyle w:val="Heading3"/>
      </w:pPr>
      <w:r>
        <w:t>Entry 1 — Document ID / title</w:t>
      </w:r>
    </w:p>
    <w:p>
      <w:r>
        <w:t>Response: __________________________________________________</w:t>
      </w:r>
    </w:p>
    <w:p>
      <w:pPr>
        <w:pStyle w:val="Heading3"/>
      </w:pPr>
      <w:r>
        <w:t>Entry 1 — Document date</w:t>
      </w:r>
    </w:p>
    <w:p>
      <w:r>
        <w:t>Response: __________________________________________________</w:t>
      </w:r>
    </w:p>
    <w:p>
      <w:pPr>
        <w:pStyle w:val="Heading3"/>
      </w:pPr>
      <w:r>
        <w:t>Entry 1 — Copy type / exact separate location</w:t>
      </w:r>
    </w:p>
    <w:p>
      <w:r>
        <w:t>Response: __________________________________________________</w:t>
      </w:r>
    </w:p>
    <w:p>
      <w:pPr>
        <w:pStyle w:val="Heading3"/>
      </w:pPr>
      <w:r>
        <w:t>Entry 2 — Document ID / title</w:t>
      </w:r>
    </w:p>
    <w:p>
      <w:r>
        <w:t>Response: __________________________________________________</w:t>
      </w:r>
    </w:p>
    <w:p>
      <w:pPr>
        <w:pStyle w:val="Heading3"/>
      </w:pPr>
      <w:r>
        <w:t>Entry 2 — Document date</w:t>
      </w:r>
    </w:p>
    <w:p>
      <w:r>
        <w:t>Response: __________________________________________________</w:t>
      </w:r>
    </w:p>
    <w:p>
      <w:pPr>
        <w:pStyle w:val="Heading3"/>
      </w:pPr>
      <w:r>
        <w:t>Entry 2 — Copy type / exact separate location</w:t>
      </w:r>
    </w:p>
    <w:p>
      <w:r>
        <w:t>Response: __________________________________________________</w:t>
      </w:r>
    </w:p>
    <w:p>
      <w:pPr>
        <w:pStyle w:val="Heading3"/>
      </w:pPr>
      <w:r>
        <w:t>Entry 3 — Document ID / title</w:t>
      </w:r>
    </w:p>
    <w:p>
      <w:r>
        <w:t>Response: __________________________________________________</w:t>
      </w:r>
    </w:p>
    <w:p>
      <w:pPr>
        <w:pStyle w:val="Heading3"/>
      </w:pPr>
      <w:r>
        <w:t>Entry 3 — Document date</w:t>
      </w:r>
    </w:p>
    <w:p>
      <w:r>
        <w:t>Response: __________________________________________________</w:t>
      </w:r>
    </w:p>
    <w:p>
      <w:pPr>
        <w:pStyle w:val="Heading3"/>
      </w:pPr>
      <w:r>
        <w:t>Entry 3 — Copy type / exact separate location</w:t>
      </w:r>
    </w:p>
    <w:p>
      <w:r>
        <w:t>Response: __________________________________________________</w:t>
      </w:r>
    </w:p>
    <w:p>
      <w:pPr>
        <w:pStyle w:val="Heading3"/>
      </w:pPr>
      <w:r>
        <w:t>Entry 4 — Document ID / title</w:t>
      </w:r>
    </w:p>
    <w:p>
      <w:r>
        <w:t>Response: __________________________________________________</w:t>
      </w:r>
    </w:p>
    <w:p>
      <w:pPr>
        <w:pStyle w:val="Heading3"/>
      </w:pPr>
      <w:r>
        <w:t>Entry 4 — Document date</w:t>
      </w:r>
    </w:p>
    <w:p>
      <w:r>
        <w:t>Response: __________________________________________________</w:t>
      </w:r>
    </w:p>
    <w:p>
      <w:pPr>
        <w:pStyle w:val="Heading3"/>
      </w:pPr>
      <w:r>
        <w:t>Entry 4 — Copy type / exact separate location</w:t>
      </w:r>
    </w:p>
    <w:p>
      <w:r>
        <w:t>Response: __________________________________________________</w:t>
      </w:r>
    </w:p>
    <w:p>
      <w:pPr>
        <w:pStyle w:val="Heading3"/>
      </w:pPr>
      <w:r>
        <w:t>Entry 5 — Document ID / title</w:t>
      </w:r>
    </w:p>
    <w:p>
      <w:r>
        <w:t>Response: __________________________________________________</w:t>
      </w:r>
    </w:p>
    <w:p>
      <w:pPr>
        <w:pStyle w:val="Heading3"/>
      </w:pPr>
      <w:r>
        <w:t>Entry 5 — Document date</w:t>
      </w:r>
    </w:p>
    <w:p>
      <w:r>
        <w:t>Response: __________________________________________________</w:t>
      </w:r>
    </w:p>
    <w:p>
      <w:pPr>
        <w:pStyle w:val="Heading3"/>
      </w:pPr>
      <w:r>
        <w:t>Entry 5 — Copy type / exact separate location</w:t>
      </w:r>
    </w:p>
    <w:p>
      <w:r>
        <w:t>Response: __________________________________________________</w:t>
      </w:r>
    </w:p>
    <w:p>
      <w:pPr>
        <w:pStyle w:val="Heading3"/>
      </w:pPr>
      <w:r>
        <w:t>Missing documents, access limits or instructions for the next person</w:t>
      </w:r>
    </w:p>
    <w:p>
      <w:r>
        <w:t>Response: __________________________________________________</w:t>
      </w:r>
    </w:p>
    <w:p>
      <w:r>
        <w:br w:type="page"/>
      </w:r>
    </w:p>
    <w:p>
      <w:pPr>
        <w:pStyle w:val="Heading1"/>
      </w:pPr>
      <w:r>
        <w:t>12-WORK — Employment &amp; benefits | copies</w:t>
      </w:r>
    </w:p>
    <w:p>
      <w:r>
        <w:t>Document pocket 12-WORK. File immediately after section 12. Print only the covers you need.</w:t>
      </w:r>
    </w:p>
    <w:p>
      <w:r>
        <w:t>PUT THESE COPIES BEHIND THIS COVER Benefits summary; pension or retirement contact guidance; coverage and equipment-return information.</w:t>
      </w:r>
    </w:p>
    <w:p>
      <w:r>
        <w:t>SECURITY / SCOPE Do not include employer credentials, customer files or proprietary work records.</w:t>
      </w:r>
    </w:p>
    <w:p>
      <w:r>
        <w:t>Copy type: reference copy / certified copy / location slip. Record these items in section 18. Keep originals separate unless your professional adviser has recommended otherwise. Add extra covers and number them when a pocket needs more than one packet.</w:t>
      </w:r>
    </w:p>
    <w:p>
      <w:pPr>
        <w:pStyle w:val="Heading3"/>
      </w:pPr>
      <w:r>
        <w:t>Household / person / account record ID</w:t>
      </w:r>
    </w:p>
    <w:p>
      <w:r>
        <w:t>Response: __________________________________________________</w:t>
      </w:r>
    </w:p>
    <w:p>
      <w:pPr>
        <w:pStyle w:val="Heading3"/>
      </w:pPr>
      <w:r>
        <w:t>Packet assembled / checked on</w:t>
      </w:r>
    </w:p>
    <w:p>
      <w:r>
        <w:t>Response: __________________________________________________</w:t>
      </w:r>
    </w:p>
    <w:p>
      <w:pPr>
        <w:pStyle w:val="Heading3"/>
      </w:pPr>
      <w:r>
        <w:t>Original documents location</w:t>
      </w:r>
    </w:p>
    <w:p>
      <w:r>
        <w:t>Response: __________________________________________________</w:t>
      </w:r>
    </w:p>
    <w:p>
      <w:pPr>
        <w:pStyle w:val="Heading3"/>
      </w:pPr>
      <w:r>
        <w:t>Custodian / authorized contact</w:t>
      </w:r>
    </w:p>
    <w:p>
      <w:r>
        <w:t>Response: __________________________________________________</w:t>
      </w:r>
    </w:p>
    <w:p>
      <w:pPr>
        <w:pStyle w:val="Heading3"/>
      </w:pPr>
      <w:r>
        <w:t>Entry 1 — Document ID / title</w:t>
      </w:r>
    </w:p>
    <w:p>
      <w:r>
        <w:t>Response: __________________________________________________</w:t>
      </w:r>
    </w:p>
    <w:p>
      <w:pPr>
        <w:pStyle w:val="Heading3"/>
      </w:pPr>
      <w:r>
        <w:t>Entry 1 — Document date</w:t>
      </w:r>
    </w:p>
    <w:p>
      <w:r>
        <w:t>Response: __________________________________________________</w:t>
      </w:r>
    </w:p>
    <w:p>
      <w:pPr>
        <w:pStyle w:val="Heading3"/>
      </w:pPr>
      <w:r>
        <w:t>Entry 1 — Copy type / exact separate location</w:t>
      </w:r>
    </w:p>
    <w:p>
      <w:r>
        <w:t>Response: __________________________________________________</w:t>
      </w:r>
    </w:p>
    <w:p>
      <w:pPr>
        <w:pStyle w:val="Heading3"/>
      </w:pPr>
      <w:r>
        <w:t>Entry 2 — Document ID / title</w:t>
      </w:r>
    </w:p>
    <w:p>
      <w:r>
        <w:t>Response: __________________________________________________</w:t>
      </w:r>
    </w:p>
    <w:p>
      <w:pPr>
        <w:pStyle w:val="Heading3"/>
      </w:pPr>
      <w:r>
        <w:t>Entry 2 — Document date</w:t>
      </w:r>
    </w:p>
    <w:p>
      <w:r>
        <w:t>Response: __________________________________________________</w:t>
      </w:r>
    </w:p>
    <w:p>
      <w:pPr>
        <w:pStyle w:val="Heading3"/>
      </w:pPr>
      <w:r>
        <w:t>Entry 2 — Copy type / exact separate location</w:t>
      </w:r>
    </w:p>
    <w:p>
      <w:r>
        <w:t>Response: __________________________________________________</w:t>
      </w:r>
    </w:p>
    <w:p>
      <w:pPr>
        <w:pStyle w:val="Heading3"/>
      </w:pPr>
      <w:r>
        <w:t>Entry 3 — Document ID / title</w:t>
      </w:r>
    </w:p>
    <w:p>
      <w:r>
        <w:t>Response: __________________________________________________</w:t>
      </w:r>
    </w:p>
    <w:p>
      <w:pPr>
        <w:pStyle w:val="Heading3"/>
      </w:pPr>
      <w:r>
        <w:t>Entry 3 — Document date</w:t>
      </w:r>
    </w:p>
    <w:p>
      <w:r>
        <w:t>Response: __________________________________________________</w:t>
      </w:r>
    </w:p>
    <w:p>
      <w:pPr>
        <w:pStyle w:val="Heading3"/>
      </w:pPr>
      <w:r>
        <w:t>Entry 3 — Copy type / exact separate location</w:t>
      </w:r>
    </w:p>
    <w:p>
      <w:r>
        <w:t>Response: __________________________________________________</w:t>
      </w:r>
    </w:p>
    <w:p>
      <w:pPr>
        <w:pStyle w:val="Heading3"/>
      </w:pPr>
      <w:r>
        <w:t>Entry 4 — Document ID / title</w:t>
      </w:r>
    </w:p>
    <w:p>
      <w:r>
        <w:t>Response: __________________________________________________</w:t>
      </w:r>
    </w:p>
    <w:p>
      <w:pPr>
        <w:pStyle w:val="Heading3"/>
      </w:pPr>
      <w:r>
        <w:t>Entry 4 — Document date</w:t>
      </w:r>
    </w:p>
    <w:p>
      <w:r>
        <w:t>Response: __________________________________________________</w:t>
      </w:r>
    </w:p>
    <w:p>
      <w:pPr>
        <w:pStyle w:val="Heading3"/>
      </w:pPr>
      <w:r>
        <w:t>Entry 4 — Copy type / exact separate location</w:t>
      </w:r>
    </w:p>
    <w:p>
      <w:r>
        <w:t>Response: __________________________________________________</w:t>
      </w:r>
    </w:p>
    <w:p>
      <w:pPr>
        <w:pStyle w:val="Heading3"/>
      </w:pPr>
      <w:r>
        <w:t>Entry 5 — Document ID / title</w:t>
      </w:r>
    </w:p>
    <w:p>
      <w:r>
        <w:t>Response: __________________________________________________</w:t>
      </w:r>
    </w:p>
    <w:p>
      <w:pPr>
        <w:pStyle w:val="Heading3"/>
      </w:pPr>
      <w:r>
        <w:t>Entry 5 — Document date</w:t>
      </w:r>
    </w:p>
    <w:p>
      <w:r>
        <w:t>Response: __________________________________________________</w:t>
      </w:r>
    </w:p>
    <w:p>
      <w:pPr>
        <w:pStyle w:val="Heading3"/>
      </w:pPr>
      <w:r>
        <w:t>Entry 5 — Copy type / exact separate location</w:t>
      </w:r>
    </w:p>
    <w:p>
      <w:r>
        <w:t>Response: __________________________________________________</w:t>
      </w:r>
    </w:p>
    <w:p>
      <w:pPr>
        <w:pStyle w:val="Heading3"/>
      </w:pPr>
      <w:r>
        <w:t>Missing documents, access limits or instructions for the next person</w:t>
      </w:r>
    </w:p>
    <w:p>
      <w:r>
        <w:t>Response: __________________________________________________</w:t>
      </w:r>
    </w:p>
    <w:p>
      <w:r>
        <w:br w:type="page"/>
      </w:r>
    </w:p>
    <w:p>
      <w:pPr>
        <w:pStyle w:val="Heading1"/>
      </w:pPr>
      <w:r>
        <w:t>13-PROPERTY — Home &amp; property | copies</w:t>
      </w:r>
    </w:p>
    <w:p>
      <w:r>
        <w:t>Document pocket 13-PROPERTY. File immediately after section 13. Print only the covers you need.</w:t>
      </w:r>
    </w:p>
    <w:p>
      <w:r>
        <w:t>PUT THESE COPIES BEHIND THIS COVER Deed or lease reference copy; property-insurance summary; maintenance and inventory location slips.</w:t>
      </w:r>
    </w:p>
    <w:p>
      <w:r>
        <w:t>SECURITY / SCOPE Record where originals are held. Confirm authority before property or tenancy changes.</w:t>
      </w:r>
    </w:p>
    <w:p>
      <w:r>
        <w:t>Copy type: reference copy / certified copy / location slip. Record these items in section 18. Keep originals separate unless your professional adviser has recommended otherwise. Add extra covers and number them when a pocket needs more than one packet.</w:t>
      </w:r>
    </w:p>
    <w:p>
      <w:pPr>
        <w:pStyle w:val="Heading3"/>
      </w:pPr>
      <w:r>
        <w:t>Household / person / account record ID</w:t>
      </w:r>
    </w:p>
    <w:p>
      <w:r>
        <w:t>Response: __________________________________________________</w:t>
      </w:r>
    </w:p>
    <w:p>
      <w:pPr>
        <w:pStyle w:val="Heading3"/>
      </w:pPr>
      <w:r>
        <w:t>Packet assembled / checked on</w:t>
      </w:r>
    </w:p>
    <w:p>
      <w:r>
        <w:t>Response: __________________________________________________</w:t>
      </w:r>
    </w:p>
    <w:p>
      <w:pPr>
        <w:pStyle w:val="Heading3"/>
      </w:pPr>
      <w:r>
        <w:t>Original documents location</w:t>
      </w:r>
    </w:p>
    <w:p>
      <w:r>
        <w:t>Response: __________________________________________________</w:t>
      </w:r>
    </w:p>
    <w:p>
      <w:pPr>
        <w:pStyle w:val="Heading3"/>
      </w:pPr>
      <w:r>
        <w:t>Custodian / authorized contact</w:t>
      </w:r>
    </w:p>
    <w:p>
      <w:r>
        <w:t>Response: __________________________________________________</w:t>
      </w:r>
    </w:p>
    <w:p>
      <w:pPr>
        <w:pStyle w:val="Heading3"/>
      </w:pPr>
      <w:r>
        <w:t>Entry 1 — Document ID / title</w:t>
      </w:r>
    </w:p>
    <w:p>
      <w:r>
        <w:t>Response: __________________________________________________</w:t>
      </w:r>
    </w:p>
    <w:p>
      <w:pPr>
        <w:pStyle w:val="Heading3"/>
      </w:pPr>
      <w:r>
        <w:t>Entry 1 — Document date</w:t>
      </w:r>
    </w:p>
    <w:p>
      <w:r>
        <w:t>Response: __________________________________________________</w:t>
      </w:r>
    </w:p>
    <w:p>
      <w:pPr>
        <w:pStyle w:val="Heading3"/>
      </w:pPr>
      <w:r>
        <w:t>Entry 1 — Copy type / exact separate location</w:t>
      </w:r>
    </w:p>
    <w:p>
      <w:r>
        <w:t>Response: __________________________________________________</w:t>
      </w:r>
    </w:p>
    <w:p>
      <w:pPr>
        <w:pStyle w:val="Heading3"/>
      </w:pPr>
      <w:r>
        <w:t>Entry 2 — Document ID / title</w:t>
      </w:r>
    </w:p>
    <w:p>
      <w:r>
        <w:t>Response: __________________________________________________</w:t>
      </w:r>
    </w:p>
    <w:p>
      <w:pPr>
        <w:pStyle w:val="Heading3"/>
      </w:pPr>
      <w:r>
        <w:t>Entry 2 — Document date</w:t>
      </w:r>
    </w:p>
    <w:p>
      <w:r>
        <w:t>Response: __________________________________________________</w:t>
      </w:r>
    </w:p>
    <w:p>
      <w:pPr>
        <w:pStyle w:val="Heading3"/>
      </w:pPr>
      <w:r>
        <w:t>Entry 2 — Copy type / exact separate location</w:t>
      </w:r>
    </w:p>
    <w:p>
      <w:r>
        <w:t>Response: __________________________________________________</w:t>
      </w:r>
    </w:p>
    <w:p>
      <w:pPr>
        <w:pStyle w:val="Heading3"/>
      </w:pPr>
      <w:r>
        <w:t>Entry 3 — Document ID / title</w:t>
      </w:r>
    </w:p>
    <w:p>
      <w:r>
        <w:t>Response: __________________________________________________</w:t>
      </w:r>
    </w:p>
    <w:p>
      <w:pPr>
        <w:pStyle w:val="Heading3"/>
      </w:pPr>
      <w:r>
        <w:t>Entry 3 — Document date</w:t>
      </w:r>
    </w:p>
    <w:p>
      <w:r>
        <w:t>Response: __________________________________________________</w:t>
      </w:r>
    </w:p>
    <w:p>
      <w:pPr>
        <w:pStyle w:val="Heading3"/>
      </w:pPr>
      <w:r>
        <w:t>Entry 3 — Copy type / exact separate location</w:t>
      </w:r>
    </w:p>
    <w:p>
      <w:r>
        <w:t>Response: __________________________________________________</w:t>
      </w:r>
    </w:p>
    <w:p>
      <w:pPr>
        <w:pStyle w:val="Heading3"/>
      </w:pPr>
      <w:r>
        <w:t>Entry 4 — Document ID / title</w:t>
      </w:r>
    </w:p>
    <w:p>
      <w:r>
        <w:t>Response: __________________________________________________</w:t>
      </w:r>
    </w:p>
    <w:p>
      <w:pPr>
        <w:pStyle w:val="Heading3"/>
      </w:pPr>
      <w:r>
        <w:t>Entry 4 — Document date</w:t>
      </w:r>
    </w:p>
    <w:p>
      <w:r>
        <w:t>Response: __________________________________________________</w:t>
      </w:r>
    </w:p>
    <w:p>
      <w:pPr>
        <w:pStyle w:val="Heading3"/>
      </w:pPr>
      <w:r>
        <w:t>Entry 4 — Copy type / exact separate location</w:t>
      </w:r>
    </w:p>
    <w:p>
      <w:r>
        <w:t>Response: __________________________________________________</w:t>
      </w:r>
    </w:p>
    <w:p>
      <w:pPr>
        <w:pStyle w:val="Heading3"/>
      </w:pPr>
      <w:r>
        <w:t>Entry 5 — Document ID / title</w:t>
      </w:r>
    </w:p>
    <w:p>
      <w:r>
        <w:t>Response: __________________________________________________</w:t>
      </w:r>
    </w:p>
    <w:p>
      <w:pPr>
        <w:pStyle w:val="Heading3"/>
      </w:pPr>
      <w:r>
        <w:t>Entry 5 — Document date</w:t>
      </w:r>
    </w:p>
    <w:p>
      <w:r>
        <w:t>Response: __________________________________________________</w:t>
      </w:r>
    </w:p>
    <w:p>
      <w:pPr>
        <w:pStyle w:val="Heading3"/>
      </w:pPr>
      <w:r>
        <w:t>Entry 5 — Copy type / exact separate location</w:t>
      </w:r>
    </w:p>
    <w:p>
      <w:r>
        <w:t>Response: __________________________________________________</w:t>
      </w:r>
    </w:p>
    <w:p>
      <w:pPr>
        <w:pStyle w:val="Heading3"/>
      </w:pPr>
      <w:r>
        <w:t>Missing documents, access limits or instructions for the next person</w:t>
      </w:r>
    </w:p>
    <w:p>
      <w:r>
        <w:t>Response: __________________________________________________</w:t>
      </w:r>
    </w:p>
    <w:p>
      <w:r>
        <w:br w:type="page"/>
      </w:r>
    </w:p>
    <w:p>
      <w:pPr>
        <w:pStyle w:val="Heading1"/>
      </w:pPr>
      <w:r>
        <w:t>14-VEHICLE — Vehicles | copies</w:t>
      </w:r>
    </w:p>
    <w:p>
      <w:r>
        <w:t>Document pocket 14-VEHICLE. File immediately after section 14. Print only the covers you need.</w:t>
      </w:r>
    </w:p>
    <w:p>
      <w:r>
        <w:t>PUT THESE COPIES BEHIND THIS COVER Title and registration reference copies; insurance summary; loan or lease record location.</w:t>
      </w:r>
    </w:p>
    <w:p>
      <w:r>
        <w:t>SECURITY / SCOPE Keep original titles secure; use the correct local title-transfer process.</w:t>
      </w:r>
    </w:p>
    <w:p>
      <w:r>
        <w:t>Copy type: reference copy / certified copy / location slip. Record these items in section 18. Keep originals separate unless your professional adviser has recommended otherwise. Add extra covers and number them when a pocket needs more than one packet.</w:t>
      </w:r>
    </w:p>
    <w:p>
      <w:pPr>
        <w:pStyle w:val="Heading3"/>
      </w:pPr>
      <w:r>
        <w:t>Household / person / account record ID</w:t>
      </w:r>
    </w:p>
    <w:p>
      <w:r>
        <w:t>Response: __________________________________________________</w:t>
      </w:r>
    </w:p>
    <w:p>
      <w:pPr>
        <w:pStyle w:val="Heading3"/>
      </w:pPr>
      <w:r>
        <w:t>Packet assembled / checked on</w:t>
      </w:r>
    </w:p>
    <w:p>
      <w:r>
        <w:t>Response: __________________________________________________</w:t>
      </w:r>
    </w:p>
    <w:p>
      <w:pPr>
        <w:pStyle w:val="Heading3"/>
      </w:pPr>
      <w:r>
        <w:t>Original documents location</w:t>
      </w:r>
    </w:p>
    <w:p>
      <w:r>
        <w:t>Response: __________________________________________________</w:t>
      </w:r>
    </w:p>
    <w:p>
      <w:pPr>
        <w:pStyle w:val="Heading3"/>
      </w:pPr>
      <w:r>
        <w:t>Custodian / authorized contact</w:t>
      </w:r>
    </w:p>
    <w:p>
      <w:r>
        <w:t>Response: __________________________________________________</w:t>
      </w:r>
    </w:p>
    <w:p>
      <w:pPr>
        <w:pStyle w:val="Heading3"/>
      </w:pPr>
      <w:r>
        <w:t>Entry 1 — Document ID / title</w:t>
      </w:r>
    </w:p>
    <w:p>
      <w:r>
        <w:t>Response: __________________________________________________</w:t>
      </w:r>
    </w:p>
    <w:p>
      <w:pPr>
        <w:pStyle w:val="Heading3"/>
      </w:pPr>
      <w:r>
        <w:t>Entry 1 — Document date</w:t>
      </w:r>
    </w:p>
    <w:p>
      <w:r>
        <w:t>Response: __________________________________________________</w:t>
      </w:r>
    </w:p>
    <w:p>
      <w:pPr>
        <w:pStyle w:val="Heading3"/>
      </w:pPr>
      <w:r>
        <w:t>Entry 1 — Copy type / exact separate location</w:t>
      </w:r>
    </w:p>
    <w:p>
      <w:r>
        <w:t>Response: __________________________________________________</w:t>
      </w:r>
    </w:p>
    <w:p>
      <w:pPr>
        <w:pStyle w:val="Heading3"/>
      </w:pPr>
      <w:r>
        <w:t>Entry 2 — Document ID / title</w:t>
      </w:r>
    </w:p>
    <w:p>
      <w:r>
        <w:t>Response: __________________________________________________</w:t>
      </w:r>
    </w:p>
    <w:p>
      <w:pPr>
        <w:pStyle w:val="Heading3"/>
      </w:pPr>
      <w:r>
        <w:t>Entry 2 — Document date</w:t>
      </w:r>
    </w:p>
    <w:p>
      <w:r>
        <w:t>Response: __________________________________________________</w:t>
      </w:r>
    </w:p>
    <w:p>
      <w:pPr>
        <w:pStyle w:val="Heading3"/>
      </w:pPr>
      <w:r>
        <w:t>Entry 2 — Copy type / exact separate location</w:t>
      </w:r>
    </w:p>
    <w:p>
      <w:r>
        <w:t>Response: __________________________________________________</w:t>
      </w:r>
    </w:p>
    <w:p>
      <w:pPr>
        <w:pStyle w:val="Heading3"/>
      </w:pPr>
      <w:r>
        <w:t>Entry 3 — Document ID / title</w:t>
      </w:r>
    </w:p>
    <w:p>
      <w:r>
        <w:t>Response: __________________________________________________</w:t>
      </w:r>
    </w:p>
    <w:p>
      <w:pPr>
        <w:pStyle w:val="Heading3"/>
      </w:pPr>
      <w:r>
        <w:t>Entry 3 — Document date</w:t>
      </w:r>
    </w:p>
    <w:p>
      <w:r>
        <w:t>Response: __________________________________________________</w:t>
      </w:r>
    </w:p>
    <w:p>
      <w:pPr>
        <w:pStyle w:val="Heading3"/>
      </w:pPr>
      <w:r>
        <w:t>Entry 3 — Copy type / exact separate location</w:t>
      </w:r>
    </w:p>
    <w:p>
      <w:r>
        <w:t>Response: __________________________________________________</w:t>
      </w:r>
    </w:p>
    <w:p>
      <w:pPr>
        <w:pStyle w:val="Heading3"/>
      </w:pPr>
      <w:r>
        <w:t>Entry 4 — Document ID / title</w:t>
      </w:r>
    </w:p>
    <w:p>
      <w:r>
        <w:t>Response: __________________________________________________</w:t>
      </w:r>
    </w:p>
    <w:p>
      <w:pPr>
        <w:pStyle w:val="Heading3"/>
      </w:pPr>
      <w:r>
        <w:t>Entry 4 — Document date</w:t>
      </w:r>
    </w:p>
    <w:p>
      <w:r>
        <w:t>Response: __________________________________________________</w:t>
      </w:r>
    </w:p>
    <w:p>
      <w:pPr>
        <w:pStyle w:val="Heading3"/>
      </w:pPr>
      <w:r>
        <w:t>Entry 4 — Copy type / exact separate location</w:t>
      </w:r>
    </w:p>
    <w:p>
      <w:r>
        <w:t>Response: __________________________________________________</w:t>
      </w:r>
    </w:p>
    <w:p>
      <w:pPr>
        <w:pStyle w:val="Heading3"/>
      </w:pPr>
      <w:r>
        <w:t>Entry 5 — Document ID / title</w:t>
      </w:r>
    </w:p>
    <w:p>
      <w:r>
        <w:t>Response: __________________________________________________</w:t>
      </w:r>
    </w:p>
    <w:p>
      <w:pPr>
        <w:pStyle w:val="Heading3"/>
      </w:pPr>
      <w:r>
        <w:t>Entry 5 — Document date</w:t>
      </w:r>
    </w:p>
    <w:p>
      <w:r>
        <w:t>Response: __________________________________________________</w:t>
      </w:r>
    </w:p>
    <w:p>
      <w:pPr>
        <w:pStyle w:val="Heading3"/>
      </w:pPr>
      <w:r>
        <w:t>Entry 5 — Copy type / exact separate location</w:t>
      </w:r>
    </w:p>
    <w:p>
      <w:r>
        <w:t>Response: __________________________________________________</w:t>
      </w:r>
    </w:p>
    <w:p>
      <w:pPr>
        <w:pStyle w:val="Heading3"/>
      </w:pPr>
      <w:r>
        <w:t>Missing documents, access limits or instructions for the next person</w:t>
      </w:r>
    </w:p>
    <w:p>
      <w:r>
        <w:t>Response: __________________________________________________</w:t>
      </w:r>
    </w:p>
    <w:p>
      <w:r>
        <w:br w:type="page"/>
      </w:r>
    </w:p>
    <w:p>
      <w:pPr>
        <w:pStyle w:val="Heading1"/>
      </w:pPr>
      <w:r>
        <w:t>15-CARE — Dependents &amp; pets | copies</w:t>
      </w:r>
    </w:p>
    <w:p>
      <w:r>
        <w:t>Document pocket 15-CARE. File immediately after section 15. Print only the covers you need.</w:t>
      </w:r>
    </w:p>
    <w:p>
      <w:r>
        <w:t>PUT THESE COPIES BEHIND THIS COVER Existing care and pickup authorizations; schedules; veterinary instructions; relevant photos.</w:t>
      </w:r>
    </w:p>
    <w:p>
      <w:r>
        <w:t>SECURITY / SCOPE A preference in this binder does not appoint a guardian or create care authority.</w:t>
      </w:r>
    </w:p>
    <w:p>
      <w:r>
        <w:t>Copy type: reference copy / certified copy / location slip. Record these items in section 18. Keep originals separate unless your professional adviser has recommended otherwise. Add extra covers and number them when a pocket needs more than one packet.</w:t>
      </w:r>
    </w:p>
    <w:p>
      <w:pPr>
        <w:pStyle w:val="Heading3"/>
      </w:pPr>
      <w:r>
        <w:t>Household / person / account record ID</w:t>
      </w:r>
    </w:p>
    <w:p>
      <w:r>
        <w:t>Response: __________________________________________________</w:t>
      </w:r>
    </w:p>
    <w:p>
      <w:pPr>
        <w:pStyle w:val="Heading3"/>
      </w:pPr>
      <w:r>
        <w:t>Packet assembled / checked on</w:t>
      </w:r>
    </w:p>
    <w:p>
      <w:r>
        <w:t>Response: __________________________________________________</w:t>
      </w:r>
    </w:p>
    <w:p>
      <w:pPr>
        <w:pStyle w:val="Heading3"/>
      </w:pPr>
      <w:r>
        <w:t>Original documents location</w:t>
      </w:r>
    </w:p>
    <w:p>
      <w:r>
        <w:t>Response: __________________________________________________</w:t>
      </w:r>
    </w:p>
    <w:p>
      <w:pPr>
        <w:pStyle w:val="Heading3"/>
      </w:pPr>
      <w:r>
        <w:t>Custodian / authorized contact</w:t>
      </w:r>
    </w:p>
    <w:p>
      <w:r>
        <w:t>Response: __________________________________________________</w:t>
      </w:r>
    </w:p>
    <w:p>
      <w:pPr>
        <w:pStyle w:val="Heading3"/>
      </w:pPr>
      <w:r>
        <w:t>Entry 1 — Document ID / title</w:t>
      </w:r>
    </w:p>
    <w:p>
      <w:r>
        <w:t>Response: __________________________________________________</w:t>
      </w:r>
    </w:p>
    <w:p>
      <w:pPr>
        <w:pStyle w:val="Heading3"/>
      </w:pPr>
      <w:r>
        <w:t>Entry 1 — Document date</w:t>
      </w:r>
    </w:p>
    <w:p>
      <w:r>
        <w:t>Response: __________________________________________________</w:t>
      </w:r>
    </w:p>
    <w:p>
      <w:pPr>
        <w:pStyle w:val="Heading3"/>
      </w:pPr>
      <w:r>
        <w:t>Entry 1 — Copy type / exact separate location</w:t>
      </w:r>
    </w:p>
    <w:p>
      <w:r>
        <w:t>Response: __________________________________________________</w:t>
      </w:r>
    </w:p>
    <w:p>
      <w:pPr>
        <w:pStyle w:val="Heading3"/>
      </w:pPr>
      <w:r>
        <w:t>Entry 2 — Document ID / title</w:t>
      </w:r>
    </w:p>
    <w:p>
      <w:r>
        <w:t>Response: __________________________________________________</w:t>
      </w:r>
    </w:p>
    <w:p>
      <w:pPr>
        <w:pStyle w:val="Heading3"/>
      </w:pPr>
      <w:r>
        <w:t>Entry 2 — Document date</w:t>
      </w:r>
    </w:p>
    <w:p>
      <w:r>
        <w:t>Response: __________________________________________________</w:t>
      </w:r>
    </w:p>
    <w:p>
      <w:pPr>
        <w:pStyle w:val="Heading3"/>
      </w:pPr>
      <w:r>
        <w:t>Entry 2 — Copy type / exact separate location</w:t>
      </w:r>
    </w:p>
    <w:p>
      <w:r>
        <w:t>Response: __________________________________________________</w:t>
      </w:r>
    </w:p>
    <w:p>
      <w:pPr>
        <w:pStyle w:val="Heading3"/>
      </w:pPr>
      <w:r>
        <w:t>Entry 3 — Document ID / title</w:t>
      </w:r>
    </w:p>
    <w:p>
      <w:r>
        <w:t>Response: __________________________________________________</w:t>
      </w:r>
    </w:p>
    <w:p>
      <w:pPr>
        <w:pStyle w:val="Heading3"/>
      </w:pPr>
      <w:r>
        <w:t>Entry 3 — Document date</w:t>
      </w:r>
    </w:p>
    <w:p>
      <w:r>
        <w:t>Response: __________________________________________________</w:t>
      </w:r>
    </w:p>
    <w:p>
      <w:pPr>
        <w:pStyle w:val="Heading3"/>
      </w:pPr>
      <w:r>
        <w:t>Entry 3 — Copy type / exact separate location</w:t>
      </w:r>
    </w:p>
    <w:p>
      <w:r>
        <w:t>Response: __________________________________________________</w:t>
      </w:r>
    </w:p>
    <w:p>
      <w:pPr>
        <w:pStyle w:val="Heading3"/>
      </w:pPr>
      <w:r>
        <w:t>Entry 4 — Document ID / title</w:t>
      </w:r>
    </w:p>
    <w:p>
      <w:r>
        <w:t>Response: __________________________________________________</w:t>
      </w:r>
    </w:p>
    <w:p>
      <w:pPr>
        <w:pStyle w:val="Heading3"/>
      </w:pPr>
      <w:r>
        <w:t>Entry 4 — Document date</w:t>
      </w:r>
    </w:p>
    <w:p>
      <w:r>
        <w:t>Response: __________________________________________________</w:t>
      </w:r>
    </w:p>
    <w:p>
      <w:pPr>
        <w:pStyle w:val="Heading3"/>
      </w:pPr>
      <w:r>
        <w:t>Entry 4 — Copy type / exact separate location</w:t>
      </w:r>
    </w:p>
    <w:p>
      <w:r>
        <w:t>Response: __________________________________________________</w:t>
      </w:r>
    </w:p>
    <w:p>
      <w:pPr>
        <w:pStyle w:val="Heading3"/>
      </w:pPr>
      <w:r>
        <w:t>Entry 5 — Document ID / title</w:t>
      </w:r>
    </w:p>
    <w:p>
      <w:r>
        <w:t>Response: __________________________________________________</w:t>
      </w:r>
    </w:p>
    <w:p>
      <w:pPr>
        <w:pStyle w:val="Heading3"/>
      </w:pPr>
      <w:r>
        <w:t>Entry 5 — Document date</w:t>
      </w:r>
    </w:p>
    <w:p>
      <w:r>
        <w:t>Response: __________________________________________________</w:t>
      </w:r>
    </w:p>
    <w:p>
      <w:pPr>
        <w:pStyle w:val="Heading3"/>
      </w:pPr>
      <w:r>
        <w:t>Entry 5 — Copy type / exact separate location</w:t>
      </w:r>
    </w:p>
    <w:p>
      <w:r>
        <w:t>Response: __________________________________________________</w:t>
      </w:r>
    </w:p>
    <w:p>
      <w:pPr>
        <w:pStyle w:val="Heading3"/>
      </w:pPr>
      <w:r>
        <w:t>Missing documents, access limits or instructions for the next person</w:t>
      </w:r>
    </w:p>
    <w:p>
      <w:r>
        <w:t>Response: __________________________________________________</w:t>
      </w:r>
    </w:p>
    <w:p>
      <w:r>
        <w:br w:type="page"/>
      </w:r>
    </w:p>
    <w:p>
      <w:pPr>
        <w:pStyle w:val="Heading1"/>
      </w:pPr>
      <w:r>
        <w:t>16-WISHES — Funeral &amp; memorial | copies</w:t>
      </w:r>
    </w:p>
    <w:p>
      <w:r>
        <w:t>Document pocket 16-WISHES. File immediately after section 16. Print only the covers you need.</w:t>
      </w:r>
    </w:p>
    <w:p>
      <w:r>
        <w:t>PUT THESE COPIES BEHIND THIS COVER Existing prepaid plan or contract; cemetery records; service preferences; notification instructions.</w:t>
      </w:r>
    </w:p>
    <w:p>
      <w:r>
        <w:t>SECURITY / SCOPE Check existing arrangements before buying new services.</w:t>
      </w:r>
    </w:p>
    <w:p>
      <w:r>
        <w:t>Copy type: reference copy / certified copy / location slip. Record these items in section 18. Keep originals separate unless your professional adviser has recommended otherwise. Add extra covers and number them when a pocket needs more than one packet.</w:t>
      </w:r>
    </w:p>
    <w:p>
      <w:pPr>
        <w:pStyle w:val="Heading3"/>
      </w:pPr>
      <w:r>
        <w:t>Household / person / account record ID</w:t>
      </w:r>
    </w:p>
    <w:p>
      <w:r>
        <w:t>Response: __________________________________________________</w:t>
      </w:r>
    </w:p>
    <w:p>
      <w:pPr>
        <w:pStyle w:val="Heading3"/>
      </w:pPr>
      <w:r>
        <w:t>Packet assembled / checked on</w:t>
      </w:r>
    </w:p>
    <w:p>
      <w:r>
        <w:t>Response: __________________________________________________</w:t>
      </w:r>
    </w:p>
    <w:p>
      <w:pPr>
        <w:pStyle w:val="Heading3"/>
      </w:pPr>
      <w:r>
        <w:t>Original documents location</w:t>
      </w:r>
    </w:p>
    <w:p>
      <w:r>
        <w:t>Response: __________________________________________________</w:t>
      </w:r>
    </w:p>
    <w:p>
      <w:pPr>
        <w:pStyle w:val="Heading3"/>
      </w:pPr>
      <w:r>
        <w:t>Custodian / authorized contact</w:t>
      </w:r>
    </w:p>
    <w:p>
      <w:r>
        <w:t>Response: __________________________________________________</w:t>
      </w:r>
    </w:p>
    <w:p>
      <w:pPr>
        <w:pStyle w:val="Heading3"/>
      </w:pPr>
      <w:r>
        <w:t>Entry 1 — Document ID / title</w:t>
      </w:r>
    </w:p>
    <w:p>
      <w:r>
        <w:t>Response: __________________________________________________</w:t>
      </w:r>
    </w:p>
    <w:p>
      <w:pPr>
        <w:pStyle w:val="Heading3"/>
      </w:pPr>
      <w:r>
        <w:t>Entry 1 — Document date</w:t>
      </w:r>
    </w:p>
    <w:p>
      <w:r>
        <w:t>Response: __________________________________________________</w:t>
      </w:r>
    </w:p>
    <w:p>
      <w:pPr>
        <w:pStyle w:val="Heading3"/>
      </w:pPr>
      <w:r>
        <w:t>Entry 1 — Copy type / exact separate location</w:t>
      </w:r>
    </w:p>
    <w:p>
      <w:r>
        <w:t>Response: __________________________________________________</w:t>
      </w:r>
    </w:p>
    <w:p>
      <w:pPr>
        <w:pStyle w:val="Heading3"/>
      </w:pPr>
      <w:r>
        <w:t>Entry 2 — Document ID / title</w:t>
      </w:r>
    </w:p>
    <w:p>
      <w:r>
        <w:t>Response: __________________________________________________</w:t>
      </w:r>
    </w:p>
    <w:p>
      <w:pPr>
        <w:pStyle w:val="Heading3"/>
      </w:pPr>
      <w:r>
        <w:t>Entry 2 — Document date</w:t>
      </w:r>
    </w:p>
    <w:p>
      <w:r>
        <w:t>Response: __________________________________________________</w:t>
      </w:r>
    </w:p>
    <w:p>
      <w:pPr>
        <w:pStyle w:val="Heading3"/>
      </w:pPr>
      <w:r>
        <w:t>Entry 2 — Copy type / exact separate location</w:t>
      </w:r>
    </w:p>
    <w:p>
      <w:r>
        <w:t>Response: __________________________________________________</w:t>
      </w:r>
    </w:p>
    <w:p>
      <w:pPr>
        <w:pStyle w:val="Heading3"/>
      </w:pPr>
      <w:r>
        <w:t>Entry 3 — Document ID / title</w:t>
      </w:r>
    </w:p>
    <w:p>
      <w:r>
        <w:t>Response: __________________________________________________</w:t>
      </w:r>
    </w:p>
    <w:p>
      <w:pPr>
        <w:pStyle w:val="Heading3"/>
      </w:pPr>
      <w:r>
        <w:t>Entry 3 — Document date</w:t>
      </w:r>
    </w:p>
    <w:p>
      <w:r>
        <w:t>Response: __________________________________________________</w:t>
      </w:r>
    </w:p>
    <w:p>
      <w:pPr>
        <w:pStyle w:val="Heading3"/>
      </w:pPr>
      <w:r>
        <w:t>Entry 3 — Copy type / exact separate location</w:t>
      </w:r>
    </w:p>
    <w:p>
      <w:r>
        <w:t>Response: __________________________________________________</w:t>
      </w:r>
    </w:p>
    <w:p>
      <w:pPr>
        <w:pStyle w:val="Heading3"/>
      </w:pPr>
      <w:r>
        <w:t>Entry 4 — Document ID / title</w:t>
      </w:r>
    </w:p>
    <w:p>
      <w:r>
        <w:t>Response: __________________________________________________</w:t>
      </w:r>
    </w:p>
    <w:p>
      <w:pPr>
        <w:pStyle w:val="Heading3"/>
      </w:pPr>
      <w:r>
        <w:t>Entry 4 — Document date</w:t>
      </w:r>
    </w:p>
    <w:p>
      <w:r>
        <w:t>Response: __________________________________________________</w:t>
      </w:r>
    </w:p>
    <w:p>
      <w:pPr>
        <w:pStyle w:val="Heading3"/>
      </w:pPr>
      <w:r>
        <w:t>Entry 4 — Copy type / exact separate location</w:t>
      </w:r>
    </w:p>
    <w:p>
      <w:r>
        <w:t>Response: __________________________________________________</w:t>
      </w:r>
    </w:p>
    <w:p>
      <w:pPr>
        <w:pStyle w:val="Heading3"/>
      </w:pPr>
      <w:r>
        <w:t>Entry 5 — Document ID / title</w:t>
      </w:r>
    </w:p>
    <w:p>
      <w:r>
        <w:t>Response: __________________________________________________</w:t>
      </w:r>
    </w:p>
    <w:p>
      <w:pPr>
        <w:pStyle w:val="Heading3"/>
      </w:pPr>
      <w:r>
        <w:t>Entry 5 — Document date</w:t>
      </w:r>
    </w:p>
    <w:p>
      <w:r>
        <w:t>Response: __________________________________________________</w:t>
      </w:r>
    </w:p>
    <w:p>
      <w:pPr>
        <w:pStyle w:val="Heading3"/>
      </w:pPr>
      <w:r>
        <w:t>Entry 5 — Copy type / exact separate location</w:t>
      </w:r>
    </w:p>
    <w:p>
      <w:r>
        <w:t>Response: __________________________________________________</w:t>
      </w:r>
    </w:p>
    <w:p>
      <w:pPr>
        <w:pStyle w:val="Heading3"/>
      </w:pPr>
      <w:r>
        <w:t>Missing documents, access limits or instructions for the next person</w:t>
      </w:r>
    </w:p>
    <w:p>
      <w:r>
        <w:t>Response: __________________________________________________</w:t>
      </w:r>
    </w:p>
    <w:p>
      <w:r>
        <w:br w:type="page"/>
      </w:r>
    </w:p>
    <w:p>
      <w:pPr>
        <w:pStyle w:val="Heading1"/>
      </w:pPr>
      <w:r>
        <w:t>20-LETTERS — Personal letters | copies</w:t>
      </w:r>
    </w:p>
    <w:p>
      <w:r>
        <w:t>Document pocket 20-LETTERS. File immediately after section 20. Print only the covers you need.</w:t>
      </w:r>
    </w:p>
    <w:p>
      <w:r>
        <w:t>PUT THESE COPIES BEHIND THIS COVER Letters, selected photographs and personal messages with the intended recipient identified.</w:t>
      </w:r>
    </w:p>
    <w:p>
      <w:r>
        <w:t>SECURITY / SCOPE Personal messages do not replace a valid will or other legal distribution document.</w:t>
      </w:r>
    </w:p>
    <w:p>
      <w:r>
        <w:t>Copy type: reference copy / certified copy / location slip. Record these items in section 18. Keep originals separate unless your professional adviser has recommended otherwise. Add extra covers and number them when a pocket needs more than one packet.</w:t>
      </w:r>
    </w:p>
    <w:p>
      <w:pPr>
        <w:pStyle w:val="Heading3"/>
      </w:pPr>
      <w:r>
        <w:t>Household / person / account record ID</w:t>
      </w:r>
    </w:p>
    <w:p>
      <w:r>
        <w:t>Response: __________________________________________________</w:t>
      </w:r>
    </w:p>
    <w:p>
      <w:pPr>
        <w:pStyle w:val="Heading3"/>
      </w:pPr>
      <w:r>
        <w:t>Packet assembled / checked on</w:t>
      </w:r>
    </w:p>
    <w:p>
      <w:r>
        <w:t>Response: __________________________________________________</w:t>
      </w:r>
    </w:p>
    <w:p>
      <w:pPr>
        <w:pStyle w:val="Heading3"/>
      </w:pPr>
      <w:r>
        <w:t>Original documents location</w:t>
      </w:r>
    </w:p>
    <w:p>
      <w:r>
        <w:t>Response: __________________________________________________</w:t>
      </w:r>
    </w:p>
    <w:p>
      <w:pPr>
        <w:pStyle w:val="Heading3"/>
      </w:pPr>
      <w:r>
        <w:t>Custodian / authorized contact</w:t>
      </w:r>
    </w:p>
    <w:p>
      <w:r>
        <w:t>Response: __________________________________________________</w:t>
      </w:r>
    </w:p>
    <w:p>
      <w:pPr>
        <w:pStyle w:val="Heading3"/>
      </w:pPr>
      <w:r>
        <w:t>Entry 1 — Document ID / title</w:t>
      </w:r>
    </w:p>
    <w:p>
      <w:r>
        <w:t>Response: __________________________________________________</w:t>
      </w:r>
    </w:p>
    <w:p>
      <w:pPr>
        <w:pStyle w:val="Heading3"/>
      </w:pPr>
      <w:r>
        <w:t>Entry 1 — Document date</w:t>
      </w:r>
    </w:p>
    <w:p>
      <w:r>
        <w:t>Response: __________________________________________________</w:t>
      </w:r>
    </w:p>
    <w:p>
      <w:pPr>
        <w:pStyle w:val="Heading3"/>
      </w:pPr>
      <w:r>
        <w:t>Entry 1 — Copy type / exact separate location</w:t>
      </w:r>
    </w:p>
    <w:p>
      <w:r>
        <w:t>Response: __________________________________________________</w:t>
      </w:r>
    </w:p>
    <w:p>
      <w:pPr>
        <w:pStyle w:val="Heading3"/>
      </w:pPr>
      <w:r>
        <w:t>Entry 2 — Document ID / title</w:t>
      </w:r>
    </w:p>
    <w:p>
      <w:r>
        <w:t>Response: __________________________________________________</w:t>
      </w:r>
    </w:p>
    <w:p>
      <w:pPr>
        <w:pStyle w:val="Heading3"/>
      </w:pPr>
      <w:r>
        <w:t>Entry 2 — Document date</w:t>
      </w:r>
    </w:p>
    <w:p>
      <w:r>
        <w:t>Response: __________________________________________________</w:t>
      </w:r>
    </w:p>
    <w:p>
      <w:pPr>
        <w:pStyle w:val="Heading3"/>
      </w:pPr>
      <w:r>
        <w:t>Entry 2 — Copy type / exact separate location</w:t>
      </w:r>
    </w:p>
    <w:p>
      <w:r>
        <w:t>Response: __________________________________________________</w:t>
      </w:r>
    </w:p>
    <w:p>
      <w:pPr>
        <w:pStyle w:val="Heading3"/>
      </w:pPr>
      <w:r>
        <w:t>Entry 3 — Document ID / title</w:t>
      </w:r>
    </w:p>
    <w:p>
      <w:r>
        <w:t>Response: __________________________________________________</w:t>
      </w:r>
    </w:p>
    <w:p>
      <w:pPr>
        <w:pStyle w:val="Heading3"/>
      </w:pPr>
      <w:r>
        <w:t>Entry 3 — Document date</w:t>
      </w:r>
    </w:p>
    <w:p>
      <w:r>
        <w:t>Response: __________________________________________________</w:t>
      </w:r>
    </w:p>
    <w:p>
      <w:pPr>
        <w:pStyle w:val="Heading3"/>
      </w:pPr>
      <w:r>
        <w:t>Entry 3 — Copy type / exact separate location</w:t>
      </w:r>
    </w:p>
    <w:p>
      <w:r>
        <w:t>Response: __________________________________________________</w:t>
      </w:r>
    </w:p>
    <w:p>
      <w:pPr>
        <w:pStyle w:val="Heading3"/>
      </w:pPr>
      <w:r>
        <w:t>Entry 4 — Document ID / title</w:t>
      </w:r>
    </w:p>
    <w:p>
      <w:r>
        <w:t>Response: __________________________________________________</w:t>
      </w:r>
    </w:p>
    <w:p>
      <w:pPr>
        <w:pStyle w:val="Heading3"/>
      </w:pPr>
      <w:r>
        <w:t>Entry 4 — Document date</w:t>
      </w:r>
    </w:p>
    <w:p>
      <w:r>
        <w:t>Response: __________________________________________________</w:t>
      </w:r>
    </w:p>
    <w:p>
      <w:pPr>
        <w:pStyle w:val="Heading3"/>
      </w:pPr>
      <w:r>
        <w:t>Entry 4 — Copy type / exact separate location</w:t>
      </w:r>
    </w:p>
    <w:p>
      <w:r>
        <w:t>Response: __________________________________________________</w:t>
      </w:r>
    </w:p>
    <w:p>
      <w:pPr>
        <w:pStyle w:val="Heading3"/>
      </w:pPr>
      <w:r>
        <w:t>Entry 5 — Document ID / title</w:t>
      </w:r>
    </w:p>
    <w:p>
      <w:r>
        <w:t>Response: __________________________________________________</w:t>
      </w:r>
    </w:p>
    <w:p>
      <w:pPr>
        <w:pStyle w:val="Heading3"/>
      </w:pPr>
      <w:r>
        <w:t>Entry 5 — Document date</w:t>
      </w:r>
    </w:p>
    <w:p>
      <w:r>
        <w:t>Response: __________________________________________________</w:t>
      </w:r>
    </w:p>
    <w:p>
      <w:pPr>
        <w:pStyle w:val="Heading3"/>
      </w:pPr>
      <w:r>
        <w:t>Entry 5 — Copy type / exact separate location</w:t>
      </w:r>
    </w:p>
    <w:p>
      <w:r>
        <w:t>Response: __________________________________________________</w:t>
      </w:r>
    </w:p>
    <w:p>
      <w:pPr>
        <w:pStyle w:val="Heading3"/>
      </w:pPr>
      <w:r>
        <w:t>Missing documents, access limits or instructions for the next person</w:t>
      </w:r>
    </w:p>
    <w:p>
      <w:r>
        <w:t>Response: __________________________________________________</w:t>
      </w:r>
    </w:p>
    <w:p>
      <w:r>
        <w:br w:type="page"/>
      </w:r>
    </w:p>
    <w:p>
      <w:pPr>
        <w:pStyle w:val="Heading1"/>
      </w:pPr>
      <w:r>
        <w:t>22-BUSINESS — Business continuity - optional | copies</w:t>
      </w:r>
    </w:p>
    <w:p>
      <w:r>
        <w:t>Document pocket 22-BUSINESS. File immediately after section 22. Print only the covers you need.</w:t>
      </w:r>
    </w:p>
    <w:p>
      <w:r>
        <w:t>PUT THESE COPIES BEHIND THIS COVER Continuity checklist; professional contacts; agreement and protected-record location slips.</w:t>
      </w:r>
    </w:p>
    <w:p>
      <w:r>
        <w:t>SECURITY / SCOPE Keep confidential business data and access secrets separately secured.</w:t>
      </w:r>
    </w:p>
    <w:p>
      <w:r>
        <w:t>Copy type: reference copy / certified copy / location slip. Record these items in section 18. Keep originals separate unless your professional adviser has recommended otherwise. Add extra covers and number them when a pocket needs more than one packet.</w:t>
      </w:r>
    </w:p>
    <w:p>
      <w:pPr>
        <w:pStyle w:val="Heading3"/>
      </w:pPr>
      <w:r>
        <w:t>Household / person / account record ID</w:t>
      </w:r>
    </w:p>
    <w:p>
      <w:r>
        <w:t>Response: __________________________________________________</w:t>
      </w:r>
    </w:p>
    <w:p>
      <w:pPr>
        <w:pStyle w:val="Heading3"/>
      </w:pPr>
      <w:r>
        <w:t>Packet assembled / checked on</w:t>
      </w:r>
    </w:p>
    <w:p>
      <w:r>
        <w:t>Response: __________________________________________________</w:t>
      </w:r>
    </w:p>
    <w:p>
      <w:pPr>
        <w:pStyle w:val="Heading3"/>
      </w:pPr>
      <w:r>
        <w:t>Original documents location</w:t>
      </w:r>
    </w:p>
    <w:p>
      <w:r>
        <w:t>Response: __________________________________________________</w:t>
      </w:r>
    </w:p>
    <w:p>
      <w:pPr>
        <w:pStyle w:val="Heading3"/>
      </w:pPr>
      <w:r>
        <w:t>Custodian / authorized contact</w:t>
      </w:r>
    </w:p>
    <w:p>
      <w:r>
        <w:t>Response: __________________________________________________</w:t>
      </w:r>
    </w:p>
    <w:p>
      <w:pPr>
        <w:pStyle w:val="Heading3"/>
      </w:pPr>
      <w:r>
        <w:t>Entry 1 — Document ID / title</w:t>
      </w:r>
    </w:p>
    <w:p>
      <w:r>
        <w:t>Response: __________________________________________________</w:t>
      </w:r>
    </w:p>
    <w:p>
      <w:pPr>
        <w:pStyle w:val="Heading3"/>
      </w:pPr>
      <w:r>
        <w:t>Entry 1 — Document date</w:t>
      </w:r>
    </w:p>
    <w:p>
      <w:r>
        <w:t>Response: __________________________________________________</w:t>
      </w:r>
    </w:p>
    <w:p>
      <w:pPr>
        <w:pStyle w:val="Heading3"/>
      </w:pPr>
      <w:r>
        <w:t>Entry 1 — Copy type / exact separate location</w:t>
      </w:r>
    </w:p>
    <w:p>
      <w:r>
        <w:t>Response: __________________________________________________</w:t>
      </w:r>
    </w:p>
    <w:p>
      <w:pPr>
        <w:pStyle w:val="Heading3"/>
      </w:pPr>
      <w:r>
        <w:t>Entry 2 — Document ID / title</w:t>
      </w:r>
    </w:p>
    <w:p>
      <w:r>
        <w:t>Response: __________________________________________________</w:t>
      </w:r>
    </w:p>
    <w:p>
      <w:pPr>
        <w:pStyle w:val="Heading3"/>
      </w:pPr>
      <w:r>
        <w:t>Entry 2 — Document date</w:t>
      </w:r>
    </w:p>
    <w:p>
      <w:r>
        <w:t>Response: __________________________________________________</w:t>
      </w:r>
    </w:p>
    <w:p>
      <w:pPr>
        <w:pStyle w:val="Heading3"/>
      </w:pPr>
      <w:r>
        <w:t>Entry 2 — Copy type / exact separate location</w:t>
      </w:r>
    </w:p>
    <w:p>
      <w:r>
        <w:t>Response: __________________________________________________</w:t>
      </w:r>
    </w:p>
    <w:p>
      <w:pPr>
        <w:pStyle w:val="Heading3"/>
      </w:pPr>
      <w:r>
        <w:t>Entry 3 — Document ID / title</w:t>
      </w:r>
    </w:p>
    <w:p>
      <w:r>
        <w:t>Response: __________________________________________________</w:t>
      </w:r>
    </w:p>
    <w:p>
      <w:pPr>
        <w:pStyle w:val="Heading3"/>
      </w:pPr>
      <w:r>
        <w:t>Entry 3 — Document date</w:t>
      </w:r>
    </w:p>
    <w:p>
      <w:r>
        <w:t>Response: __________________________________________________</w:t>
      </w:r>
    </w:p>
    <w:p>
      <w:pPr>
        <w:pStyle w:val="Heading3"/>
      </w:pPr>
      <w:r>
        <w:t>Entry 3 — Copy type / exact separate location</w:t>
      </w:r>
    </w:p>
    <w:p>
      <w:r>
        <w:t>Response: __________________________________________________</w:t>
      </w:r>
    </w:p>
    <w:p>
      <w:pPr>
        <w:pStyle w:val="Heading3"/>
      </w:pPr>
      <w:r>
        <w:t>Entry 4 — Document ID / title</w:t>
      </w:r>
    </w:p>
    <w:p>
      <w:r>
        <w:t>Response: __________________________________________________</w:t>
      </w:r>
    </w:p>
    <w:p>
      <w:pPr>
        <w:pStyle w:val="Heading3"/>
      </w:pPr>
      <w:r>
        <w:t>Entry 4 — Document date</w:t>
      </w:r>
    </w:p>
    <w:p>
      <w:r>
        <w:t>Response: __________________________________________________</w:t>
      </w:r>
    </w:p>
    <w:p>
      <w:pPr>
        <w:pStyle w:val="Heading3"/>
      </w:pPr>
      <w:r>
        <w:t>Entry 4 — Copy type / exact separate location</w:t>
      </w:r>
    </w:p>
    <w:p>
      <w:r>
        <w:t>Response: __________________________________________________</w:t>
      </w:r>
    </w:p>
    <w:p>
      <w:pPr>
        <w:pStyle w:val="Heading3"/>
      </w:pPr>
      <w:r>
        <w:t>Entry 5 — Document ID / title</w:t>
      </w:r>
    </w:p>
    <w:p>
      <w:r>
        <w:t>Response: __________________________________________________</w:t>
      </w:r>
    </w:p>
    <w:p>
      <w:pPr>
        <w:pStyle w:val="Heading3"/>
      </w:pPr>
      <w:r>
        <w:t>Entry 5 — Document date</w:t>
      </w:r>
    </w:p>
    <w:p>
      <w:r>
        <w:t>Response: __________________________________________________</w:t>
      </w:r>
    </w:p>
    <w:p>
      <w:pPr>
        <w:pStyle w:val="Heading3"/>
      </w:pPr>
      <w:r>
        <w:t>Entry 5 — Copy type / exact separate location</w:t>
      </w:r>
    </w:p>
    <w:p>
      <w:r>
        <w:t>Response: __________________________________________________</w:t>
      </w:r>
    </w:p>
    <w:p>
      <w:pPr>
        <w:pStyle w:val="Heading3"/>
      </w:pPr>
      <w:r>
        <w:t>Missing documents, access limits or instructions for the next person</w:t>
      </w:r>
    </w:p>
    <w:p>
      <w:r>
        <w:t>Response: __________________________________________________</w:t>
      </w:r>
    </w:p>
    <w:p>
      <w:r>
        <w:br w:type="page"/>
      </w:r>
    </w:p>
    <w:p>
      <w:pPr>
        <w:pStyle w:val="Heading1"/>
      </w:pPr>
      <w:r>
        <w:t>22-ASSETS — Special assets - optional | copies</w:t>
      </w:r>
    </w:p>
    <w:p>
      <w:r>
        <w:t>Document pocket 22-ASSETS. File immediately after section 22. Print only the covers you need.</w:t>
      </w:r>
    </w:p>
    <w:p>
      <w:r>
        <w:t>PUT THESE COPIES BEHIND THIS COVER Ownership records; specialist contacts; non-secret custody and preservation instructions.</w:t>
      </w:r>
    </w:p>
    <w:p>
      <w:r>
        <w:t>SECURITY / SCOPE Do not place asset-control secrets, seed phrases or private keys in this pocket.</w:t>
      </w:r>
    </w:p>
    <w:p>
      <w:r>
        <w:t>Copy type: reference copy / certified copy / location slip. Record these items in section 18. Keep originals separate unless your professional adviser has recommended otherwise. Add extra covers and number them when a pocket needs more than one packet.</w:t>
      </w:r>
    </w:p>
    <w:p>
      <w:pPr>
        <w:pStyle w:val="Heading3"/>
      </w:pPr>
      <w:r>
        <w:t>Household / person / account record ID</w:t>
      </w:r>
    </w:p>
    <w:p>
      <w:r>
        <w:t>Response: __________________________________________________</w:t>
      </w:r>
    </w:p>
    <w:p>
      <w:pPr>
        <w:pStyle w:val="Heading3"/>
      </w:pPr>
      <w:r>
        <w:t>Packet assembled / checked on</w:t>
      </w:r>
    </w:p>
    <w:p>
      <w:r>
        <w:t>Response: __________________________________________________</w:t>
      </w:r>
    </w:p>
    <w:p>
      <w:pPr>
        <w:pStyle w:val="Heading3"/>
      </w:pPr>
      <w:r>
        <w:t>Original documents location</w:t>
      </w:r>
    </w:p>
    <w:p>
      <w:r>
        <w:t>Response: __________________________________________________</w:t>
      </w:r>
    </w:p>
    <w:p>
      <w:pPr>
        <w:pStyle w:val="Heading3"/>
      </w:pPr>
      <w:r>
        <w:t>Custodian / authorized contact</w:t>
      </w:r>
    </w:p>
    <w:p>
      <w:r>
        <w:t>Response: __________________________________________________</w:t>
      </w:r>
    </w:p>
    <w:p>
      <w:pPr>
        <w:pStyle w:val="Heading3"/>
      </w:pPr>
      <w:r>
        <w:t>Entry 1 — Document ID / title</w:t>
      </w:r>
    </w:p>
    <w:p>
      <w:r>
        <w:t>Response: __________________________________________________</w:t>
      </w:r>
    </w:p>
    <w:p>
      <w:pPr>
        <w:pStyle w:val="Heading3"/>
      </w:pPr>
      <w:r>
        <w:t>Entry 1 — Document date</w:t>
      </w:r>
    </w:p>
    <w:p>
      <w:r>
        <w:t>Response: __________________________________________________</w:t>
      </w:r>
    </w:p>
    <w:p>
      <w:pPr>
        <w:pStyle w:val="Heading3"/>
      </w:pPr>
      <w:r>
        <w:t>Entry 1 — Copy type / exact separate location</w:t>
      </w:r>
    </w:p>
    <w:p>
      <w:r>
        <w:t>Response: __________________________________________________</w:t>
      </w:r>
    </w:p>
    <w:p>
      <w:pPr>
        <w:pStyle w:val="Heading3"/>
      </w:pPr>
      <w:r>
        <w:t>Entry 2 — Document ID / title</w:t>
      </w:r>
    </w:p>
    <w:p>
      <w:r>
        <w:t>Response: __________________________________________________</w:t>
      </w:r>
    </w:p>
    <w:p>
      <w:pPr>
        <w:pStyle w:val="Heading3"/>
      </w:pPr>
      <w:r>
        <w:t>Entry 2 — Document date</w:t>
      </w:r>
    </w:p>
    <w:p>
      <w:r>
        <w:t>Response: __________________________________________________</w:t>
      </w:r>
    </w:p>
    <w:p>
      <w:pPr>
        <w:pStyle w:val="Heading3"/>
      </w:pPr>
      <w:r>
        <w:t>Entry 2 — Copy type / exact separate location</w:t>
      </w:r>
    </w:p>
    <w:p>
      <w:r>
        <w:t>Response: __________________________________________________</w:t>
      </w:r>
    </w:p>
    <w:p>
      <w:pPr>
        <w:pStyle w:val="Heading3"/>
      </w:pPr>
      <w:r>
        <w:t>Entry 3 — Document ID / title</w:t>
      </w:r>
    </w:p>
    <w:p>
      <w:r>
        <w:t>Response: __________________________________________________</w:t>
      </w:r>
    </w:p>
    <w:p>
      <w:pPr>
        <w:pStyle w:val="Heading3"/>
      </w:pPr>
      <w:r>
        <w:t>Entry 3 — Document date</w:t>
      </w:r>
    </w:p>
    <w:p>
      <w:r>
        <w:t>Response: __________________________________________________</w:t>
      </w:r>
    </w:p>
    <w:p>
      <w:pPr>
        <w:pStyle w:val="Heading3"/>
      </w:pPr>
      <w:r>
        <w:t>Entry 3 — Copy type / exact separate location</w:t>
      </w:r>
    </w:p>
    <w:p>
      <w:r>
        <w:t>Response: __________________________________________________</w:t>
      </w:r>
    </w:p>
    <w:p>
      <w:pPr>
        <w:pStyle w:val="Heading3"/>
      </w:pPr>
      <w:r>
        <w:t>Entry 4 — Document ID / title</w:t>
      </w:r>
    </w:p>
    <w:p>
      <w:r>
        <w:t>Response: __________________________________________________</w:t>
      </w:r>
    </w:p>
    <w:p>
      <w:pPr>
        <w:pStyle w:val="Heading3"/>
      </w:pPr>
      <w:r>
        <w:t>Entry 4 — Document date</w:t>
      </w:r>
    </w:p>
    <w:p>
      <w:r>
        <w:t>Response: __________________________________________________</w:t>
      </w:r>
    </w:p>
    <w:p>
      <w:pPr>
        <w:pStyle w:val="Heading3"/>
      </w:pPr>
      <w:r>
        <w:t>Entry 4 — Copy type / exact separate location</w:t>
      </w:r>
    </w:p>
    <w:p>
      <w:r>
        <w:t>Response: __________________________________________________</w:t>
      </w:r>
    </w:p>
    <w:p>
      <w:pPr>
        <w:pStyle w:val="Heading3"/>
      </w:pPr>
      <w:r>
        <w:t>Entry 5 — Document ID / title</w:t>
      </w:r>
    </w:p>
    <w:p>
      <w:r>
        <w:t>Response: __________________________________________________</w:t>
      </w:r>
    </w:p>
    <w:p>
      <w:pPr>
        <w:pStyle w:val="Heading3"/>
      </w:pPr>
      <w:r>
        <w:t>Entry 5 — Document date</w:t>
      </w:r>
    </w:p>
    <w:p>
      <w:r>
        <w:t>Response: __________________________________________________</w:t>
      </w:r>
    </w:p>
    <w:p>
      <w:pPr>
        <w:pStyle w:val="Heading3"/>
      </w:pPr>
      <w:r>
        <w:t>Entry 5 — Copy type / exact separate location</w:t>
      </w:r>
    </w:p>
    <w:p>
      <w:r>
        <w:t>Response: __________________________________________________</w:t>
      </w:r>
    </w:p>
    <w:p>
      <w:pPr>
        <w:pStyle w:val="Heading3"/>
      </w:pPr>
      <w:r>
        <w:t>Missing documents, access limits or instructions for the next person</w:t>
      </w:r>
    </w:p>
    <w:p>
      <w:r>
        <w:t>Response: __________________________________________________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Tom Publishing</dc:creator>
  <cp:keywords/>
  <dc:description>generated by python-docx</dc:description>
  <cp:lastModifiedBy/>
  <cp:revision>1</cp:revision>
  <dcterms:created xsi:type="dcterms:W3CDTF">2013-12-23T23:15:00Z</dcterms:created>
  <dcterms:modified xsi:type="dcterms:W3CDTF">2013-12-23T23:15:00Z</dcterms:modified>
  <cp:category/>
</cp:coreProperties>
</file>